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Colorado,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Colo. Rev. Stat. § 7-108-201(2):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Colorado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Colorado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Colorado"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Colorado.</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