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Minutes of Organizational Meeting of the [Board of Directors] [Incorporators]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Florida, on [date].</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 by which all directors participating could simultaneously hear each other during the meeting pursuant to Fla. Stat. Ann. § 607.0820(4) :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 [proportion,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Department of State of Florida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Department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Florida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Florida"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Florida.</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P.M.).</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