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Organizational Meeting of the [Incorporators]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incorporators of [corporation name], was held at [address], in the City of [name], County of [name], State of New York,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incorporators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incorporators participated via means of conference telephone or similar communications equipment by which all incorporators participating could simultaneously hear each other during the meeting pursuant to N.Y. Bus. Corp. Law § 708(c):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[all]/[proportion, e.g., 4/5] of the incorporators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incorporators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Certificate of Incorporation, filed in the office of the Department of State of New York on [date]. Upon motion made and seconded, the original certificate of incorporation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Department of State,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New York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New York"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Incorporators,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incorporators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New York.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