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Organizational Meeting of the Board of Directors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Texas, on [date].</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telephone or other equipment or electronic communications system by which each person participating in the meeting could communicate with all other persons participating in the meeting pursuant to Tex. Bus. Orgs. Code § 6.002(</w:t>
      </w:r>
      <w:r>
        <w:rPr>
          <w:rFonts w:ascii="Times New Roman" w:hAnsi="Times New Roman" w:eastAsia="Times New Roman" w:cs="Times New Roman"/>
          <w:b/>
          <w:sz w:val="24"/>
        </w:rPr>
        <w:t>a</w:t>
      </w:r>
      <w:r>
        <w:rPr>
          <w:rFonts w:ascii="Times New Roman" w:hAnsi="Times New Roman" w:eastAsia="Times New Roman" w:cs="Times New Roman"/>
          <w:b w:val="0"/>
          <w:sz w:val="24"/>
        </w:rPr>
        <w:t>):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Certificate of Formation, filed in the office of the Secretary of State of Texas on [date]. Upon motion made and seconded, the original certificate of formation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Texas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Texas"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Texas.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w:t>
      </w:r>
    </w:p>
    <w:p>
      <w:pP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