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Washington,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Wash. Rev. Code Ann. § 23B.08.200(2):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Washington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Washington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Washington"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Washington.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