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Accepting Parent Company Contribution and Issuing Stock to Parent Company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Corporation's parent company [NAME OF CORPORATION] has offered to purchase [NUMBER OF SHARES] of common/preferred stock of the Corporation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contribution in the amount of [PRICE] per share ("Contribution");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was held for purposes of approving said purchase;</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Delaware General Corporation Law;</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deemed it to be in the best interests of the Corporation and its shareholders to approve said purchase;</w:t>
      </w:r>
    </w:p>
    <w:p>
      <w:pPr>
        <w:keepNext w:val="0"/>
        <w:spacing w:before="200" w:after="0" w:line="260" w:lineRule="exact"/>
        <w:ind w:left="72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that the Corporation shall issue [NUMBER OF SHARES] of common/preferred stock of the Corporation to [NAME OF CORPORATION];</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[NAME OF CORPORATION]'s contribution is hereby accepted in full payment for said shares;</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of the Corporation are, and each acting alone is, hereby authorized to do and perform any and all such acts, including execution of any and all documents and certificates, as such officers shall deem necessary or advisable, to carry out the purposes and intent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this resolution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