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Acquire Assets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RESOLUTION OF THE BOARD OF DIRECTORS  OF [NAME OF CORPORATION] </w:t>
      </w:r>
    </w:p>
    <w:p>
      <w:pPr>
        <w:keepNext w:val="0"/>
        <w:spacing w:before="200" w:after="0" w:line="260" w:lineRule="exact"/>
        <w:ind w:left="360" w:right="0" w:firstLine="0"/>
        <w:jc w:val="both"/>
      </w:pPr>
      <w:r>
        <w:rPr>
          <w:rFonts w:ascii="Times New Roman" w:hAnsi="Times New Roman" w:eastAsia="Times New Roman" w:cs="Times New Roman"/>
          <w:b/>
          <w:sz w:val="24"/>
        </w:rPr>
        <w:t>ADOPTED AT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describe the purpose];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Texas Business Organizations Code;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considered advisable for the Corporation to purchase and acquire all or substantially all of the business assets of [name of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be it</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Corporation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purchase the business assets of [name of business] all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annexed hereto, and be it</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of the Corporation be authorized to execute such further documents and undertake such other acts as are reasonable required to carry out and consummate said transaction to purchase assets, and be it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Chief Executive Officer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President]</w:t>
      </w:r>
    </w:p>
    <w:p>
      <w:pPr>
        <w:keepNext w:val="0"/>
        <w:spacing w:before="120" w:after="0" w:line="260" w:lineRule="exact"/>
        <w:ind w:left="360" w:right="0" w:firstLine="0"/>
        <w:jc w:val="left"/>
      </w:pPr>
      <w:r>
        <w:rPr>
          <w:rFonts w:ascii="Times New Roman" w:hAnsi="Times New Roman" w:eastAsia="Times New Roman" w:cs="Times New Roman"/>
          <w:b w:val="0"/>
          <w:sz w:val="24"/>
        </w:rPr>
        <w:t>[name of president],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Secretary]</w:t>
      </w:r>
    </w:p>
    <w:p>
      <w:pPr>
        <w:keepNext w:val="0"/>
        <w:spacing w:before="120" w:after="0" w:line="260" w:lineRule="exact"/>
        <w:ind w:left="360" w:right="0" w:firstLine="0"/>
        <w:jc w:val="left"/>
      </w:pPr>
      <w:r>
        <w:rPr>
          <w:rFonts w:ascii="Times New Roman" w:hAnsi="Times New Roman" w:eastAsia="Times New Roman" w:cs="Times New Roman"/>
          <w:b w:val="0"/>
          <w:sz w:val="24"/>
        </w:rPr>
        <w:t>[name of secretary], Secretary</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