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Adopt Assumed Name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RESOLUTION OF THE BOARD OF DIRECTORS  OF [NAME OF CORPORATION]</w:t>
      </w:r>
    </w:p>
    <w:p>
      <w:pPr>
        <w:keepNext w:val="0"/>
        <w:spacing w:before="200" w:after="0" w:line="260" w:lineRule="exact"/>
        <w:ind w:left="360" w:right="0" w:firstLine="0"/>
        <w:jc w:val="both"/>
      </w:pPr>
      <w:r>
        <w:rPr>
          <w:rFonts w:ascii="Times New Roman" w:hAnsi="Times New Roman" w:eastAsia="Times New Roman" w:cs="Times New Roman"/>
          <w:b/>
          <w:sz w:val="24"/>
        </w:rPr>
        <w:t>ADOPTED AT MEETING</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on [date],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corporation] was held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describe the purpose];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Texas Business Organizations Code;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it is desirable and in the best interest of the Corporation to adopt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Assumed Name under which to conduct its business, be it</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Corporation adopt [assumed name]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Assumed Name for the conduct of certain business activities, and be it </w:t>
      </w:r>
    </w:p>
    <w:p>
      <w:pPr>
        <w:keepNext w:val="0"/>
        <w:spacing w:before="200" w:after="0" w:line="260" w:lineRule="exact"/>
        <w:ind w:left="36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officers of the Corporation record adoption and use of the Assumed Name with the Texas Secretary of State and with any other appropriate entities responsible for maintaining public records.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Chief Executive Officer and attested to by its Secretary this [date] and placed in the Corporation's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President]</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Secretary]</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