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Bylaws Amendment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the Board has determined that it is desirable and in the best interest of the Corporation to amend [refer to the provision being amended e.g., Article Two or Paragraph 2.5] of the bylaws of the Corporation [to read as follows: [recite amended provision in full]] </w:t>
      </w:r>
      <w:r>
        <w:rPr>
          <w:rFonts w:ascii="Times New Roman" w:hAnsi="Times New Roman" w:eastAsia="Times New Roman" w:cs="Times New Roman"/>
          <w:b/>
          <w:sz w:val="24"/>
        </w:rPr>
        <w:t>[OR]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[in accordance with the proposed revisions set forth on Exhibit ___ attached hereto];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[refer to the provision(s) being amended e.g., Article Two or Paragraph 2.5] of the bylaws of the Corporation be, and hereby [is/are], amended [to read as follows: [set forth amended provision in full]] </w:t>
      </w:r>
      <w:r>
        <w:rPr>
          <w:rFonts w:ascii="Times New Roman" w:hAnsi="Times New Roman" w:eastAsia="Times New Roman" w:cs="Times New Roman"/>
          <w:b/>
          <w:sz w:val="24"/>
        </w:rPr>
        <w:t>[OR]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[in accordance with the proposed revisions set forth on Exhibit ___ attached hereto].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