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Board Resolution: Certificate of Amendment for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Stock Split</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consisting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quorum of the Board of Directors of this Corporation was duly held for the Directors to consider the matter in the Resolution below;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majority of the Board of Directors present at the meeting voted and affirmatively agreed that it is in the best interests of this Corporation and its shareholders to pass the Resolution below;</w:t>
      </w:r>
    </w:p>
    <w:p>
      <w:pPr>
        <w:keepNext w:val="0"/>
        <w:spacing w:before="200" w:after="0" w:line="260" w:lineRule="exact"/>
        <w:ind w:left="360" w:right="0" w:firstLine="0"/>
        <w:jc w:val="both"/>
      </w:pPr>
      <w:r>
        <w:rPr>
          <w:rFonts w:ascii="Times New Roman" w:hAnsi="Times New Roman" w:eastAsia="Times New Roman" w:cs="Times New Roman"/>
          <w:b w:val="0"/>
          <w:sz w:val="24"/>
        </w:rPr>
        <w:t>Whereas, in accordance with this Corporation’s [By-laws] [Certificate of Incorporation] [and the laws of [STATE],] the shareholders of the common stock of this Corporation have voted, at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[annual/special] meeting, consisting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valid quorum, of the shareholders on [DATE], to [approve/ratify] the matter in the Resolution below;</w:t>
      </w:r>
    </w:p>
    <w:p>
      <w:pPr>
        <w:keepNext w:val="0"/>
        <w:spacing w:before="200" w:after="0" w:line="260" w:lineRule="exact"/>
        <w:ind w:left="360" w:right="0" w:firstLine="0"/>
        <w:jc w:val="both"/>
      </w:pPr>
      <w:r>
        <w:rPr>
          <w:rFonts w:ascii="Times New Roman" w:hAnsi="Times New Roman" w:eastAsia="Times New Roman" w:cs="Times New Roman"/>
          <w:b w:val="0"/>
          <w:sz w:val="24"/>
        </w:rPr>
        <w:t>It is, therefore,</w:t>
      </w:r>
    </w:p>
    <w:p>
      <w:pPr>
        <w:keepNext w:val="0"/>
        <w:spacing w:before="200" w:after="0" w:line="260" w:lineRule="exact"/>
        <w:ind w:left="360" w:right="0" w:firstLine="0"/>
        <w:jc w:val="both"/>
      </w:pPr>
      <w:r>
        <w:rPr>
          <w:rFonts w:ascii="Times New Roman" w:hAnsi="Times New Roman" w:eastAsia="Times New Roman" w:cs="Times New Roman"/>
          <w:b w:val="0"/>
          <w:sz w:val="24"/>
        </w:rPr>
        <w:t>Resolved that[, upon the affirmative vote and approval of the shareholders,] Article [ARTICLE NUMBER] of this Corporation's Articles of Incorporation shall be amended to read as follows: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Corporation is authorized to effectuate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stock split by issuing [NEW NUMBER] of common stock for each [OLD NUMBER] share[s] of common stock outstanding at 00:00:01 Coordinated Universal Time (UTC) on [DATE]. After the stock split has been effectuated, the authorized share capital of the common stock of this Corporation shall be [NEW NUMBER] [CURRENT NUMBER] shares.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