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Dissolution Pursuant to Subchapter H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[NAME OF COMPANY] BOARD OF DIRECTORS' RESOLUTION ADVISING DISSOLUTION AND CALLING SHAREHOLDERS' MEETING</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made and seconded motion, the following resolution was adopted by the affirmative and unanimous vote of the Board of Directors of the above named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RESOLVED, that said Corporation shall now be voluntarily dissolved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prescribed by law and by the Bylaws of said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FURTHER RESOLVED, that such dissolution shall proceed under Subchapter H of the Business Corporation Law (15 Pa. Cons. Stat. § 1991 et seq.); and it is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FURTHER RESOLVED,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all shareholders of said Corporation will be called by the Secretary of said Corporation to take action upon this resolution. Such special meeting is to be held at the following time, date, and place:</w:t>
      </w:r>
    </w:p>
    <w:p>
      <w:pPr>
        <w:keepNext w:val="0"/>
        <w:spacing w:before="200" w:after="0" w:line="260" w:lineRule="exact"/>
        <w:ind w:left="360" w:right="0" w:firstLine="0"/>
        <w:jc w:val="both"/>
      </w:pPr>
      <w:r>
        <w:rPr>
          <w:rFonts w:ascii="Times New Roman" w:hAnsi="Times New Roman" w:eastAsia="Times New Roman" w:cs="Times New Roman"/>
          <w:b w:val="0"/>
          <w:sz w:val="24"/>
        </w:rPr>
        <w:t>Time: 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Date: 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Place: 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undersigned certificates that he or she is the duly appointed Secretary of the Corporation and that the above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copy of the meeting of the Directors thereof, convened and held in accordance with law and the Bylaws of said Corporation [DATE OF MEETING], and that such resolution is now in full force and effect.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have affixed my name as Secretary of the Corporation and have affixed the seal of the Corporation to this resolution.</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