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[Articles of Incorporation and Bylaws] of [NAME OF COMPANY] (the “</w:t>
      </w:r>
      <w:r>
        <w:rPr>
          <w:rFonts w:ascii="Times New Roman" w:hAnsi="Times New Roman" w:eastAsia="Times New Roman" w:cs="Times New Roman"/>
          <w:b w:val="0"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”) permit[s] the Company’s board of directors (the “</w:t>
      </w:r>
      <w:r>
        <w:rPr>
          <w:rFonts w:ascii="Times New Roman" w:hAnsi="Times New Roman" w:eastAsia="Times New Roman" w:cs="Times New Roman"/>
          <w:b w:val="0"/>
          <w:sz w:val="24"/>
        </w:rPr>
        <w:t>Board</w:t>
      </w:r>
      <w:r>
        <w:rPr>
          <w:rFonts w:ascii="Times New Roman" w:hAnsi="Times New Roman" w:eastAsia="Times New Roman" w:cs="Times New Roman"/>
          <w:b w:val="0"/>
          <w:sz w:val="24"/>
        </w:rPr>
        <w:t>”)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[NAME]’s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[[NAME]’s resignation/the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stockholders or until earlier death, disqualification, resignation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[Appointment of [COMMITTEE] Member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that, as of the date hereof, [each of] [NAME][s] shall be appointed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member[s] of the [COMMITTEE], [to serve until [their / his/her] successor[s] [are / is] duly appointed and qualify or until [their / his/her] earlier death, disqualification, resignation or removal].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