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(the "Corporation")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Official Code of Georgia;</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