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ADOPTED AT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(the "Corporation") was held to consider granting execution authority to certain officers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Illinois Statutes;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[NAMES OF OFFICERS]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72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[NAMES OF OFFICERS], or any one of them, are authorized and empowered to execute on behalf of the Corporation documents required for the creation and maintenance of bank accounts and banking relationships;</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attest to the same with his or her signature; and</w:t>
      </w:r>
    </w:p>
    <w:p>
      <w:pPr>
        <w:keepNext w:val="0"/>
        <w:spacing w:before="200" w:after="0" w:line="260" w:lineRule="exact"/>
        <w:ind w:left="72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