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Granting Execution Authority to Officers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ADOPTED AT MEETING</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Board of Directors of [NAME OF COMPANY] was held to consider granting execution authority to certain officers of the Corporation;</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notice of the meeting was properly given on [DATE] in accordance with the Corporation’s Bylaws and the Tennessee Business Corporation Act;</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present at the meeting were the following Directors: [NAMES OF DIRECTORS PRESENT AT THE MEETING],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of Directors;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absent from the meeting were the following Directors: [NAMES OF DIRECTORS ABSENT FROM THE MEETING];</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operation of the Corporation’s business requires that certain documents and instruments be executed by certain officers of the Corporation with requisite authority granted by the Board of Directors;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affirmatively voted to adopt the following resolutions granting such authority;</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[NAMES OF OFFICERS] are authorized and empowered to execute, on behalf of the Corporation, contracts, agreements, notes, deeds and bills of sale and other documents of transfer, certificates, licenses, applications for permits and licenses, and such other instruments or documents as may be deemed necessary and proper and incident to the operation and management of the Corporation;</w:t>
      </w:r>
    </w:p>
    <w:p>
      <w:pPr>
        <w:keepNext w:val="0"/>
        <w:spacing w:before="200" w:after="0" w:line="260" w:lineRule="exact"/>
        <w:ind w:left="720" w:right="0" w:firstLine="0"/>
        <w:jc w:val="both"/>
      </w:pPr>
      <w:r>
        <w:rPr>
          <w:rFonts w:ascii="Times New Roman" w:hAnsi="Times New Roman" w:eastAsia="Times New Roman" w:cs="Times New Roman"/>
          <w:b/>
          <w:sz w:val="24"/>
        </w:rPr>
        <w:t>BE IT FURTHER RESOLVED</w:t>
      </w:r>
      <w:r>
        <w:rPr>
          <w:rFonts w:ascii="Times New Roman" w:hAnsi="Times New Roman" w:eastAsia="Times New Roman" w:cs="Times New Roman"/>
          <w:b w:val="0"/>
          <w:sz w:val="24"/>
        </w:rPr>
        <w:t>, that [NAMES OF OFFICERS], or any one of them, are authorized and empowered to execute on behalf of the Corporation documents required for the creation and maintenance of bank accounts and banking relationships;</w:t>
      </w:r>
    </w:p>
    <w:p>
      <w:pPr>
        <w:keepNext w:val="0"/>
        <w:spacing w:before="200" w:after="0" w:line="260" w:lineRule="exact"/>
        <w:ind w:left="72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the [PRESIDENT, VICE PRESIDENT, SECRETARY AND ANY ASSISTANT SECRETARY] of the Corporation are authorized and directed to certify as to the incumbency of the persons holding the offices named above and attest to the same with his or her signature; and</w:t>
      </w:r>
    </w:p>
    <w:p>
      <w:pPr>
        <w:keepNext w:val="0"/>
        <w:spacing w:before="200" w:after="0" w:line="260" w:lineRule="exact"/>
        <w:ind w:left="72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this resolution supersedes without limiting any prior resolutions and amendments thereto regarding the granting of authority to the officers and individuals set forth herein.</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Corporation has caused these Resolutions to be duly executed by its President and attested to by its Secretary this [DATE] and placed in the Corporation’s minute records.</w:t>
      </w:r>
    </w:p>
    <w:p>
      <w:pPr>
        <w:keepNext w:val="0"/>
        <w:spacing w:before="200" w:after="0" w:line="260" w:lineRule="exact"/>
        <w:ind w:left="360" w:right="0" w:firstLine="0"/>
        <w:jc w:val="both"/>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President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