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Make Sub S Election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RESOLUTION OF THE BOARD OF DIRECTORS  OF [NAME OF CORPORATION]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ADOPTED AT MEETING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on [date], [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annual meeting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meeting] of the Board of Directors of [name of corporation] was held [if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meeting, describe the purpose];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notice of the meeting was properly given on [date] in accordance with the Corporation's Bylaws and the Texas Business Organizations Code;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present at the meeting were the following Directors: [names of directors], constituting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the Board of Directors;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 of the Board of Directors present at the meeting affirmatively voted to adopt the following resolution(s):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it is mutually desirable for the Corporation and all of the Corporation's Shareholders for the Corporation to elect to be taxed under subchapter S of the Internal Revenue Code, it is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appropriate officers are hereby authorized and directed to file with the Internal Revenue Service Form 2553, Election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Small Business Corporation, and to perform all other acts reasonably necessary to perfect and preserve such election.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b w:val="0"/>
          <w:sz w:val="24"/>
        </w:rPr>
        <w:t>, the Corporation has caused these Resolutions to be duly executed by its President and attested to by its Secretary this [date] and placed in the Corporation's minute records.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Texas corporation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[Signature of President]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president], President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[Signature of Secretary]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Secretary], Secretary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