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 Property or Assets Dividend Declaration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quorum of the Board of Directors of this Corporation was duly held for the Directors to consider the matter in the Resolution below;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voted and affirmatively agreed that it is in the best interests of this Corporation and its shareholders to pass the Resolution below;</w:t>
      </w:r>
    </w:p>
    <w:p>
      <w:pPr>
        <w:keepNext w:val="0"/>
        <w:spacing w:before="200" w:after="0" w:line="260" w:lineRule="exact"/>
        <w:ind w:left="36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that each and every officer of this Corporation is hereby authorized to do anything necessary, or advisable, and proper to distribute,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the [property/assets] of this Corporation to the shareholders as follows: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[DESCRIPTION OF THE PROPERTY OR ASSETS TO BE DISTRIBUTED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