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Board Resolution: Ratification of Past Acts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sz w:val="24"/>
        </w:rPr>
        <w:t>RESOLUTION OF THE BOARD OF DIRECTORS  OF [NAME OF CORPORATION]</w:t>
      </w:r>
    </w:p>
    <w:p>
      <w:pPr>
        <w:keepNext w:val="0"/>
        <w:spacing w:before="200" w:after="0" w:line="260" w:lineRule="exact"/>
        <w:ind w:left="360" w:right="0" w:firstLine="0"/>
        <w:jc w:val="both"/>
      </w:pPr>
      <w:r>
        <w:rPr>
          <w:rFonts w:ascii="Times New Roman" w:hAnsi="Times New Roman" w:eastAsia="Times New Roman" w:cs="Times New Roman"/>
          <w:b/>
          <w:sz w:val="24"/>
        </w:rPr>
        <w:t>ADOPTED AT MEETING</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on [date],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annual meeting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of the Board of Directors of [name of corporation] was held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special meeting, describe the purpose];</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notice of the meeting was properly given on [date] in accordance with the Corporation's Bylaws and the Texas Business Organizations Code;</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present at the meeting were the following Directors: [names of directors present at the meeting],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quorum of the Board of Directors;</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absent from the meeting were the following Directors: [name directors absent from the meeting];</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present at the meeting affirmatively voted to adopt the following resolution(s): [recite any resolutions adopted with specificity]</w:t>
      </w:r>
    </w:p>
    <w:p>
      <w:pPr>
        <w:keepNext w:val="0"/>
        <w:spacing w:before="200" w:after="0" w:line="260" w:lineRule="exact"/>
        <w:ind w:left="360" w:right="0" w:firstLine="0"/>
        <w:jc w:val="both"/>
      </w:pPr>
      <w:r>
        <w:rPr>
          <w:rFonts w:ascii="Times New Roman" w:hAnsi="Times New Roman" w:eastAsia="Times New Roman" w:cs="Times New Roman"/>
          <w:b/>
          <w:sz w:val="24"/>
        </w:rPr>
        <w:t>WHEREAS</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majority of the Board of Directors present at the meeting affirmatively voted  to recognize and ratify acts and transactions validly taken since the last meeting of the Board of Directors, or the date of any consent in lieu thereof, be it</w:t>
      </w:r>
    </w:p>
    <w:p>
      <w:pPr>
        <w:keepNext w:val="0"/>
        <w:spacing w:before="200" w:after="0" w:line="260" w:lineRule="exact"/>
        <w:ind w:left="360" w:right="0" w:firstLine="0"/>
        <w:jc w:val="both"/>
      </w:pPr>
      <w:r>
        <w:rPr>
          <w:rFonts w:ascii="Times New Roman" w:hAnsi="Times New Roman" w:eastAsia="Times New Roman" w:cs="Times New Roman"/>
          <w:b/>
          <w:sz w:val="24"/>
        </w:rPr>
        <w:t>RESOLVED</w:t>
      </w:r>
      <w:r>
        <w:rPr>
          <w:rFonts w:ascii="Times New Roman" w:hAnsi="Times New Roman" w:eastAsia="Times New Roman" w:cs="Times New Roman"/>
          <w:b w:val="0"/>
          <w:sz w:val="24"/>
        </w:rPr>
        <w:t>, that the acts and transactions which were validly taken or made by the officers and agents of the Corporation since the date of the last meeting of the Board of Directors, or the date of any consent in lieu thereof, and prior to the date of this meeting, were ratified, approved, and confirmed in all respects.</w:t>
      </w:r>
    </w:p>
    <w:p>
      <w:pPr/>
    </w:p>
    <w:p>
      <w:pPr>
        <w:keepNext w:val="0"/>
        <w:spacing w:before="200" w:after="0" w:line="260" w:lineRule="exact"/>
        <w:ind w:left="360" w:right="0" w:firstLine="0"/>
        <w:jc w:val="both"/>
      </w:pPr>
      <w:r>
        <w:rPr>
          <w:rFonts w:ascii="Times New Roman" w:hAnsi="Times New Roman" w:eastAsia="Times New Roman" w:cs="Times New Roman"/>
          <w:b/>
          <w:sz w:val="24"/>
        </w:rPr>
        <w:t>IN WITNESS WHEREOF</w:t>
      </w:r>
      <w:r>
        <w:rPr>
          <w:rFonts w:ascii="Times New Roman" w:hAnsi="Times New Roman" w:eastAsia="Times New Roman" w:cs="Times New Roman"/>
          <w:b w:val="0"/>
          <w:sz w:val="24"/>
        </w:rPr>
        <w:t>, the Corporation has caused these Resolutions to be duly executed by its President and attested to by its Secretary this [date] and placed in the Corporation's minute records.</w:t>
      </w:r>
    </w:p>
    <w:p>
      <w:pPr>
        <w:keepNext w:val="0"/>
        <w:spacing w:before="120" w:after="0" w:line="260" w:lineRule="exact"/>
        <w:ind w:left="360" w:right="0" w:firstLine="0"/>
        <w:jc w:val="left"/>
      </w:pPr>
      <w:r>
        <w:rPr>
          <w:rFonts w:ascii="Times New Roman" w:hAnsi="Times New Roman" w:eastAsia="Times New Roman" w:cs="Times New Roman"/>
          <w:b w:val="0"/>
          <w:sz w:val="24"/>
        </w:rPr>
        <w:t>[name of corporation],</w:t>
      </w:r>
    </w:p>
    <w:p>
      <w:pPr>
        <w:keepNext w:val="0"/>
        <w:spacing w:before="120" w:after="0" w:line="260" w:lineRule="exact"/>
        <w:ind w:left="360" w:right="0" w:firstLine="0"/>
        <w:jc w:val="left"/>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Texas corporation</w:t>
      </w:r>
    </w:p>
    <w:p>
      <w:pPr>
        <w:keepNext w:val="0"/>
        <w:spacing w:before="120" w:after="0" w:line="260" w:lineRule="exact"/>
        <w:ind w:left="360" w:right="0" w:firstLine="0"/>
        <w:jc w:val="left"/>
      </w:pPr>
      <w:r>
        <w:rPr>
          <w:rFonts w:ascii="Times New Roman" w:hAnsi="Times New Roman" w:eastAsia="Times New Roman" w:cs="Times New Roman"/>
          <w:b w:val="0"/>
          <w:sz w:val="24"/>
        </w:rPr>
        <w:t>By: [Signature of President]</w:t>
      </w:r>
    </w:p>
    <w:p>
      <w:pPr>
        <w:keepNext w:val="0"/>
        <w:spacing w:before="120" w:after="0" w:line="260" w:lineRule="exact"/>
        <w:ind w:left="360" w:right="0" w:firstLine="0"/>
        <w:jc w:val="left"/>
      </w:pPr>
      <w:r>
        <w:rPr>
          <w:rFonts w:ascii="Times New Roman" w:hAnsi="Times New Roman" w:eastAsia="Times New Roman" w:cs="Times New Roman"/>
          <w:b w:val="0"/>
          <w:sz w:val="24"/>
        </w:rPr>
        <w:t>[name of president], President</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keepNext w:val="0"/>
        <w:spacing w:before="120" w:after="0" w:line="260" w:lineRule="exact"/>
        <w:ind w:left="360" w:right="0" w:firstLine="0"/>
        <w:jc w:val="left"/>
      </w:pPr>
      <w:r>
        <w:rPr>
          <w:rFonts w:ascii="Times New Roman" w:hAnsi="Times New Roman" w:eastAsia="Times New Roman" w:cs="Times New Roman"/>
          <w:b w:val="0"/>
          <w:sz w:val="24"/>
        </w:rPr>
        <w:t>By: [Signature of Secretary]</w:t>
      </w:r>
    </w:p>
    <w:p>
      <w:pPr>
        <w:keepNext w:val="0"/>
        <w:spacing w:before="120" w:after="0" w:line="260" w:lineRule="exact"/>
        <w:ind w:left="360" w:right="0" w:firstLine="0"/>
        <w:jc w:val="left"/>
      </w:pPr>
      <w:r>
        <w:rPr>
          <w:rFonts w:ascii="Times New Roman" w:hAnsi="Times New Roman" w:eastAsia="Times New Roman" w:cs="Times New Roman"/>
          <w:b w:val="0"/>
          <w:sz w:val="24"/>
        </w:rPr>
        <w:t>[name of secretary], Secretary</w:t>
      </w:r>
    </w:p>
    <w:p>
      <w:pPr>
        <w:keepNext w:val="0"/>
        <w:spacing w:before="120" w:after="0" w:line="260" w:lineRule="exact"/>
        <w:ind w:left="360" w:right="0" w:firstLine="0"/>
        <w:jc w:val="left"/>
      </w:pPr>
      <w:r>
        <w:rPr>
          <w:rFonts w:ascii="Times New Roman" w:hAnsi="Times New Roman" w:eastAsia="Times New Roman" w:cs="Times New Roman"/>
          <w:b w:val="0"/>
          <w:sz w:val="24"/>
        </w:rPr>
        <w:t>Date: [date]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