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Recommending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OF DIRECTORS' RESOLUTION RECOMMENDING DISSOLUTION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made and seconded motion, the following resolution was adopted by the affirmative and unanimous vote of the Board of Directors of the above-named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that the Board of Directors recommends dissolution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prescribed by law and by the Bylaws of said Corporation; and it is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FURTHER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all shareholders of said Corporation will be called by the Secretary of said Corporation to take action upon this resolution. Such special meeting is to be held at the following time, date, and place:</w:t>
      </w:r>
    </w:p>
    <w:p>
      <w:pPr>
        <w:keepNext w:val="0"/>
        <w:spacing w:before="200" w:after="0" w:line="260" w:lineRule="exact"/>
        <w:ind w:left="360" w:right="0" w:firstLine="0"/>
        <w:jc w:val="both"/>
      </w:pPr>
      <w:r>
        <w:rPr>
          <w:rFonts w:ascii="Times New Roman" w:hAnsi="Times New Roman" w:eastAsia="Times New Roman" w:cs="Times New Roman"/>
          <w:b w:val="0"/>
          <w:sz w:val="24"/>
        </w:rPr>
        <w:t>Time: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Place: 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certifies that he or she is the duly appointed Secretary of the Corporation and that the above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meeting of the Directors thereof, convened and held in accordance with law and the Bylaws of said Corporation [DATE OF MEETING], and that such resolution is now in full force and effect.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affixed my name as Secretary of the Corporation and have affixed the seal of the Corporation to this resolution.</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