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Unregistered Offering of Common Stock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[month day, 20__],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of concern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[the [NYSE/NASDAQ] listing rules,] [and the laws of [state],] the shareholders of the common stock of this Corporation have voted,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[month day, 20__], to [approve / 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 upon the affirmative vote and approval of the shareholders of the common stock of this Corporation], the officers of this Corporation are hereby authorized to engage in unregistered offerings to potential investors in private placements [, between [month day, 20__] and [month day, 20__],] of up to $[amount] market value (in the aggregate of all such offerings) of the common stock of this Corporation, in accordance with the requirements of Regulation D under the Securities Act of 1933, applicable state law, the definitive Private Placement Memorandum for each such offering, and the terms and conditions of each subscription or similar placement agreement between this Corporation and each such potential investor.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