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to Wind Up and Dissolve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RESOLUTIONS OF THE BOARD OF DIRECTORS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NONPROFIT CORPORATION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Board of Directors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nonprofit corporation, held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at [street address, city, and state], on [date], at [time]. The following directors were present at the meeting: [names]. The following directors were absent from the meeting: [names].</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purpose of the meeting was to consider the winding up and dissolution of the corporation. After discussion, the following resolutions were [specify unanimously adopted or adopted by majority vote].</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directors have determined that it is in the best interests of [this corporation or this corporation and its members] that this corporation be wound up and dissolved.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directors and officers of the corporation are authorized and directed to take all appropriate actions to wind up and dissolve this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may authorize the voluntary dissolution of this corporation because [specify facts permitting directors to act alone, e.g., the corporation has no members].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board of directors and officers are authorized and directed to execute, verify,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election to wind up and dissolve with the Secretary of State in accordance with Cal. Corp. Code [§ 6611 or § 8611 or § 9680]. The board of directors and officers are further authorized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with the California Attorney General.</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on the commencement of dissolution proceedings, the officers and directors of this corporation are authorized and directed to take all other actions as may be necessary or reasonable in connection with the winding up and dissolution of this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directors and officers are authorized and directed to execute any instrument as may be necessary or reasonable to complete the dissolution and wind up the corporation's affairs, including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in accordance with Cal. Corp. Code [§ 6615 or § 8615 or § 9680].</w:t>
      </w: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to come before the meeting, the meeting was adjourned on motion duly made, seconded, and unanimously carried.</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[typed 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[typed 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