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Nominating Directors to be Elected at Annual Meeting</w:t>
      </w:r>
    </w:p>
    <w:p>
      <w:pPr>
        <w:keepNext w:val="0"/>
        <w:spacing w:after="0" w:line="240" w:lineRule="exact"/>
        <w:ind w:right="0"/>
        <w:jc w:val="both"/>
      </w:pP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(the “Board”) of [COMPANY NAME] (the “Company”) has the duty, pursuant to the [Articles of Incorporation and Bylaws] of the Company to [nominate/ratify the nomination of] the slate of director candidates to be presented for election at the Company’s annual meeting of shareholders to serve for the following year (the “Annual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[NAME OF DIRECTOR CANDIDATE], [NAME OF DIRECTOR CANDIDATE], and [NAME OF DIRECTOR CANDIDATE] (together, the “Director Candidates”), have each indicated his or her desire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and has each consented to nomination at the Annual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conducted all necessary and appropriate inquiries into the achievements, expertise and independence of each of the Director Candidates and reviewed the past performance, expertise and independence of each of the Director Candidates that are incumbent Board members;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number of directors to be elected at the Annual Meeting shall be fixed at [NUMBER];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Board recommends each of the Director Candidates for election as directors of the Company at the Annual Meeting,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ending [DATE];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each of the Director Candidates meets the qualifications to serve on the Board and, if elected, would make valuable contributions to the Board and Company;</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the Board [nominates / approves the nomination of] of the Director Candidates to stand for election at the Annual Meeting; and</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Director Candidates be submitted to the shareholders of the Company at the Annual Meeting and that the Board recommends the shareholders vote in favor of their election.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