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Resolutions: Unregistered Offering of Common Stock</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[NAME OF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has determined to offer and sell [NUMBER OF SHARES OFFERED] shares of its common stock, par value $[NUMBER] (the “</w:t>
      </w:r>
      <w:r>
        <w:rPr>
          <w:rFonts w:ascii="Times New Roman" w:hAnsi="Times New Roman" w:eastAsia="Times New Roman" w:cs="Times New Roman"/>
          <w:b/>
          <w:sz w:val="24"/>
        </w:rPr>
        <w:t>Common Stock</w:t>
      </w:r>
      <w:r>
        <w:rPr>
          <w:rFonts w:ascii="Times New Roman" w:hAnsi="Times New Roman" w:eastAsia="Times New Roman" w:cs="Times New Roman"/>
          <w:b w:val="0"/>
          <w:sz w:val="24"/>
        </w:rPr>
        <w:t xml:space="preser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of $[PURCHASE PRICE], (the “</w:t>
      </w:r>
      <w:r>
        <w:rPr>
          <w:rFonts w:ascii="Times New Roman" w:hAnsi="Times New Roman" w:eastAsia="Times New Roman" w:cs="Times New Roman"/>
          <w:b/>
          <w:sz w:val="24"/>
        </w:rPr>
        <w:t>Private Placement</w:t>
      </w:r>
      <w:r>
        <w:rPr>
          <w:rFonts w:ascii="Times New Roman" w:hAnsi="Times New Roman" w:eastAsia="Times New Roman" w:cs="Times New Roman"/>
          <w:b w:val="0"/>
          <w:sz w:val="24"/>
        </w:rPr>
        <w:t xml:space="preserve">”),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registration under the Securities Act of 1933, as amended (the “</w:t>
      </w:r>
      <w:r>
        <w:rPr>
          <w:rFonts w:ascii="Times New Roman" w:hAnsi="Times New Roman" w:eastAsia="Times New Roman" w:cs="Times New Roman"/>
          <w:b/>
          <w:sz w:val="24"/>
        </w:rPr>
        <w:t>Securities Act</w:t>
      </w:r>
      <w:r>
        <w:rPr>
          <w:rFonts w:ascii="Times New Roman" w:hAnsi="Times New Roman" w:eastAsia="Times New Roman" w:cs="Times New Roman"/>
          <w:b w:val="0"/>
          <w:sz w:val="24"/>
        </w:rPr>
        <w:t>”) in accordance with Rule 506 of Regulation 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Company intends to enter into the Private Placement with [NAME OF INVESTORS], (the “</w:t>
      </w:r>
      <w:r>
        <w:rPr>
          <w:rFonts w:ascii="Times New Roman" w:hAnsi="Times New Roman" w:eastAsia="Times New Roman" w:cs="Times New Roman"/>
          <w:b/>
          <w:sz w:val="24"/>
        </w:rPr>
        <w:t>Investors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Placement Agent and Placement Agency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retention of [NAME OF PLACEMENT AGENT] (the “</w:t>
      </w:r>
      <w:r>
        <w:rPr>
          <w:rFonts w:ascii="Times New Roman" w:hAnsi="Times New Roman" w:eastAsia="Times New Roman" w:cs="Times New Roman"/>
          <w:b/>
          <w:sz w:val="24"/>
        </w:rPr>
        <w:t>Placement Agent</w:t>
      </w:r>
      <w:r>
        <w:rPr>
          <w:rFonts w:ascii="Times New Roman" w:hAnsi="Times New Roman" w:eastAsia="Times New Roman" w:cs="Times New Roman"/>
          <w:b w:val="0"/>
          <w:sz w:val="24"/>
        </w:rPr>
        <w:t>”) by the Company as the Placement Agent be, and the same hereby is, authorized, adopted and approved in all respects;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form, terms and provisions of the Placement Agency Agreement between the Company and Placement Agent, substantially in the form attached hereto as Exhibit [EXHIBIT NUMBER] (the “</w:t>
      </w:r>
      <w:r>
        <w:rPr>
          <w:rFonts w:ascii="Times New Roman" w:hAnsi="Times New Roman" w:eastAsia="Times New Roman" w:cs="Times New Roman"/>
          <w:b/>
          <w:sz w:val="24"/>
        </w:rPr>
        <w:t>Placement Agency Agreement</w:t>
      </w:r>
      <w:r>
        <w:rPr>
          <w:rFonts w:ascii="Times New Roman" w:hAnsi="Times New Roman" w:eastAsia="Times New Roman" w:cs="Times New Roman"/>
          <w:b w:val="0"/>
          <w:sz w:val="24"/>
        </w:rPr>
        <w:t>”), providing for, among other things, the appointment of the Placement Agent as the Company’s placement agent in connection with the Private Placement and payment of compensation to the Placement Agent for services rendered in connection with the Private Placement, be, and the same hereby are, authorized, adopted and approved, and the Company be, and it hereby is, authorized to enter into and perform its obligations under the Placement Agency Agreement;</w:t>
      </w:r>
    </w:p>
    <w:p>
      <w:pPr>
        <w:keepNext w:val="0"/>
        <w:spacing w:before="120" w:after="0" w:line="260" w:lineRule="exact"/>
        <w:ind w:left="360" w:right="0" w:firstLine="0"/>
        <w:jc w:val="left"/>
      </w:pPr>
      <w:r>
        <w:rPr>
          <w:rFonts w:ascii="Times New Roman" w:hAnsi="Times New Roman" w:eastAsia="Times New Roman" w:cs="Times New Roman"/>
          <w:b/>
          <w:sz w:val="24"/>
        </w:rPr>
        <w:t>Approval of Private Placement Memorandum</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form, terms and provisions of the private placement memorandum relating to the Private Placement, substantially in the form attached hereto as Exhibit [EXHIBIT NUMBER] (the “</w:t>
      </w:r>
      <w:r>
        <w:rPr>
          <w:rFonts w:ascii="Times New Roman" w:hAnsi="Times New Roman" w:eastAsia="Times New Roman" w:cs="Times New Roman"/>
          <w:b/>
          <w:sz w:val="24"/>
        </w:rPr>
        <w:t>Private Placement Memorandum</w:t>
      </w:r>
      <w:r>
        <w:rPr>
          <w:rFonts w:ascii="Times New Roman" w:hAnsi="Times New Roman" w:eastAsia="Times New Roman" w:cs="Times New Roman"/>
          <w:b w:val="0"/>
          <w:sz w:val="24"/>
        </w:rPr>
        <w:t>”), be, and the same hereby are, authorized, adopted and approved;</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[TITLE OF OFFICER], [TITLE OF OFFICER] and [TITLE OF OFFICER], (the “</w:t>
      </w:r>
      <w:r>
        <w:rPr>
          <w:rFonts w:ascii="Times New Roman" w:hAnsi="Times New Roman" w:eastAsia="Times New Roman" w:cs="Times New Roman"/>
          <w:b/>
          <w:sz w:val="24"/>
        </w:rPr>
        <w:t>Authorized Officers</w:t>
      </w:r>
      <w:r>
        <w:rPr>
          <w:rFonts w:ascii="Times New Roman" w:hAnsi="Times New Roman" w:eastAsia="Times New Roman" w:cs="Times New Roman"/>
          <w:b w:val="0"/>
          <w:sz w:val="24"/>
        </w:rPr>
        <w:t>”) be, and each of them acting singly hereby is, authorized, directed and empowered, in the name and on behalf of the Company, to finalize and deliver the Private Placement Memorandum, with such additions, deletions, supplements or amendments thereto as any of the Authorized Officers of the Company may in his or her sole discretion determine to be necessary or appropriate, such determination to be conclusively evidenced by his or her delivery of the Private Placement Memorandum;</w:t>
      </w:r>
    </w:p>
    <w:p>
      <w:pPr>
        <w:keepNext w:val="0"/>
        <w:spacing w:before="120" w:after="0" w:line="260" w:lineRule="exact"/>
        <w:ind w:left="360" w:right="0" w:firstLine="0"/>
        <w:jc w:val="left"/>
      </w:pPr>
      <w:r>
        <w:rPr>
          <w:rFonts w:ascii="Times New Roman" w:hAnsi="Times New Roman" w:eastAsia="Times New Roman" w:cs="Times New Roman"/>
          <w:b/>
          <w:sz w:val="24"/>
        </w:rPr>
        <w:t>Approval of Transaction Documents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form, terms and provisions of the purchase agreement between the Company and the Investors, substantially in the form attached hereto as Exhibit [EXHIBIT NUMBER]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 xml:space="preserve">”), providing for, among other things, the issuance and sale by the Company of [NUMBER OF SHARES OFFERED] shares of Common Stock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of $[PURCHASE PRICE] per share to the Investors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not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 be, and the same hereby are, authorized, adopted and approved, and the Company be, and it hereby is, authorized to enter into and perform its obligations under the Purchase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Company be, and each of them acting singly hereby is, authorized, directed and empowered, in the name and on behalf of the Company, to finalize, execute, deliver and perform the Purchase Agreement, with such changes thereto as any of the officers of the Company may in his or her sole discretion determine to be necessary or appropriate, such determination to be conclusively evidenced by his or her execution and delivery of the Purchase Agreement;</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form, terms and provisions of the investors’ rights agreement between the Company and Investors, substantially in the form attached hereto as Exhibit [EXHIBIT NUMBER] (the “</w:t>
      </w:r>
      <w:r>
        <w:rPr>
          <w:rFonts w:ascii="Times New Roman" w:hAnsi="Times New Roman" w:eastAsia="Times New Roman" w:cs="Times New Roman"/>
          <w:b/>
          <w:sz w:val="24"/>
        </w:rPr>
        <w:t>Rights Agreement</w:t>
      </w:r>
      <w:r>
        <w:rPr>
          <w:rFonts w:ascii="Times New Roman" w:hAnsi="Times New Roman" w:eastAsia="Times New Roman" w:cs="Times New Roman"/>
          <w:b w:val="0"/>
          <w:sz w:val="24"/>
        </w:rPr>
        <w:t>”), providing for, among other things, [major terms of agreement] be, and the same hereby are, authorized, adopted and approved, and the Company be, and it hereby is, authorized to enter into and perform its obligations under the Rights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Company be, and each of them acting singly hereby is, authorized, directed and empowered, in the name and on behalf of the Company, to finalize, execute, deliver and perform the Rights Agreement, with such changes thereto as any of the officers of the Company may in his or her sole discretion determine to be necessary or appropriate, such determination to be conclusively evidenced by his or her execution and delivery of the Rights Agreement;]</w:t>
      </w:r>
    </w:p>
    <w:p>
      <w:pPr>
        <w:keepNext w:val="0"/>
        <w:spacing w:before="120" w:after="0" w:line="260" w:lineRule="exact"/>
        <w:ind w:left="360" w:right="0" w:firstLine="0"/>
        <w:jc w:val="left"/>
      </w:pPr>
      <w:r>
        <w:rPr>
          <w:rFonts w:ascii="Times New Roman" w:hAnsi="Times New Roman" w:eastAsia="Times New Roman" w:cs="Times New Roman"/>
          <w:b/>
          <w:sz w:val="24"/>
        </w:rPr>
        <w:t>Approval of Private Placement and Issuance of Shares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Private Placement, including the sale and delivery of Common Stock to the Investors pursuant to the terms of the Purchase Agreement, related documents and applicable regulations, is hereby approved by the Company who hereby reserve up to [NUMBER OF SHARES OFFERED] of shares of Common Stock for such purposes;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Company is hereby authorized to issue such number of shares of Common Stock as is authorized by the Purchase Agreement. When issued, such Common Stock shall be duly authorized, validly issued, fully paid and non-assessable;</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Common Stock to be sold and issued pursuant to the Purchase Agreement shall be offered, sold and issued in reliance upon the exemption from registration provided by Section 4(</w:t>
      </w:r>
      <w:r>
        <w:rPr>
          <w:rFonts w:ascii="Times New Roman" w:hAnsi="Times New Roman" w:eastAsia="Times New Roman" w:cs="Times New Roman"/>
          <w:b/>
          <w:sz w:val="24"/>
        </w:rPr>
        <w:t>a</w:t>
      </w:r>
      <w:r>
        <w:rPr>
          <w:rFonts w:ascii="Times New Roman" w:hAnsi="Times New Roman" w:eastAsia="Times New Roman" w:cs="Times New Roman"/>
          <w:b w:val="0"/>
          <w:sz w:val="24"/>
        </w:rPr>
        <w:t>)(2) of the Securities Act and Rule 506 of Regulation D promulgated thereunder, and that the officers of the Company be, and each of them acting singly hereby is, authorized, directed and empowered, in the name and on behalf of the Company, to execute and file with the appropriate state offices, any forms or notices as required pursuant to Federal and state securities laws;</w:t>
      </w:r>
    </w:p>
    <w:p>
      <w:pPr>
        <w:keepNext w:val="0"/>
        <w:spacing w:before="120" w:after="0" w:line="260" w:lineRule="exact"/>
        <w:ind w:left="360" w:right="0" w:firstLine="0"/>
        <w:jc w:val="left"/>
      </w:pPr>
      <w:r>
        <w:rPr>
          <w:rFonts w:ascii="Times New Roman" w:hAnsi="Times New Roman" w:eastAsia="Times New Roman" w:cs="Times New Roman"/>
          <w:b/>
          <w:sz w:val="24"/>
        </w:rPr>
        <w:t>Registration Rights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form, terms and provisions of the registration rights agreement between the company and the investors , substantially in the form attached hereto as Exhibit [EXHIBIT NUMBER] (the “</w:t>
      </w:r>
      <w:r>
        <w:rPr>
          <w:rFonts w:ascii="Times New Roman" w:hAnsi="Times New Roman" w:eastAsia="Times New Roman" w:cs="Times New Roman"/>
          <w:b/>
          <w:sz w:val="24"/>
        </w:rPr>
        <w:t>Registration Rights Agreement</w:t>
      </w:r>
      <w:r>
        <w:rPr>
          <w:rFonts w:ascii="Times New Roman" w:hAnsi="Times New Roman" w:eastAsia="Times New Roman" w:cs="Times New Roman"/>
          <w:b w:val="0"/>
          <w:sz w:val="24"/>
        </w:rPr>
        <w:t>”), providing for, among other things, registration rights to Investors in accordance with the Registration Rights Agreement are, authorized, adopted and approved, and the Company be, and it hereby is, authorized to enter into and perform its obligations under the Registration Rights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Company be, and each of them acting singly hereby is, authorized, directed and empowered, in the name and on behalf of the Company, to finalize, execute, deliver and perform the Registration Rights Agreement, with such changes thereto as any of the officers of the Company may in his or her sole discretion determine to be necessary or appropriate, such determination to be conclusively evidenced by his or her execution and delivery of the Registration Rights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officers of the Company be, and each of them acting singly hereby is, authorized, directed and empowered, in the name and on behalf of the Company, to prepare, execute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on Form [VALUE] (the “</w:t>
      </w:r>
      <w:r>
        <w:rPr>
          <w:rFonts w:ascii="Times New Roman" w:hAnsi="Times New Roman" w:eastAsia="Times New Roman" w:cs="Times New Roman"/>
          <w:b/>
          <w:sz w:val="24"/>
        </w:rPr>
        <w:t>Registration Statement</w:t>
      </w:r>
      <w:r>
        <w:rPr>
          <w:rFonts w:ascii="Times New Roman" w:hAnsi="Times New Roman" w:eastAsia="Times New Roman" w:cs="Times New Roman"/>
          <w:b w:val="0"/>
          <w:sz w:val="24"/>
        </w:rPr>
        <w:t>”) with the SEC to register the resale of the shares of Common Stock pursuant to the terms and conditions of the Registration Rights Agreement;</w:t>
      </w:r>
    </w:p>
    <w:p>
      <w:pPr>
        <w:keepNext w:val="0"/>
        <w:spacing w:before="120" w:after="0" w:line="260" w:lineRule="exact"/>
        <w:ind w:left="360" w:right="0" w:firstLine="0"/>
        <w:jc w:val="left"/>
      </w:pPr>
      <w:r>
        <w:rPr>
          <w:rFonts w:ascii="Times New Roman" w:hAnsi="Times New Roman" w:eastAsia="Times New Roman" w:cs="Times New Roman"/>
          <w:b/>
          <w:sz w:val="24"/>
        </w:rPr>
        <w:t>Approval of Application to List the Common Stock</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Company apply to list the Common Stock on [SECURITIES EXCHANGE] (the “</w:t>
      </w:r>
      <w:r>
        <w:rPr>
          <w:rFonts w:ascii="Times New Roman" w:hAnsi="Times New Roman" w:eastAsia="Times New Roman" w:cs="Times New Roman"/>
          <w:b/>
          <w:sz w:val="24"/>
        </w:rPr>
        <w:t>Exchange</w:t>
      </w:r>
      <w:r>
        <w:rPr>
          <w:rFonts w:ascii="Times New Roman" w:hAnsi="Times New Roman" w:eastAsia="Times New Roman" w:cs="Times New Roman"/>
          <w:b w:val="0"/>
          <w:sz w:val="24"/>
        </w:rPr>
        <w:t xml:space="preserve">”) , and the Authorized Officers be, and each of them acting singly hereby is, authorized, directed and empowered, in the name and on behalf of the Corporation, to prepare and file the listing application for the listing of the Common Stock on the Exchange and such other documents as may be necessary or appropriate in connection with the listing of the Common Stock on the Exchange, [including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with the SEC to register the Common Stock under the Exchange Act,] and to pay all such fees and expenses, and to take all such further actions as any of the Authorized Officers may in his or her sole discretion determine to be necessary or appropriate to effect the listing of the Common Stock on the Exchange;</w:t>
      </w:r>
    </w:p>
    <w:p>
      <w:pPr>
        <w:keepNext w:val="0"/>
        <w:spacing w:before="120" w:after="0" w:line="260" w:lineRule="exact"/>
        <w:ind w:left="360" w:right="0" w:firstLine="0"/>
        <w:jc w:val="left"/>
      </w:pPr>
      <w:r>
        <w:rPr>
          <w:rFonts w:ascii="Times New Roman" w:hAnsi="Times New Roman" w:eastAsia="Times New Roman" w:cs="Times New Roman"/>
          <w:b/>
          <w:sz w:val="24"/>
        </w:rPr>
        <w:t>Approval of Filings with the Exchange</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Company be, and each of them acting singly hereby is, authorized, directed and empowered, in the name and on behalf of the Company, to prepare and cause to be filed or delivered in connection with the Private Placement, all forms, notices, documents and other information required by the rules of the Exchange or otherwise deemed advisable by any of the Authorized Officers;</w:t>
      </w:r>
    </w:p>
    <w:p>
      <w:pPr>
        <w:keepNext w:val="0"/>
        <w:spacing w:before="120" w:after="0" w:line="260" w:lineRule="exact"/>
        <w:ind w:left="360" w:right="0" w:firstLine="0"/>
        <w:jc w:val="left"/>
      </w:pPr>
      <w:r>
        <w:rPr>
          <w:rFonts w:ascii="Times New Roman" w:hAnsi="Times New Roman" w:eastAsia="Times New Roman" w:cs="Times New Roman"/>
          <w:b/>
          <w:sz w:val="24"/>
        </w:rPr>
        <w:t>Agent for Service of Process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[NAME OF OFFICER] is appointed as agent for service of process for the Company to receive notices and other communications from the SEC with respect to the Registration Statement and to exercise the powers given to such agent by the rules and regulations of the SEC under the Securities Act;</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each director and officer who may execute the Registration Statement, any amendment thereto or other document in connection therewith (whether on behalf of the Company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thereof, by attesting the seal of the Company or otherwise) is authorized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appointing such person as he or she may designate his or her true and lawful attorney to execute in his or her name in any such capacity the Registration Statement, any amendment thereto or other document in connection therewith, and to cause the same to be filed with the SEC, each of such attorneys-in-fact to have full power to act with or without the others and to have full power and authority to do and perform any act necessary or appropriate to carrying out the intent of these resolutions as fully and to all intents and purposes as such director or officer might or could do in person;</w:t>
      </w:r>
    </w:p>
    <w:p>
      <w:pPr>
        <w:keepNext w:val="0"/>
        <w:spacing w:before="120" w:after="0" w:line="260" w:lineRule="exact"/>
        <w:ind w:left="360" w:right="0" w:firstLine="0"/>
        <w:jc w:val="left"/>
      </w:pPr>
      <w:r>
        <w:rPr>
          <w:rFonts w:ascii="Times New Roman" w:hAnsi="Times New Roman" w:eastAsia="Times New Roman" w:cs="Times New Roman"/>
          <w:b/>
          <w:sz w:val="24"/>
        </w:rPr>
        <w:t>General Authorization</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Company be, and each of them acting singly hereby is, authorized and directed to take all such further actions, to execute, deliver and file all such further instruments and documents, and to do all such further things, in the name and on behalf of the Company and under its corporate seal or otherwise, and to pay all such fees, expenses and taxes, as in any such officer’s judgment may be necessary or advisable in order to carry out fully the intent and accomplish the purposes of the foregoing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each act, action, agreement, document or instrument done, performed, made, executed or delivered by, in the name or on behalf of the Company prior to the date hereof in connection with the matters contemplated by the foregoing resolutions be, and each of the same hereby is, ratified, confirmed, authorized and approved.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