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Waiver of Notice: Organization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We, the undersigned, being all of the directors of [name of corporation], pursuant to Sections 617.0701 and 617.0823 of the Florida Not For Profit Corporation Act, do hereby waive notice of the time, place, and purpose of the initial meeting of the board of directors of the corporation at [address], [city and state], on [date], and do hereby consent to the holding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Dated this [date] day of [month], [year], at [city and state].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