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Board of Directors Matrix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Nominees for the Board of Directors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Skills and Experience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Demographic Information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