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Board of Directors Meeting Notice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regular meeting of the board of directors of [name of corporation] (the “Corporation”) will be held at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Directors may participate in the meeting via teleconference or videoconference using the following dial-in [dial-in].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Enclosed please find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proposed agenda for the meeting, as well as [list of any specific materials to be discussed at the meeting].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[____________], 20[_____]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MEETING AGENDA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[date and time of meeting]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Approval of minutes from prior meeting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Required Board approvals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Review of committee meeting minutes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Strategic planning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Report from the corporation’s CEO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Report from the corporation’s CFO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Management presentation(s)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Executive session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Adjournment; set date of next meeting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