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Bottom Hole Contribution Letter Agreement </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sz w:val="24"/>
        </w:rPr>
        <w:t>Contribution Letter Agreement</w:t>
      </w:r>
    </w:p>
    <w:p>
      <w:pPr>
        <w:keepNext w:val="0"/>
        <w:spacing w:before="200" w:after="0" w:line="260" w:lineRule="exact"/>
        <w:ind w:left="360" w:right="0" w:firstLine="0"/>
        <w:jc w:val="both"/>
      </w:pPr>
      <w:r>
        <w:rPr>
          <w:rFonts w:ascii="Times New Roman" w:hAnsi="Times New Roman" w:eastAsia="Times New Roman" w:cs="Times New Roman"/>
          <w:b w:val="0"/>
          <w:sz w:val="24"/>
        </w:rPr>
        <w:t>[Date]</w:t>
      </w:r>
    </w:p>
    <w:p>
      <w:pPr>
        <w:keepNext w:val="0"/>
        <w:spacing w:before="200" w:after="0" w:line="260" w:lineRule="exact"/>
        <w:ind w:left="360" w:right="0" w:firstLine="0"/>
        <w:jc w:val="both"/>
      </w:pPr>
      <w:r>
        <w:rPr>
          <w:rFonts w:ascii="Times New Roman" w:hAnsi="Times New Roman" w:eastAsia="Times New Roman" w:cs="Times New Roman"/>
          <w:b w:val="0"/>
          <w:sz w:val="24"/>
        </w:rPr>
        <w:t>[Name of drilling lessee]</w:t>
      </w:r>
    </w:p>
    <w:p>
      <w:pPr>
        <w:keepNext w:val="0"/>
        <w:spacing w:before="200" w:after="0" w:line="260" w:lineRule="exact"/>
        <w:ind w:left="360" w:right="0" w:firstLine="0"/>
        <w:jc w:val="both"/>
      </w:pPr>
      <w:r>
        <w:rPr>
          <w:rFonts w:ascii="Times New Roman" w:hAnsi="Times New Roman" w:eastAsia="Times New Roman" w:cs="Times New Roman"/>
          <w:b w:val="0"/>
          <w:sz w:val="24"/>
        </w:rPr>
        <w:t>[Street address]</w:t>
      </w:r>
    </w:p>
    <w:p>
      <w:pPr>
        <w:keepNext w:val="0"/>
        <w:spacing w:before="200" w:after="0" w:line="260" w:lineRule="exact"/>
        <w:ind w:left="360" w:right="0" w:firstLine="0"/>
        <w:jc w:val="both"/>
      </w:pPr>
      <w:r>
        <w:rPr>
          <w:rFonts w:ascii="Times New Roman" w:hAnsi="Times New Roman" w:eastAsia="Times New Roman" w:cs="Times New Roman"/>
          <w:b w:val="0"/>
          <w:sz w:val="24"/>
        </w:rPr>
        <w:t>[Zip code]</w:t>
      </w:r>
    </w:p>
    <w:p>
      <w:pPr>
        <w:keepNext w:val="0"/>
        <w:spacing w:before="200" w:after="0" w:line="260" w:lineRule="exact"/>
        <w:ind w:left="360" w:right="0" w:firstLine="0"/>
        <w:jc w:val="both"/>
      </w:pPr>
      <w:r>
        <w:rPr>
          <w:rFonts w:ascii="Times New Roman" w:hAnsi="Times New Roman" w:eastAsia="Times New Roman" w:cs="Times New Roman"/>
          <w:b w:val="0"/>
          <w:sz w:val="24"/>
        </w:rPr>
        <w:t>Re: Test Well in [County nme] County, [State]</w:t>
      </w:r>
    </w:p>
    <w:p>
      <w:pPr>
        <w:keepNext w:val="0"/>
        <w:spacing w:before="200" w:after="0" w:line="260" w:lineRule="exact"/>
        <w:ind w:left="360" w:right="0" w:firstLine="0"/>
        <w:jc w:val="both"/>
      </w:pPr>
      <w:r>
        <w:rPr>
          <w:rFonts w:ascii="Times New Roman" w:hAnsi="Times New Roman" w:eastAsia="Times New Roman" w:cs="Times New Roman"/>
          <w:b w:val="0"/>
          <w:sz w:val="24"/>
        </w:rPr>
        <w:t>Bottom Hole Contribution Agreement</w:t>
      </w:r>
    </w:p>
    <w:p>
      <w:pPr>
        <w:keepNext w:val="0"/>
        <w:spacing w:before="200" w:after="0" w:line="260" w:lineRule="exact"/>
        <w:ind w:left="360" w:right="0" w:firstLine="0"/>
        <w:jc w:val="both"/>
      </w:pPr>
      <w:r>
        <w:rPr>
          <w:rFonts w:ascii="Times New Roman" w:hAnsi="Times New Roman" w:eastAsia="Times New Roman" w:cs="Times New Roman"/>
          <w:b w:val="0"/>
          <w:sz w:val="24"/>
        </w:rPr>
        <w:t>Dear [name of addressee]:</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We understand you contemplate drilling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test well on the land covered by the Oil and Gas Lease between you as [lessee or assignee of the lessee] and [name] as Lessor executed on [date], and recorded in Book [book number] at Page [page number] of the Official Records in the Office of the County Recorder of [county name] County, [state].</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We hereby agree to pay you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bottom hole contribution of $[dollar amount] toward the cost of drilling that well, on the following terms and conditions:</w:t>
      </w:r>
    </w:p>
    <w:p>
      <w:pPr>
        <w:keepNext w:val="0"/>
        <w:spacing w:before="120" w:after="0" w:line="260" w:lineRule="exact"/>
        <w:ind w:left="720" w:right="0" w:firstLine="0"/>
        <w:jc w:val="left"/>
      </w:pPr>
      <w:r>
        <w:rPr>
          <w:rFonts w:ascii="Times New Roman" w:hAnsi="Times New Roman" w:eastAsia="Times New Roman" w:cs="Times New Roman"/>
          <w:b w:val="0"/>
          <w:sz w:val="24"/>
        </w:rPr>
        <w:t>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well must be drilled at the following location:</w:t>
      </w:r>
    </w:p>
    <w:p>
      <w:pPr>
        <w:keepNext w:val="0"/>
        <w:spacing w:before="200" w:after="0" w:line="260" w:lineRule="exact"/>
        <w:ind w:left="720" w:right="0" w:firstLine="0"/>
        <w:jc w:val="both"/>
      </w:pPr>
      <w:r>
        <w:rPr>
          <w:rFonts w:ascii="Times New Roman" w:hAnsi="Times New Roman" w:eastAsia="Times New Roman" w:cs="Times New Roman"/>
          <w:b w:val="0"/>
          <w:sz w:val="24"/>
        </w:rPr>
        <w:t>[Location]</w:t>
      </w:r>
    </w:p>
    <w:p>
      <w:pPr>
        <w:keepNext w:val="0"/>
        <w:spacing w:before="120" w:after="0" w:line="260" w:lineRule="exact"/>
        <w:ind w:left="720" w:right="0" w:firstLine="0"/>
        <w:jc w:val="left"/>
      </w:pPr>
      <w:r>
        <w:rPr>
          <w:rFonts w:ascii="Times New Roman" w:hAnsi="Times New Roman" w:eastAsia="Times New Roman" w:cs="Times New Roman"/>
          <w:b w:val="0"/>
          <w:sz w:val="24"/>
        </w:rPr>
        <w:t>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You must commence the drilling of the well on or before [date] and complete it within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time not exceeding [number of days] days from the date you commence drilling.</w:t>
      </w:r>
    </w:p>
    <w:p>
      <w:pPr>
        <w:keepNext w:val="0"/>
        <w:spacing w:before="120" w:after="0" w:line="260" w:lineRule="exact"/>
        <w:ind w:left="720" w:right="0" w:firstLine="0"/>
        <w:jc w:val="left"/>
      </w:pPr>
      <w:r>
        <w:rPr>
          <w:rFonts w:ascii="Times New Roman" w:hAnsi="Times New Roman" w:eastAsia="Times New Roman" w:cs="Times New Roman"/>
          <w:b w:val="0"/>
          <w:sz w:val="24"/>
        </w:rPr>
        <w:t>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well must be drilled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depth of at least [number of feet] feet unless oil or gas in "paying quantities," as that term is defined in this letter, is discovered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shallower depth.</w:t>
      </w:r>
    </w:p>
    <w:p>
      <w:pPr>
        <w:keepNext w:val="0"/>
        <w:spacing w:before="120" w:after="0" w:line="260" w:lineRule="exact"/>
        <w:ind w:left="720" w:right="0" w:firstLine="0"/>
        <w:jc w:val="left"/>
      </w:pPr>
      <w:r>
        <w:rPr>
          <w:rFonts w:ascii="Times New Roman" w:hAnsi="Times New Roman" w:eastAsia="Times New Roman" w:cs="Times New Roman"/>
          <w:b w:val="0"/>
          <w:sz w:val="24"/>
        </w:rPr>
        <w:t>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We shall be under no obligation to pay any portion of the bottom hole contribution specified in this letter until drilling of the well has been completed to the depth specified in Paragraph </w:t>
      </w: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of this letter, unless oil or gas is discovered in paying quantities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shallower depth,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certified copy of the driller's log, together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true certified copy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electrical well log run from the surface to the bottom of the well, is delivered to our office.</w:t>
      </w:r>
    </w:p>
    <w:p>
      <w:pPr>
        <w:keepNext w:val="0"/>
        <w:spacing w:before="120" w:after="0" w:line="260" w:lineRule="exact"/>
        <w:ind w:left="720" w:right="0" w:firstLine="0"/>
        <w:jc w:val="left"/>
      </w:pPr>
      <w:r>
        <w:rPr>
          <w:rFonts w:ascii="Times New Roman" w:hAnsi="Times New Roman" w:eastAsia="Times New Roman" w:cs="Times New Roman"/>
          <w:b w:val="0"/>
          <w:sz w:val="24"/>
        </w:rPr>
        <w:t>5.</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At all times during the drilling of the well, our representative shall have free access to the derrick floor.</w:t>
      </w:r>
    </w:p>
    <w:p>
      <w:pPr>
        <w:keepNext w:val="0"/>
        <w:spacing w:before="120" w:after="0" w:line="260" w:lineRule="exact"/>
        <w:ind w:left="720" w:right="0" w:firstLine="0"/>
        <w:jc w:val="left"/>
      </w:pPr>
      <w:r>
        <w:rPr>
          <w:rFonts w:ascii="Times New Roman" w:hAnsi="Times New Roman" w:eastAsia="Times New Roman" w:cs="Times New Roman"/>
          <w:b w:val="0"/>
          <w:sz w:val="24"/>
        </w:rPr>
        <w:t>6.</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At our request, you shall core and make such other tests, by drill stem or other specified method, of any formation or formations encountered in the drilling as we may specify.</w:t>
      </w:r>
    </w:p>
    <w:p>
      <w:pPr>
        <w:keepNext w:val="0"/>
        <w:spacing w:before="120" w:after="0" w:line="260" w:lineRule="exact"/>
        <w:ind w:left="720" w:right="0" w:firstLine="0"/>
        <w:jc w:val="left"/>
      </w:pPr>
      <w:r>
        <w:rPr>
          <w:rFonts w:ascii="Times New Roman" w:hAnsi="Times New Roman" w:eastAsia="Times New Roman" w:cs="Times New Roman"/>
          <w:b w:val="0"/>
          <w:sz w:val="24"/>
        </w:rPr>
        <w:t>7.</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You shall furnish us, through [Representative Name], at [Representative Address], with weekly written drilling reports on the well.</w:t>
      </w:r>
    </w:p>
    <w:p>
      <w:pPr>
        <w:keepNext w:val="0"/>
        <w:spacing w:before="120" w:after="0" w:line="260" w:lineRule="exact"/>
        <w:ind w:left="720" w:right="0" w:firstLine="0"/>
        <w:jc w:val="left"/>
      </w:pPr>
      <w:r>
        <w:rPr>
          <w:rFonts w:ascii="Times New Roman" w:hAnsi="Times New Roman" w:eastAsia="Times New Roman" w:cs="Times New Roman"/>
          <w:b w:val="0"/>
          <w:sz w:val="24"/>
        </w:rPr>
        <w:t>8.</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Before the well is plugged or abandoned by you, you shall notify us at our above office so that we may have it inspected by our representative.</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The term "paying quantities" as used in this letter means oil or natural gas discovered in such quantities that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ordinarily prudent person experienced in oil or natural gas production and exploration would, taking into consideration the existing conditions and circumstances, expect operation of the well to result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profit over and above the cost of drilling, equipping, and operating it.</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This letter is sent to you in triplicate. If its terms meet with your approval, we request that you sign the original and one copy and return them within [Number] days of this letter's date to our above office. When so signed by you and returned to our office, this letter will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binding contract between you and us, and as such will supersede all other and former agreements between you and us concerning this well or the drilling of this well. The agreement so formed shall be personal in character, and you shall not, without our written consent, assign the rights accruing to you under the agreement or delegate the duties imposed on you by the agreement.</w:t>
      </w:r>
    </w:p>
    <w:p>
      <w:pPr/>
    </w:p>
    <w:p>
      <w:pPr>
        <w:keepNext w:val="0"/>
        <w:spacing w:before="200" w:after="0" w:line="260" w:lineRule="exact"/>
        <w:ind w:left="360" w:right="0" w:firstLine="0"/>
        <w:jc w:val="both"/>
      </w:pPr>
      <w:r>
        <w:rPr>
          <w:rFonts w:ascii="Times New Roman" w:hAnsi="Times New Roman" w:eastAsia="Times New Roman" w:cs="Times New Roman"/>
          <w:b w:val="0"/>
          <w:sz w:val="24"/>
        </w:rPr>
        <w:t>Yours very truly,</w:t>
      </w:r>
    </w:p>
    <w:p>
      <w:pPr>
        <w:keepNext w:val="0"/>
        <w:spacing w:before="120" w:after="0" w:line="260" w:lineRule="exact"/>
        <w:ind w:left="360" w:right="0" w:firstLine="0"/>
        <w:jc w:val="left"/>
      </w:pPr>
      <w:r>
        <w:rPr>
          <w:rFonts w:ascii="Times New Roman" w:hAnsi="Times New Roman" w:eastAsia="Times New Roman" w:cs="Times New Roman"/>
          <w:b w:val="0"/>
          <w:sz w:val="24"/>
        </w:rPr>
        <w:t>[Name of contributor]</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_________________________ [signature]</w:t>
      </w:r>
    </w:p>
    <w:p>
      <w:pPr>
        <w:keepNext w:val="0"/>
        <w:spacing w:before="120" w:after="0" w:line="260" w:lineRule="exact"/>
        <w:ind w:left="360" w:right="0" w:firstLine="0"/>
        <w:jc w:val="left"/>
      </w:pPr>
      <w:r>
        <w:rPr>
          <w:rFonts w:ascii="Times New Roman" w:hAnsi="Times New Roman" w:eastAsia="Times New Roman" w:cs="Times New Roman"/>
          <w:b w:val="0"/>
          <w:sz w:val="24"/>
        </w:rPr>
        <w:t>[Typed name and title]</w:t>
      </w:r>
    </w:p>
    <w:p>
      <w:pPr>
        <w:keepNext w:val="0"/>
        <w:spacing w:before="200" w:after="0" w:line="260" w:lineRule="exact"/>
        <w:ind w:left="360" w:right="0" w:firstLine="0"/>
        <w:jc w:val="both"/>
      </w:pPr>
      <w:r>
        <w:rPr>
          <w:rFonts w:ascii="Times New Roman" w:hAnsi="Times New Roman" w:eastAsia="Times New Roman" w:cs="Times New Roman"/>
          <w:b w:val="0"/>
          <w:sz w:val="24"/>
        </w:rPr>
        <w:t>Accepted on [date].</w:t>
      </w:r>
    </w:p>
    <w:p>
      <w:pPr>
        <w:keepNext w:val="0"/>
        <w:spacing w:before="120" w:after="0" w:line="260" w:lineRule="exact"/>
        <w:ind w:left="360" w:right="0" w:firstLine="0"/>
        <w:jc w:val="left"/>
      </w:pPr>
      <w:r>
        <w:rPr>
          <w:rFonts w:ascii="Times New Roman" w:hAnsi="Times New Roman" w:eastAsia="Times New Roman" w:cs="Times New Roman"/>
          <w:b w:val="0"/>
          <w:sz w:val="24"/>
        </w:rPr>
        <w:t>[Name of drilling lessee]</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_________________________ [signature]</w:t>
      </w:r>
    </w:p>
    <w:p>
      <w:pPr>
        <w:keepNext w:val="0"/>
        <w:spacing w:before="120" w:after="0" w:line="260" w:lineRule="exact"/>
        <w:ind w:left="360" w:right="0" w:firstLine="0"/>
        <w:jc w:val="left"/>
      </w:pPr>
      <w:r>
        <w:rPr>
          <w:rFonts w:ascii="Times New Roman" w:hAnsi="Times New Roman" w:eastAsia="Times New Roman" w:cs="Times New Roman"/>
          <w:b w:val="0"/>
          <w:sz w:val="24"/>
        </w:rPr>
        <w:t>[Typed name and title]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