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Boundary Agreement Fixed by Survey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after="0" w:line="300" w:lineRule="exact"/>
        <w:ind w:left="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Table of Contents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BOUNDARY AGREEMENT</w:t>
      </w:r>
    </w:p>
    <w:p>
      <w:pPr>
        <w:keepNext w:val="0"/>
        <w:spacing w:before="200" w:after="0" w:line="260" w:lineRule="exact"/>
        <w:ind w:left="72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____________________ (“First Party”), whose mailing address is ____________________ ____________________, and ____________________ (“Second Party”), whose mailing address is ____________________ ____________________, enter into this Boundary Agreement, on the basis of the following facts and understandings.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RECITALS</w:t>
      </w:r>
      <w:r>
        <w:rPr>
          <w:rFonts w:ascii="Times New Roman" w:hAnsi="Times New Roman" w:eastAsia="Times New Roman" w:cs="Times New Roman"/>
          <w:b w:val="0"/>
          <w:sz w:val="24"/>
        </w:rPr>
        <w:t>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First Party is the owner of certain real property located in ____________________ County, and commonly known as ____________________ Street, ____________________, ____________________, more particularly described as follows: ____________________ ____________________.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Second Party is the owner of land adjoining that of First Party, located in ____________________ County, commonly known as ____________________ Street, ____________________, ____________________, more particularly described as follows: ____________________ ____________________.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parties are uncertain as to the exact location of the boundary between their properties.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NOW, THEREFORE, in consideration of the covenants of this Agreement and to avoid expensive and time-consuming title litigation, the parties agree as follows: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Establishment of Boundary by Survey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boundary between the properties of the parties shall be established as follows.</w:t>
      </w:r>
    </w:p>
    <w:p>
      <w:pPr>
        <w:keepNext w:val="0"/>
        <w:spacing w:before="120" w:after="0" w:line="260" w:lineRule="exact"/>
        <w:ind w:left="180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(1)</w:t>
      </w:r>
    </w:p>
    <w:p>
      <w:pPr>
        <w:keepNext w:val="0"/>
        <w:spacing w:before="200" w:after="0" w:line="260" w:lineRule="exact"/>
        <w:ind w:left="180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____________________ ____________________,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surveyor duly licensed to practice in the State of ____________________, shall conduct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survey of the boundary based on the legal descriptions contained in the deeds by which the parties hold title to their respective properties.</w:t>
      </w:r>
    </w:p>
    <w:p>
      <w:pPr>
        <w:keepNext w:val="0"/>
        <w:spacing w:before="120" w:after="0" w:line="260" w:lineRule="exact"/>
        <w:ind w:left="180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(2)</w:t>
      </w:r>
    </w:p>
    <w:p>
      <w:pPr>
        <w:keepNext w:val="0"/>
        <w:spacing w:before="200" w:after="0" w:line="260" w:lineRule="exact"/>
        <w:ind w:left="180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surveyor shall represent the results of the survey on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map that shall be attached to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executed and acknowledged copy of this Agreement. That copy of this Agreement and the map shall be recorded in the deed records of ____________________ County.</w:t>
      </w:r>
    </w:p>
    <w:p>
      <w:pPr>
        <w:keepNext w:val="0"/>
        <w:spacing w:before="120" w:after="0" w:line="260" w:lineRule="exact"/>
        <w:ind w:left="180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(3)</w:t>
      </w:r>
    </w:p>
    <w:p>
      <w:pPr>
        <w:keepNext w:val="0"/>
        <w:spacing w:before="200" w:after="0" w:line="260" w:lineRule="exact"/>
        <w:ind w:left="180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results of the survey shall conclusively establish the boundary between the properties of the parties.</w:t>
      </w:r>
    </w:p>
    <w:p>
      <w:pPr>
        <w:keepNext w:val="0"/>
        <w:spacing w:before="120" w:after="0" w:line="260" w:lineRule="exact"/>
        <w:ind w:left="180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(4)</w:t>
      </w:r>
    </w:p>
    <w:p>
      <w:pPr>
        <w:keepNext w:val="0"/>
        <w:spacing w:before="200" w:after="0" w:line="260" w:lineRule="exact"/>
        <w:ind w:left="180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parties shall share equally the expenses of the survey.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Marking Boundary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The agreed boundary ____________________ shall be marked </w:t>
      </w:r>
      <w:r>
        <w:rPr>
          <w:rFonts w:ascii="Times New Roman" w:hAnsi="Times New Roman" w:eastAsia="Times New Roman" w:cs="Times New Roman"/>
          <w:b w:val="0"/>
          <w:sz w:val="24"/>
        </w:rPr>
        <w:t>or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may be identified as follows: ____________________ ____________________.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Binding Effect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This Agreement shall be binding on and inure to the benefit of the parties’ heirs, personal representatives, successors, and assigns.</w:t>
      </w:r>
    </w:p>
    <w:p>
      <w:pPr/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Executed this [day] day of [month], [year], at ____________________, ____________________.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By: 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By: ____________________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