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Business Continuity Plan Risk Evaluation</w:t>
      </w:r>
    </w:p>
    <w:p>
      <w:pPr>
        <w:keepNext w:val="0"/>
        <w:spacing w:after="0" w:line="240" w:lineRule="exact"/>
        <w:ind w:right="0"/>
        <w:jc w:val="both"/>
      </w:pP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