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BUSINESS PURCHASE LETTER OF INTENT</w:t>
      </w:r>
    </w:p>
    <w:p>
      <w:pPr/>
    </w:p>
    <w:p>
      <w:pPr/>
      <w:r>
        <w:rPr>
          <w:rFonts w:ascii="Times New Roman" w:hAnsi="Times New Roman" w:eastAsia="Times New Roman" w:cs="Times New Roman"/>
          <w:sz w:val="24"/>
        </w:rPr>
        <w:t>[SENDER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[SENDER ADDRESS]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[SENDER CITY, STATE, ZIP CODE]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Effective Date: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[RECIPIENT ADDRESS]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[RECIPIENT CITY, STATE, ZIP CODE]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RE: Purchase of a Business Entity</w:t>
      </w:r>
    </w:p>
    <w:p>
      <w:pPr/>
    </w:p>
    <w:p>
      <w:pPr/>
      <w:r>
        <w:rPr>
          <w:rFonts w:ascii="Times New Roman" w:hAnsi="Times New Roman" w:eastAsia="Times New Roman" w:cs="Times New Roman"/>
          <w:sz w:val="24"/>
        </w:rPr>
        <w:t>This business purchase letter of intent (the “Letter of Intent”) represents basic terms agreed upon by the Buyer and Seller. After this Letter of Intent has been made a formal agreement may be constructed to the benefit of the Parties involved.</w:t>
      </w:r>
    </w:p>
    <w:p>
      <w:pPr/>
    </w:p>
    <w:p>
      <w:pPr/>
      <w:r>
        <w:rPr>
          <w:rFonts w:ascii="Times New Roman" w:hAnsi="Times New Roman" w:eastAsia="Times New Roman" w:cs="Times New Roman"/>
          <w:b/>
          <w:sz w:val="24"/>
        </w:rPr>
        <w:t>I. The 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(the “Buyer”)</w:t>
      </w:r>
    </w:p>
    <w:p>
      <w:pPr/>
    </w:p>
    <w:p>
      <w:pPr/>
      <w:r>
        <w:rPr>
          <w:rFonts w:ascii="Times New Roman" w:hAnsi="Times New Roman" w:eastAsia="Times New Roman" w:cs="Times New Roman"/>
          <w:b/>
          <w:sz w:val="24"/>
        </w:rPr>
        <w:t>II. The Seller</w:t>
      </w:r>
      <w:r>
        <w:rPr>
          <w:rFonts w:ascii="Times New Roman" w:hAnsi="Times New Roman" w:eastAsia="Times New Roman" w:cs="Times New Roman"/>
          <w:sz w:val="24"/>
        </w:rPr>
        <w:t xml:space="preserve">: </w:t>
      </w:r>
      <w:r>
        <w:rPr>
          <w:rFonts w:ascii="Times New Roman" w:hAnsi="Times New Roman" w:eastAsia="Times New Roman" w:cs="Times New Roman"/>
          <w:sz w:val="24"/>
        </w:rPr>
        <w:t>[SELLER NAME]</w:t>
      </w:r>
      <w:r>
        <w:rPr>
          <w:rFonts w:ascii="Times New Roman" w:hAnsi="Times New Roman" w:eastAsia="Times New Roman" w:cs="Times New Roman"/>
          <w:sz w:val="24"/>
        </w:rPr>
        <w:t xml:space="preserve"> (the “Seller”).</w:t>
      </w:r>
    </w:p>
    <w:p>
      <w:pPr/>
    </w:p>
    <w:p>
      <w:pPr/>
      <w:r>
        <w:rPr>
          <w:rFonts w:ascii="Times New Roman" w:hAnsi="Times New Roman" w:eastAsia="Times New Roman" w:cs="Times New Roman"/>
          <w:b/>
          <w:sz w:val="24"/>
        </w:rPr>
        <w:t>III. The Business</w:t>
      </w:r>
      <w:r>
        <w:rPr>
          <w:rFonts w:ascii="Times New Roman" w:hAnsi="Times New Roman" w:eastAsia="Times New Roman" w:cs="Times New Roman"/>
          <w:sz w:val="24"/>
        </w:rPr>
        <w:t xml:space="preserve">: </w:t>
      </w:r>
      <w:r>
        <w:rPr>
          <w:rFonts w:ascii="Times New Roman" w:hAnsi="Times New Roman" w:eastAsia="Times New Roman" w:cs="Times New Roman"/>
          <w:sz w:val="24"/>
        </w:rPr>
        <w:t>[BUSINESS NAME]</w:t>
      </w:r>
      <w:r>
        <w:rPr>
          <w:rFonts w:ascii="Times New Roman" w:hAnsi="Times New Roman" w:eastAsia="Times New Roman" w:cs="Times New Roman"/>
          <w:sz w:val="24"/>
        </w:rPr>
        <w:t xml:space="preserve"> (the “Business”). </w:t>
      </w:r>
    </w:p>
    <w:p>
      <w:pPr/>
    </w:p>
    <w:p>
      <w:pPr/>
      <w:r>
        <w:rPr>
          <w:rFonts w:ascii="Times New Roman" w:hAnsi="Times New Roman" w:eastAsia="Times New Roman" w:cs="Times New Roman"/>
          <w:b/>
          <w:sz w:val="24"/>
        </w:rPr>
        <w:t>IV. Purchase Price</w:t>
      </w:r>
      <w:r>
        <w:rPr>
          <w:rFonts w:ascii="Times New Roman" w:hAnsi="Times New Roman" w:eastAsia="Times New Roman" w:cs="Times New Roman"/>
          <w:sz w:val="24"/>
        </w:rPr>
        <w:t xml:space="preserve">: The Buyer will enter into an agreement with the Seller for </w:t>
      </w:r>
      <w:r>
        <w:rPr>
          <w:rFonts w:ascii="Times New Roman" w:hAnsi="Times New Roman" w:eastAsia="Times New Roman" w:cs="Times New Roman"/>
          <w:sz w:val="24"/>
        </w:rPr>
        <w:t>[PURCHASE PRICE]</w:t>
      </w:r>
      <w:r>
        <w:rPr>
          <w:rFonts w:ascii="Times New Roman" w:hAnsi="Times New Roman" w:eastAsia="Times New Roman" w:cs="Times New Roman"/>
          <w:sz w:val="24"/>
        </w:rPr>
        <w:t xml:space="preserve"> Dollars ($</w:t>
      </w:r>
      <w:r>
        <w:rPr>
          <w:rFonts w:ascii="Times New Roman" w:hAnsi="Times New Roman" w:eastAsia="Times New Roman" w:cs="Times New Roman"/>
          <w:sz w:val="24"/>
        </w:rPr>
        <w:t>[DOLLAR AMOUNT]</w:t>
      </w:r>
      <w:r>
        <w:rPr>
          <w:rFonts w:ascii="Times New Roman" w:hAnsi="Times New Roman" w:eastAsia="Times New Roman" w:cs="Times New Roman"/>
          <w:sz w:val="24"/>
        </w:rPr>
        <w:t xml:space="preserve">) for </w:t>
      </w:r>
      <w:r>
        <w:rPr>
          <w:rFonts w:ascii="Times New Roman" w:hAnsi="Times New Roman" w:eastAsia="Times New Roman" w:cs="Times New Roman"/>
          <w:sz w:val="24"/>
        </w:rPr>
        <w:t>[PERCENTAGE]</w:t>
      </w:r>
      <w:r>
        <w:rPr>
          <w:rFonts w:ascii="Times New Roman" w:hAnsi="Times New Roman" w:eastAsia="Times New Roman" w:cs="Times New Roman"/>
          <w:sz w:val="24"/>
        </w:rPr>
        <w:t>% ownership interest in the Business.</w:t>
      </w:r>
    </w:p>
    <w:p>
      <w:pPr/>
    </w:p>
    <w:p>
      <w:pPr/>
      <w:r>
        <w:rPr>
          <w:rFonts w:ascii="Times New Roman" w:hAnsi="Times New Roman" w:eastAsia="Times New Roman" w:cs="Times New Roman"/>
          <w:b/>
          <w:sz w:val="24"/>
        </w:rPr>
        <w:t>V. Real Estate</w:t>
      </w:r>
      <w:r>
        <w:rPr>
          <w:rFonts w:ascii="Times New Roman" w:hAnsi="Times New Roman" w:eastAsia="Times New Roman" w:cs="Times New Roman"/>
          <w:sz w:val="24"/>
        </w:rPr>
        <w:t xml:space="preserve">: This Letter of Intent </w:t>
      </w:r>
      <w:r>
        <w:rPr>
          <w:rFonts w:ascii="Times New Roman" w:hAnsi="Times New Roman" w:eastAsia="Times New Roman" w:cs="Times New Roman"/>
          <w:sz w:val="24"/>
        </w:rPr>
        <w:t xml:space="preserve"> includes </w:t>
      </w:r>
      <w:r>
        <w:rPr>
          <w:rFonts w:ascii="Times New Roman" w:hAnsi="Times New Roman" w:eastAsia="Times New Roman" w:cs="Times New Roman"/>
          <w:sz w:val="24"/>
        </w:rPr>
        <w:t xml:space="preserve"> does not include real estate. </w:t>
      </w:r>
    </w:p>
    <w:p>
      <w:pPr/>
    </w:p>
    <w:p>
      <w:pPr/>
      <w:r>
        <w:rPr>
          <w:rFonts w:ascii="Times New Roman" w:hAnsi="Times New Roman" w:eastAsia="Times New Roman" w:cs="Times New Roman"/>
          <w:sz w:val="24"/>
        </w:rPr>
        <w:t xml:space="preserve">Description: The real estate is located at </w:t>
      </w:r>
      <w:r>
        <w:rPr>
          <w:rFonts w:ascii="Times New Roman" w:hAnsi="Times New Roman" w:eastAsia="Times New Roman" w:cs="Times New Roman"/>
          <w:sz w:val="24"/>
        </w:rPr>
        <w:t>[ADDRESS]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Legal Description (if any): </w:t>
      </w:r>
      <w:r>
        <w:rPr>
          <w:rFonts w:ascii="Times New Roman" w:hAnsi="Times New Roman" w:eastAsia="Times New Roman" w:cs="Times New Roman"/>
          <w:sz w:val="24"/>
        </w:rPr>
        <w:t>[LEGAL DESCRIPTION]</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Purchase Price: </w:t>
      </w:r>
      <w:r>
        <w:rPr>
          <w:rFonts w:ascii="Times New Roman" w:hAnsi="Times New Roman" w:eastAsia="Times New Roman" w:cs="Times New Roman"/>
          <w:sz w:val="24"/>
        </w:rPr>
        <w:t>[PURCHASE PRICE]</w:t>
      </w:r>
      <w:r>
        <w:rPr>
          <w:rFonts w:ascii="Times New Roman" w:hAnsi="Times New Roman" w:eastAsia="Times New Roman" w:cs="Times New Roman"/>
          <w:sz w:val="24"/>
        </w:rPr>
        <w:t xml:space="preserve"> Dollars ($</w:t>
      </w:r>
      <w:r>
        <w:rPr>
          <w:rFonts w:ascii="Times New Roman" w:hAnsi="Times New Roman" w:eastAsia="Times New Roman" w:cs="Times New Roman"/>
          <w:sz w:val="24"/>
        </w:rPr>
        <w:t>[DOLLAR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The Purchase Price shall be paid in the following manner: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Payment at Closing.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Owner Financing: In accordance with the following payment structure:</w:t>
      </w:r>
    </w:p>
    <w:p>
      <w:pPr/>
    </w:p>
    <w:p>
      <w:pPr/>
      <w:r>
        <w:rPr>
          <w:rFonts w:ascii="Times New Roman" w:hAnsi="Times New Roman" w:eastAsia="Times New Roman" w:cs="Times New Roman"/>
          <w:b/>
          <w:sz w:val="24"/>
        </w:rPr>
        <w:t>Down Payment:</w:t>
      </w:r>
      <w:r>
        <w:rPr>
          <w:rFonts w:ascii="Times New Roman" w:hAnsi="Times New Roman" w:eastAsia="Times New Roman" w:cs="Times New Roman"/>
          <w:sz w:val="24"/>
        </w:rPr>
        <w:t xml:space="preserve"> </w:t>
      </w:r>
      <w:r>
        <w:rPr>
          <w:rFonts w:ascii="Times New Roman" w:hAnsi="Times New Roman" w:eastAsia="Times New Roman" w:cs="Times New Roman"/>
          <w:sz w:val="24"/>
        </w:rPr>
        <w:t>[DOWN PAYMENT]</w:t>
      </w:r>
      <w:r>
        <w:rPr>
          <w:rFonts w:ascii="Times New Roman" w:hAnsi="Times New Roman" w:eastAsia="Times New Roman" w:cs="Times New Roman"/>
          <w:sz w:val="24"/>
        </w:rPr>
        <w:t xml:space="preserve"> Dollars ($</w:t>
      </w:r>
      <w:r>
        <w:rPr>
          <w:rFonts w:ascii="Times New Roman" w:hAnsi="Times New Roman" w:eastAsia="Times New Roman" w:cs="Times New Roman"/>
          <w:sz w:val="24"/>
        </w:rPr>
        <w:t>[DOLLAR AMOUNT]</w:t>
      </w:r>
      <w:r>
        <w:rPr>
          <w:rFonts w:ascii="Times New Roman" w:hAnsi="Times New Roman" w:eastAsia="Times New Roman" w:cs="Times New Roman"/>
          <w:sz w:val="24"/>
        </w:rPr>
        <w:t>)</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w:t>
      </w:r>
    </w:p>
    <w:p>
      <w:pPr/>
      <w:r>
        <w:rPr>
          <w:rFonts w:ascii="Times New Roman" w:hAnsi="Times New Roman" w:eastAsia="Times New Roman" w:cs="Times New Roman"/>
          <w:b/>
          <w:sz w:val="24"/>
        </w:rPr>
        <w:t>Term</w:t>
      </w:r>
      <w:r>
        <w:rPr>
          <w:rFonts w:ascii="Times New Roman" w:hAnsi="Times New Roman" w:eastAsia="Times New Roman" w:cs="Times New Roman"/>
          <w:sz w:val="24"/>
        </w:rPr>
        <w:t xml:space="preserv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Months</w:t>
      </w:r>
    </w:p>
    <w:p>
      <w:pPr/>
      <w:r>
        <w:rPr>
          <w:rFonts w:ascii="Times New Roman" w:hAnsi="Times New Roman" w:eastAsia="Times New Roman" w:cs="Times New Roman"/>
          <w:b/>
          <w:sz w:val="24"/>
        </w:rPr>
        <w:t>Payment Due</w:t>
      </w:r>
      <w:r>
        <w:rPr>
          <w:rFonts w:ascii="Times New Roman" w:hAnsi="Times New Roman" w:eastAsia="Times New Roman" w:cs="Times New Roman"/>
          <w:sz w:val="24"/>
        </w:rPr>
        <w:t xml:space="preserv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every month.</w:t>
      </w:r>
    </w:p>
    <w:p>
      <w:pPr/>
    </w:p>
    <w:p>
      <w:pPr/>
      <w:r>
        <w:rPr>
          <w:rFonts w:ascii="Times New Roman" w:hAnsi="Times New Roman" w:eastAsia="Times New Roman" w:cs="Times New Roman"/>
          <w:b/>
          <w:sz w:val="24"/>
        </w:rPr>
        <w:t>VII. Financing</w:t>
      </w:r>
      <w:r>
        <w:rPr>
          <w:rFonts w:ascii="Times New Roman" w:hAnsi="Times New Roman" w:eastAsia="Times New Roman" w:cs="Times New Roman"/>
          <w:sz w:val="24"/>
        </w:rPr>
        <w:t xml:space="preserve">: The Buyer has made it known that this Letter of Intent is </w:t>
      </w:r>
      <w:r>
        <w:rPr>
          <w:rFonts w:ascii="Times New Roman" w:hAnsi="Times New Roman" w:eastAsia="Times New Roman" w:cs="Times New Roman"/>
          <w:sz w:val="24"/>
        </w:rPr>
        <w:t>☐</w:t>
      </w:r>
      <w:r>
        <w:rPr>
          <w:rFonts w:ascii="Times New Roman" w:hAnsi="Times New Roman" w:eastAsia="Times New Roman" w:cs="Times New Roman"/>
          <w:sz w:val="24"/>
        </w:rPr>
        <w:t xml:space="preserve"> conditional </w:t>
      </w:r>
      <w:r>
        <w:rPr>
          <w:rFonts w:ascii="Times New Roman" w:hAnsi="Times New Roman" w:eastAsia="Times New Roman" w:cs="Times New Roman"/>
          <w:sz w:val="24"/>
        </w:rPr>
        <w:t>☐</w:t>
      </w:r>
      <w:r>
        <w:rPr>
          <w:rFonts w:ascii="Times New Roman" w:hAnsi="Times New Roman" w:eastAsia="Times New Roman" w:cs="Times New Roman"/>
          <w:sz w:val="24"/>
        </w:rPr>
        <w:t xml:space="preserve"> not conditional on their ability to obtain financing.</w:t>
      </w:r>
    </w:p>
    <w:p>
      <w:pPr/>
    </w:p>
    <w:p>
      <w:pPr/>
      <w:r>
        <w:rPr>
          <w:rFonts w:ascii="Times New Roman" w:hAnsi="Times New Roman" w:eastAsia="Times New Roman" w:cs="Times New Roman"/>
          <w:sz w:val="24"/>
        </w:rPr>
        <w:t xml:space="preserve">If this letter is conditional on financing, it shall be under the following terms: </w:t>
      </w:r>
      <w:r>
        <w:rPr>
          <w:rFonts w:ascii="Times New Roman" w:hAnsi="Times New Roman" w:eastAsia="Times New Roman" w:cs="Times New Roman"/>
          <w:sz w:val="24"/>
        </w:rPr>
        <w:t>[TERMS]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VIII. Binding Effect</w:t>
      </w:r>
      <w:r>
        <w:rPr>
          <w:rFonts w:ascii="Times New Roman" w:hAnsi="Times New Roman" w:eastAsia="Times New Roman" w:cs="Times New Roman"/>
          <w:sz w:val="24"/>
        </w:rPr>
        <w:t xml:space="preserve">: This Letter of intent that shall be considered: </w:t>
      </w:r>
    </w:p>
    <w:p>
      <w:pPr/>
    </w:p>
    <w:p>
      <w:pPr/>
      <w:r>
        <w:rPr>
          <w:rFonts w:ascii="Times New Roman" w:hAnsi="Times New Roman" w:eastAsia="Times New Roman" w:cs="Times New Roman"/>
          <w:sz w:val="24"/>
        </w:rPr>
        <w:t>Initial and Check (√)</w:t>
      </w:r>
    </w:p>
    <w:p>
      <w:pPr/>
    </w:p>
    <w:p>
      <w:pPr/>
      <w:r>
        <w:rPr>
          <w:rFonts w:ascii="Times New Roman" w:hAnsi="Times New Roman" w:eastAsia="Times New Roman" w:cs="Times New Roman"/>
          <w:sz w:val="24"/>
        </w:rPr>
        <w:t xml:space="preserve">_____ - </w:t>
      </w:r>
      <w:r>
        <w:rPr>
          <w:rFonts w:ascii="Times New Roman" w:hAnsi="Times New Roman" w:eastAsia="Times New Roman" w:cs="Times New Roman"/>
          <w:b/>
          <w:sz w:val="24"/>
        </w:rPr>
        <w:t xml:space="preserve"> Binding</w:t>
      </w:r>
      <w:r>
        <w:rPr>
          <w:rFonts w:ascii="Times New Roman" w:hAnsi="Times New Roman" w:eastAsia="Times New Roman" w:cs="Times New Roman"/>
          <w:sz w:val="24"/>
        </w:rPr>
        <w:t xml:space="preserve"> – Therefore, the parties acknowledge that remedies at law will be inadequate for any breach of this Agreement and consequently agree that this Agreement shall be enforceable by specific performance. The remedy of specific performance shall be cumulative of all of the rights at law or in equity of the parties under this Agreement.</w:t>
      </w:r>
    </w:p>
    <w:p>
      <w:pPr/>
    </w:p>
    <w:p>
      <w:pPr/>
      <w:r>
        <w:rPr>
          <w:rFonts w:ascii="Times New Roman" w:hAnsi="Times New Roman" w:eastAsia="Times New Roman" w:cs="Times New Roman"/>
          <w:sz w:val="24"/>
        </w:rPr>
        <w:t xml:space="preserve">_____ - </w:t>
      </w:r>
      <w:r>
        <w:rPr>
          <w:rFonts w:ascii="Times New Roman" w:hAnsi="Times New Roman" w:eastAsia="Times New Roman" w:cs="Times New Roman"/>
          <w:b/>
          <w:sz w:val="24"/>
        </w:rPr>
        <w:t xml:space="preserve"> Non-Binding</w:t>
      </w:r>
      <w:r>
        <w:rPr>
          <w:rFonts w:ascii="Times New Roman" w:hAnsi="Times New Roman" w:eastAsia="Times New Roman" w:cs="Times New Roman"/>
          <w:sz w:val="24"/>
        </w:rPr>
        <w:t xml:space="preserve"> – Therefore, the parties acknowledge that this Letter of Intent is not enforceable by any Party. The terms outlined herein are solely for the purposes of reaching a later agreement in the future, of which, Buyer and Seller are not bound.</w:t>
      </w:r>
    </w:p>
    <w:p>
      <w:pPr/>
    </w:p>
    <w:p>
      <w:pPr/>
      <w:r>
        <w:rPr>
          <w:rFonts w:ascii="Times New Roman" w:hAnsi="Times New Roman" w:eastAsia="Times New Roman" w:cs="Times New Roman"/>
          <w:b/>
          <w:sz w:val="24"/>
        </w:rPr>
        <w:t>IX. Bank Accounts</w:t>
      </w:r>
      <w:r>
        <w:rPr>
          <w:rFonts w:ascii="Times New Roman" w:hAnsi="Times New Roman" w:eastAsia="Times New Roman" w:cs="Times New Roman"/>
          <w:sz w:val="24"/>
        </w:rPr>
        <w:t xml:space="preserve">: In order to keep necessary bank accounts in operation, the Seller agrees to leave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Dollars ($</w:t>
      </w:r>
      <w:r>
        <w:rPr>
          <w:rFonts w:ascii="Times New Roman" w:hAnsi="Times New Roman" w:eastAsia="Times New Roman" w:cs="Times New Roman"/>
          <w:sz w:val="24"/>
        </w:rPr>
        <w:t>[DOLLAR AMOUNT]</w:t>
      </w:r>
      <w:r>
        <w:rPr>
          <w:rFonts w:ascii="Times New Roman" w:hAnsi="Times New Roman" w:eastAsia="Times New Roman" w:cs="Times New Roman"/>
          <w:sz w:val="24"/>
        </w:rPr>
        <w:t xml:space="preserve">) collectively across their financial accounts. </w:t>
      </w:r>
    </w:p>
    <w:p>
      <w:pPr/>
    </w:p>
    <w:p>
      <w:pPr/>
      <w:r>
        <w:rPr>
          <w:rFonts w:ascii="Times New Roman" w:hAnsi="Times New Roman" w:eastAsia="Times New Roman" w:cs="Times New Roman"/>
          <w:b/>
          <w:sz w:val="24"/>
        </w:rPr>
        <w:t>X. Formal Agreement</w:t>
      </w:r>
      <w:r>
        <w:rPr>
          <w:rFonts w:ascii="Times New Roman" w:hAnsi="Times New Roman" w:eastAsia="Times New Roman" w:cs="Times New Roman"/>
          <w:sz w:val="24"/>
        </w:rPr>
        <w:t>: Choose One (1)</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Pending the satisfaction of all materials by the Seller within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 formal agreement (the “Formal Agreement”) shall be created between the parties.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formal agreement (the “Formal Agreement”) created.</w:t>
      </w:r>
    </w:p>
    <w:p>
      <w:pPr/>
    </w:p>
    <w:p>
      <w:pPr/>
      <w:r>
        <w:rPr>
          <w:rFonts w:ascii="Times New Roman" w:hAnsi="Times New Roman" w:eastAsia="Times New Roman" w:cs="Times New Roman"/>
          <w:b/>
          <w:sz w:val="24"/>
        </w:rPr>
        <w:t>XI. Seller’s Conduct</w:t>
      </w:r>
      <w:r>
        <w:rPr>
          <w:rFonts w:ascii="Times New Roman" w:hAnsi="Times New Roman" w:eastAsia="Times New Roman" w:cs="Times New Roman"/>
          <w:sz w:val="24"/>
        </w:rPr>
        <w:t>: The Seller agrees that during the purchase process to hold a fiduciary duty in the best interests of the Business. The Seller shall in no way conduct any action that would disrupt the on-going status of the Business’s day-to-day operations. This obligation shall continue until the closing date.</w:t>
      </w:r>
    </w:p>
    <w:p>
      <w:pPr/>
    </w:p>
    <w:p>
      <w:pPr/>
      <w:r>
        <w:rPr>
          <w:rFonts w:ascii="Times New Roman" w:hAnsi="Times New Roman" w:eastAsia="Times New Roman" w:cs="Times New Roman"/>
          <w:b/>
          <w:sz w:val="24"/>
        </w:rPr>
        <w:t>XII. Closing</w:t>
      </w:r>
      <w:r>
        <w:rPr>
          <w:rFonts w:ascii="Times New Roman" w:hAnsi="Times New Roman" w:eastAsia="Times New Roman" w:cs="Times New Roman"/>
          <w:sz w:val="24"/>
        </w:rPr>
        <w:t>: The closing (the “Closing”) is the act of closing the transaction where the Seller exchanges the Business for the Purchase Price. The Closing shall be agreed upon between the Buyer and Seller following a formal agreement, later to be signed, or after the terms are met in this Letter of Intent.</w:t>
      </w:r>
    </w:p>
    <w:p>
      <w:pPr/>
    </w:p>
    <w:p>
      <w:pPr/>
      <w:r>
        <w:rPr>
          <w:rFonts w:ascii="Times New Roman" w:hAnsi="Times New Roman" w:eastAsia="Times New Roman" w:cs="Times New Roman"/>
          <w:b/>
          <w:sz w:val="24"/>
        </w:rPr>
        <w:t>XIII. Closing Costs</w:t>
      </w:r>
      <w:r>
        <w:rPr>
          <w:rFonts w:ascii="Times New Roman" w:hAnsi="Times New Roman" w:eastAsia="Times New Roman" w:cs="Times New Roman"/>
          <w:sz w:val="24"/>
        </w:rPr>
        <w:t xml:space="preserve">: All costs associated with the Closing shall be the responsibility of </w:t>
      </w:r>
      <w:r>
        <w:rPr>
          <w:rFonts w:ascii="Times New Roman" w:hAnsi="Times New Roman" w:eastAsia="Times New Roman" w:cs="Times New Roman"/>
          <w:sz w:val="24"/>
        </w:rPr>
        <w:t xml:space="preserve"> Buyer </w:t>
      </w:r>
      <w:r>
        <w:rPr>
          <w:rFonts w:ascii="Times New Roman" w:hAnsi="Times New Roman" w:eastAsia="Times New Roman" w:cs="Times New Roman"/>
          <w:sz w:val="24"/>
        </w:rPr>
        <w:t xml:space="preserve"> Seller </w:t>
      </w:r>
      <w:r>
        <w:rPr>
          <w:rFonts w:ascii="Times New Roman" w:hAnsi="Times New Roman" w:eastAsia="Times New Roman" w:cs="Times New Roman"/>
          <w:sz w:val="24"/>
        </w:rPr>
        <w:t xml:space="preserve"> Both parties bearing their own expenses.</w:t>
      </w:r>
    </w:p>
    <w:p>
      <w:pPr/>
    </w:p>
    <w:p>
      <w:pPr/>
      <w:r>
        <w:rPr>
          <w:rFonts w:ascii="Times New Roman" w:hAnsi="Times New Roman" w:eastAsia="Times New Roman" w:cs="Times New Roman"/>
          <w:b/>
          <w:sz w:val="24"/>
        </w:rPr>
        <w:t>XIV. Termination</w:t>
      </w:r>
      <w:r>
        <w:rPr>
          <w:rFonts w:ascii="Times New Roman" w:hAnsi="Times New Roman" w:eastAsia="Times New Roman" w:cs="Times New Roman"/>
          <w:sz w:val="24"/>
        </w:rPr>
        <w:t xml:space="preserve">: This Letter of Intent will terminate if there has not been a formal agreement signed or a closing within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from the Effective Date.</w:t>
      </w:r>
    </w:p>
    <w:p>
      <w:pPr/>
    </w:p>
    <w:p>
      <w:pPr/>
      <w:r>
        <w:rPr>
          <w:rFonts w:ascii="Times New Roman" w:hAnsi="Times New Roman" w:eastAsia="Times New Roman" w:cs="Times New Roman"/>
          <w:b/>
          <w:sz w:val="24"/>
        </w:rPr>
        <w:t>XV. Access to Information</w:t>
      </w:r>
      <w:r>
        <w:rPr>
          <w:rFonts w:ascii="Times New Roman" w:hAnsi="Times New Roman" w:eastAsia="Times New Roman" w:cs="Times New Roman"/>
          <w:sz w:val="24"/>
        </w:rPr>
        <w:t>: After the execution of this Letter of Intent the Buyer, and its advisors, shall have full access to any and all information about the Business. The Buyer shall maintain a fiduciary duty to keep the information that it obtains confidential and agrees to not share with any third (3</w:t>
      </w:r>
      <w:r>
        <w:rPr>
          <w:rFonts w:ascii="Times New Roman" w:hAnsi="Times New Roman" w:eastAsia="Times New Roman" w:cs="Times New Roman"/>
          <w:sz w:val="24"/>
        </w:rPr>
        <w:t>rd</w:t>
      </w:r>
      <w:r>
        <w:rPr>
          <w:rFonts w:ascii="Times New Roman" w:hAnsi="Times New Roman" w:eastAsia="Times New Roman" w:cs="Times New Roman"/>
          <w:sz w:val="24"/>
        </w:rPr>
        <w:t>) party unless the Seller gives their written consent.</w:t>
      </w:r>
    </w:p>
    <w:p>
      <w:pPr/>
    </w:p>
    <w:p>
      <w:pPr/>
      <w:r>
        <w:rPr>
          <w:rFonts w:ascii="Times New Roman" w:hAnsi="Times New Roman" w:eastAsia="Times New Roman" w:cs="Times New Roman"/>
          <w:b/>
          <w:sz w:val="24"/>
        </w:rPr>
        <w:t>XVI. Return of Materials</w:t>
      </w:r>
      <w:r>
        <w:rPr>
          <w:rFonts w:ascii="Times New Roman" w:hAnsi="Times New Roman" w:eastAsia="Times New Roman" w:cs="Times New Roman"/>
          <w:sz w:val="24"/>
        </w:rPr>
        <w:t>: Any information that is obtained by the Buyer through the Seller shall be returned if a Formal Agreement or Closing cannot be completed.</w:t>
      </w:r>
    </w:p>
    <w:p>
      <w:pPr/>
    </w:p>
    <w:p>
      <w:pPr/>
      <w:r>
        <w:rPr>
          <w:rFonts w:ascii="Times New Roman" w:hAnsi="Times New Roman" w:eastAsia="Times New Roman" w:cs="Times New Roman"/>
          <w:b/>
          <w:sz w:val="24"/>
        </w:rPr>
        <w:t>XVII. Conditions</w:t>
      </w:r>
      <w:r>
        <w:rPr>
          <w:rFonts w:ascii="Times New Roman" w:hAnsi="Times New Roman" w:eastAsia="Times New Roman" w:cs="Times New Roman"/>
          <w:sz w:val="24"/>
        </w:rPr>
        <w:t xml:space="preserve">: It shall be the obligation of the Buyer to review all materials provided and, subject to the satisfaction of the Buyer, enter into a formal agreement within the specified time-period as outlined in Section XI. </w:t>
      </w:r>
    </w:p>
    <w:p>
      <w:pPr/>
    </w:p>
    <w:p>
      <w:pPr/>
      <w:r>
        <w:rPr>
          <w:rFonts w:ascii="Times New Roman" w:hAnsi="Times New Roman" w:eastAsia="Times New Roman" w:cs="Times New Roman"/>
          <w:sz w:val="24"/>
        </w:rPr>
        <w:t>The conditions of this Letter of Intent include:</w:t>
      </w:r>
    </w:p>
    <w:p>
      <w:pPr/>
    </w:p>
    <w:p>
      <w:pPr/>
      <w:r>
        <w:rPr>
          <w:rFonts w:ascii="Times New Roman" w:hAnsi="Times New Roman" w:eastAsia="Times New Roman" w:cs="Times New Roman"/>
          <w:sz w:val="24"/>
        </w:rPr>
        <w:t>The review and approval of all materials in the possession and control of the Seller;</w:t>
      </w:r>
    </w:p>
    <w:p>
      <w:pPr/>
      <w:r>
        <w:rPr>
          <w:rFonts w:ascii="Times New Roman" w:hAnsi="Times New Roman" w:eastAsia="Times New Roman" w:cs="Times New Roman"/>
          <w:sz w:val="24"/>
        </w:rPr>
        <w:t xml:space="preserve">The Buyer and its advisors having had a reasonable opportunity to perform any searches and due diligence to their satisfaction; </w:t>
      </w:r>
    </w:p>
    <w:p>
      <w:pPr/>
      <w:r>
        <w:rPr>
          <w:rFonts w:ascii="Times New Roman" w:hAnsi="Times New Roman" w:eastAsia="Times New Roman" w:cs="Times New Roman"/>
          <w:sz w:val="24"/>
        </w:rPr>
        <w:t>The Buyer being able to communicate with necessary clients, employees, customers, vendors, tenants, or other third (3</w:t>
      </w:r>
      <w:r>
        <w:rPr>
          <w:rFonts w:ascii="Times New Roman" w:hAnsi="Times New Roman" w:eastAsia="Times New Roman" w:cs="Times New Roman"/>
          <w:sz w:val="24"/>
        </w:rPr>
        <w:t>rd</w:t>
      </w:r>
      <w:r>
        <w:rPr>
          <w:rFonts w:ascii="Times New Roman" w:hAnsi="Times New Roman" w:eastAsia="Times New Roman" w:cs="Times New Roman"/>
          <w:sz w:val="24"/>
        </w:rPr>
        <w:t>) party necessary; and</w:t>
      </w:r>
    </w:p>
    <w:p>
      <w:pPr/>
      <w:r>
        <w:rPr>
          <w:rFonts w:ascii="Times New Roman" w:hAnsi="Times New Roman" w:eastAsia="Times New Roman" w:cs="Times New Roman"/>
          <w:sz w:val="24"/>
        </w:rPr>
        <w:t>[ADDITIONAL CONDITIONS]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Confidentiality</w:t>
      </w:r>
      <w:r>
        <w:rPr>
          <w:rFonts w:ascii="Times New Roman" w:hAnsi="Times New Roman" w:eastAsia="Times New Roman" w:cs="Times New Roman"/>
          <w:sz w:val="24"/>
        </w:rPr>
        <w:t>: All negotiations regarding the Business between the Buyer and Seller shall be confidential and not to be disclosed with anyone other than respective advisors and internal staff of the parties and necessary third (3</w:t>
      </w:r>
      <w:r>
        <w:rPr>
          <w:rFonts w:ascii="Times New Roman" w:hAnsi="Times New Roman" w:eastAsia="Times New Roman" w:cs="Times New Roman"/>
          <w:sz w:val="24"/>
        </w:rPr>
        <w:t>rd</w:t>
      </w:r>
      <w:r>
        <w:rPr>
          <w:rFonts w:ascii="Times New Roman" w:hAnsi="Times New Roman" w:eastAsia="Times New Roman" w:cs="Times New Roman"/>
          <w:sz w:val="24"/>
        </w:rPr>
        <w:t>) parties. No press or other public releases will be issued to the general public concerning the Business without the mutual consent or as required by law, and then only upon prior written notice to the other party unless otherwise not allowed.</w:t>
      </w:r>
    </w:p>
    <w:p>
      <w:pPr/>
    </w:p>
    <w:p>
      <w:pPr/>
      <w:r>
        <w:rPr>
          <w:rFonts w:ascii="Times New Roman" w:hAnsi="Times New Roman" w:eastAsia="Times New Roman" w:cs="Times New Roman"/>
          <w:b/>
          <w:sz w:val="24"/>
        </w:rPr>
        <w:t>XIX. Good Faith Negotiations</w:t>
      </w:r>
      <w:r>
        <w:rPr>
          <w:rFonts w:ascii="Times New Roman" w:hAnsi="Times New Roman" w:eastAsia="Times New Roman" w:cs="Times New Roman"/>
          <w:sz w:val="24"/>
        </w:rPr>
        <w:t>: The Buyer and the Seller agree to act honestly and diligently to enter into "good faith" negotiations to execute a formal agreement and/or enter into a Closing.</w:t>
      </w:r>
    </w:p>
    <w:p>
      <w:pPr/>
    </w:p>
    <w:p>
      <w:pPr/>
      <w:r>
        <w:rPr>
          <w:rFonts w:ascii="Times New Roman" w:hAnsi="Times New Roman" w:eastAsia="Times New Roman" w:cs="Times New Roman"/>
          <w:b/>
          <w:sz w:val="24"/>
        </w:rPr>
        <w:t>XX. Exclusive Opportunity</w:t>
      </w:r>
      <w:r>
        <w:rPr>
          <w:rFonts w:ascii="Times New Roman" w:hAnsi="Times New Roman" w:eastAsia="Times New Roman" w:cs="Times New Roman"/>
          <w:sz w:val="24"/>
        </w:rPr>
        <w:t>: Following the execution of this Letter of Intent, the parties agree to not negotiate or enter into discussions with any other party unless there are any existing agreements in place (e.g. option to purchase, first right of refusal, etc.).</w:t>
      </w:r>
    </w:p>
    <w:p>
      <w:pPr/>
    </w:p>
    <w:p>
      <w:pPr/>
      <w:r>
        <w:rPr>
          <w:rFonts w:ascii="Times New Roman" w:hAnsi="Times New Roman" w:eastAsia="Times New Roman" w:cs="Times New Roman"/>
          <w:b/>
          <w:sz w:val="24"/>
        </w:rPr>
        <w:t>XXI. Standstill Agreement</w:t>
      </w:r>
      <w:r>
        <w:rPr>
          <w:rFonts w:ascii="Times New Roman" w:hAnsi="Times New Roman" w:eastAsia="Times New Roman" w:cs="Times New Roman"/>
          <w:sz w:val="24"/>
        </w:rPr>
        <w:t>: Following the execution of this Letter of Intent, and until the Closing, the Seller, agrees not to sell any portion of the Business.</w:t>
      </w:r>
    </w:p>
    <w:p>
      <w:pPr/>
    </w:p>
    <w:p>
      <w:pPr/>
      <w:r>
        <w:rPr>
          <w:rFonts w:ascii="Times New Roman" w:hAnsi="Times New Roman" w:eastAsia="Times New Roman" w:cs="Times New Roman"/>
          <w:b/>
          <w:sz w:val="24"/>
        </w:rPr>
        <w:t>XXII. Currency</w:t>
      </w:r>
      <w:r>
        <w:rPr>
          <w:rFonts w:ascii="Times New Roman" w:hAnsi="Times New Roman" w:eastAsia="Times New Roman" w:cs="Times New Roman"/>
          <w:sz w:val="24"/>
        </w:rPr>
        <w:t>: All mentions of money or the usage of the "$" icon shall be known as referring to the US Dollar.</w:t>
      </w:r>
    </w:p>
    <w:p>
      <w:pPr/>
    </w:p>
    <w:p>
      <w:pPr/>
      <w:r>
        <w:rPr>
          <w:rFonts w:ascii="Times New Roman" w:hAnsi="Times New Roman" w:eastAsia="Times New Roman" w:cs="Times New Roman"/>
          <w:b/>
          <w:sz w:val="24"/>
        </w:rPr>
        <w:t>XXIII. Governing Law</w:t>
      </w:r>
      <w:r>
        <w:rPr>
          <w:rFonts w:ascii="Times New Roman" w:hAnsi="Times New Roman" w:eastAsia="Times New Roman" w:cs="Times New Roman"/>
          <w:sz w:val="24"/>
        </w:rPr>
        <w:t xml:space="preserve">: This Letter of Intent shall be governed under the laws by the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XXIV. Severability</w:t>
      </w:r>
      <w:r>
        <w:rPr>
          <w:rFonts w:ascii="Times New Roman" w:hAnsi="Times New Roman" w:eastAsia="Times New Roman" w:cs="Times New Roman"/>
          <w:sz w:val="24"/>
        </w:rPr>
        <w:t>: In case any provision or wording in this Letter of Intent shall be held invalid, illegal or unenforceable, the validity, legality, and enforceability of the remaining provisions shall not in any way be affected or impaired thereby.</w:t>
      </w:r>
    </w:p>
    <w:p>
      <w:pPr/>
    </w:p>
    <w:p>
      <w:pPr/>
      <w:r>
        <w:rPr>
          <w:rFonts w:ascii="Times New Roman" w:hAnsi="Times New Roman" w:eastAsia="Times New Roman" w:cs="Times New Roman"/>
          <w:b/>
          <w:sz w:val="24"/>
        </w:rPr>
        <w:t>XXV. Counterparts and Electronic Means</w:t>
      </w:r>
      <w:r>
        <w:rPr>
          <w:rFonts w:ascii="Times New Roman" w:hAnsi="Times New Roman" w:eastAsia="Times New Roman" w:cs="Times New Roman"/>
          <w:sz w:val="24"/>
        </w:rPr>
        <w:t>: This Letter of Intent may be executed in several counterparts, each of which will be deemed to be an original and all of which will together constitute one and the same instrument. Delivery to us of an executed copy of this Letter of Intent by electronic facsimile transmission or other means of electronic communication capable of producing a printed copy will be deemed to be execution and delivery to us of this Letter of Intent as of the date of successful transmission to us.</w:t>
      </w:r>
    </w:p>
    <w:p>
      <w:pPr/>
    </w:p>
    <w:p>
      <w:pPr/>
      <w:r>
        <w:rPr>
          <w:rFonts w:ascii="Times New Roman" w:hAnsi="Times New Roman" w:eastAsia="Times New Roman" w:cs="Times New Roman"/>
          <w:b/>
          <w:sz w:val="24"/>
        </w:rPr>
        <w:t>SELLER</w:t>
      </w:r>
    </w:p>
    <w:p>
      <w:pPr/>
    </w:p>
    <w:p>
      <w:pPr/>
      <w:r>
        <w:rPr>
          <w:rFonts w:ascii="Times New Roman" w:hAnsi="Times New Roman" w:eastAsia="Times New Roman" w:cs="Times New Roman"/>
          <w:sz w:val="24"/>
        </w:rPr>
        <w:t xml:space="preserve">Seller’s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______________________ </w:t>
      </w:r>
    </w:p>
    <w:p>
      <w:pPr/>
    </w:p>
    <w:p>
      <w:pPr/>
      <w:r>
        <w:rPr>
          <w:rFonts w:ascii="Times New Roman" w:hAnsi="Times New Roman" w:eastAsia="Times New Roman" w:cs="Times New Roman"/>
          <w:sz w:val="24"/>
        </w:rPr>
        <w:t xml:space="preserve">Print Name ______________________ </w:t>
      </w:r>
    </w:p>
    <w:p>
      <w:pPr/>
    </w:p>
    <w:p>
      <w:pPr/>
      <w:r>
        <w:rPr>
          <w:rFonts w:ascii="Times New Roman" w:hAnsi="Times New Roman" w:eastAsia="Times New Roman" w:cs="Times New Roman"/>
          <w:b/>
          <w:sz w:val="24"/>
        </w:rPr>
        <w:t>BUYER</w:t>
      </w:r>
    </w:p>
    <w:p>
      <w:pPr/>
    </w:p>
    <w:p>
      <w:pPr/>
      <w:r>
        <w:rPr>
          <w:rFonts w:ascii="Times New Roman" w:hAnsi="Times New Roman" w:eastAsia="Times New Roman" w:cs="Times New Roman"/>
          <w:sz w:val="24"/>
        </w:rPr>
        <w:t xml:space="preserve">Buyer’s Signature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______________________ </w:t>
      </w:r>
    </w:p>
    <w:p>
      <w:pPr/>
    </w:p>
    <w:p>
      <w:pPr/>
      <w:r>
        <w:rPr>
          <w:rFonts w:ascii="Times New Roman" w:hAnsi="Times New Roman" w:eastAsia="Times New Roman" w:cs="Times New Roman"/>
          <w:sz w:val="24"/>
        </w:rPr>
        <w:t xml:space="preserve">Print Name ______________________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