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Business Review Letter Request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[Date]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Office of the Assistant Attorney General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Antitrust Division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Department of Justice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Main Justice Building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Room 3109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950 Pennsylvania Avenue N.W.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Washington, DC 20530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Dear [Name of Assistant Attorney General or Acting Assistant Attorney General]: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Pursuant to the Antitrust Division of the Justice Department’s Business Review Letter Procedure, 28 C.F.R. § 50.6, [our or my] [client or clients] [name of client or clients] submit this request for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business review letter containing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statement of the Justice Department’s present enforcement intentions with respect to the proposed business conduct described herein.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[provide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full and complete description of the proposed conduct, including any relevant background facts and detailed statements of any oral understandings; identify and attach copies of all operative documents; include any arguments about the procompetitive benefits of the conduct including any efficiencies or other enhancement of competition.]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Accordingly, [name of client or clients] respectfully requests that the Antitrust Division issue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statement that it does not presently intend to bring any enforcement action against the conduct described herein.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We would be pleased to supply the Antitrust Division with additional information or meet with you should you find it useful in conducting your review.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This letter contains confidential and commercially-sensitive information, disclosure of which would have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detrimental effect upon the applicant’s operations or relationships with [actual or potential customers, employees, suppliers (including suppliers of credit), stockholders, or competitors] for the following reasons: [show good cause and describe how disclosure would have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detrimental effect]. Accordingly, applicants request that [specify the documents for which nondisclosure or delayed disclosure is requested] be afforded confidential treatment to the fullest extent provided by the applicable laws and regulations and not be disclosed for [period of time].</w:t>
      </w:r>
    </w:p>
    <w:p>
      <w:pPr/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Respectfully submitted,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 of attorney submitting request]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