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Buy American Act Certificate</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offeror certifies that each end product, except those listed in paragraph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of this provision,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end product and that for other than COTS items, the offeror has considered components of unknown origin to have been mined, produced, or manufactured outside the United States. The offeror shall list as foreign end products those end products manufactured in the United States that do not qualify as domestic end products, i.e.,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end product that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COTS item and does not meet the component test in paragraph (2) of the definition of "domestic end product." The terms "commercially available off-the-shelf (COTS) item," "component," "domestic end product," "end product," "foreign end product," and "United States" are defined in the clause of this solicitation entitled "Buy American Act - Supplies."</w:t>
      </w:r>
    </w:p>
    <w:p>
      <w:pPr>
        <w:keepNext w:val="0"/>
        <w:spacing w:before="120" w:after="0" w:line="260" w:lineRule="exact"/>
        <w:ind w:left="360" w:right="0" w:firstLine="0"/>
        <w:jc w:val="left"/>
      </w:pPr>
      <w:r>
        <w:rPr>
          <w:rFonts w:ascii="Times New Roman" w:hAnsi="Times New Roman" w:eastAsia="Times New Roman" w:cs="Times New Roman"/>
          <w:b w:val="0"/>
          <w:sz w:val="24"/>
        </w:rPr>
        <w:t>2.</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Foreign End Products:</w:t>
      </w:r>
    </w:p>
    <w:p>
      <w:pPr>
        <w:keepNext w:val="0"/>
        <w:spacing w:before="120" w:after="0" w:line="260" w:lineRule="exact"/>
        <w:ind w:left="360" w:right="0" w:firstLine="0"/>
        <w:jc w:val="left"/>
      </w:pPr>
      <w:r>
        <w:rPr>
          <w:rFonts w:ascii="Times New Roman" w:hAnsi="Times New Roman" w:eastAsia="Times New Roman" w:cs="Times New Roman"/>
          <w:b w:val="0"/>
          <w:sz w:val="24"/>
        </w:rPr>
        <w:t>3.</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Government will evaluate offers in accordance with the policies and procedures of Part 25 of the Federal Acquisition Regulation.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