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annual meeting of the shareholders for the election of Directors and the transaction of such other business as properly comes before it shall be held at the principal office of the Corporation at [city], Maryland. The meeting shall be held on the first [set forth day of the week] in the month of [month] of each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written notice, electronically or by first class mail not less than 10 nor more than 90 days before the date of the meeting. If mailed, the notice shall be addressed to the shareholder at his or her address as it appears on the record of shareholders of the Corporation, unless the shareholder has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and all notices of meetings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person or persons authorized by the bylaws or resolution of the board of directors to call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must be called by the President if the corporation receives one or more written demands for the meeting, stating the purpose or purposes for which it is to be held, signed and dated by the holders of shares representing at least twenty-five (25%) percent of all the votes entitled to be cast on any issue proposed to be considered at the meeting. Written notice of any special meeting stating the place within or without the State of Maryland, the date and hour of the meeting, the purpose or purposes for which it is called, and the name of the person by whom or at whose direction the meeting is called, shall be given electronically or by first class mail not less than 10 nor more than 90 days before the date of the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votes of shares entitled to vote is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However, if there is no such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those present in person or by proxy may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the adjourned meeting, any business may be transacted that might have been transacted at the meeting as originally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nor more than 90 days before the date of any meeting of the shareholders or before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represented by proxy. Except as otherwise provided by law or the Articles of Incorporation, every shareholder shall be entitled to one vote for each share in his or her name on the record of shareholders for as many individuals as there are directors, and all corporate action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by the holders of shares entitled to vote.</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proxy must be dated and signed by the shareholder or by the shareholder's attorney-in-fact.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 and except where the proxy states it is irrevocable and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Wherever the vote of shareholders is required or permitted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no less than three (or other number) persons, all of whom shall be of full age, unless the shares of the corporation are owned by fewer than three shareholders, in which instance the number of Directors shall equal the number of its shareholders. The Directors need not be shareholders of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shall be elected at the annual meeting of shareholders and the number of candidates equaling the number of directors to be elected, having the highest number of votes cast in favor of their election, are elected to the Board of Directors except as otherwise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by law or the Articles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this request.</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notice need be given of any regular meeting of the Board. Notice of special meetings shall be served upon each Director in person or by mail addressed to him or her at his or her last known post-office address, at least two (2) days before the date of such meeting, specifying the time and place of the meeting and the business to be transacted there. At any meeting at which all of the Directors are present, although held without notice, any business may be transacted that might have been transacted if the meeting had been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may hold its meeting either within or without the State of Maryland, at any place designated in the notice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any meeting of the Board of Directors, the presence of [number] members of the Board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later day, not more than [number] days thereafter.</w:t>
      </w:r>
    </w:p>
    <w:p>
      <w:pPr>
        <w:keepNext w:val="0"/>
        <w:spacing w:before="120" w:after="0" w:line="260" w:lineRule="exact"/>
        <w:ind w:left="72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72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Director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fixed by the Board for attendance at each meeting of the Board or of any committee of the Board that he or she attends.</w:t>
      </w:r>
    </w:p>
    <w:p>
      <w:pPr>
        <w:keepNext w:val="0"/>
        <w:spacing w:before="120" w:after="0" w:line="260" w:lineRule="exact"/>
        <w:ind w:left="72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vacancy occurring in the Board of Directors by death, resignation,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72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Director may be removed either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at any special meeting called for that purpose, or at the annual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may be held by the same person.</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officers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or until their successors have been elected and have qualified, or until removed pursuant to the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absence or incapacity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 secretary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required,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Other officers shall perform such duties and have such powers as are assigned to them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72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members of the committee shall be necessary to the adoption of any resolution.</w:t>
      </w:r>
    </w:p>
    <w:p>
      <w:pPr>
        <w:keepNext w:val="0"/>
        <w:spacing w:before="200" w:after="0" w:line="260" w:lineRule="exact"/>
        <w:ind w:left="72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provided by the Board of Directors, each member of the executive committee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prior to the annual meeting and at such other times as the Board of Directors may authorize.</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seal of the Corporation shall be as follows: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imprint of the corporation seal).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represented by certificates prepared by the Directors and signed by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the Chief Executive Officer, the Chief Operating Officer, the Chief Financial Officer, the Chairman of the Board, or the Vice Chairman of the Board and countersigned by the Secretary,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the Treasurer,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any other officer,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in the margin shall be entered the name of the person to whom the shares represented by each such certificate are issued, the number and class or series of such shares, and the date of issue. Each certificate shall state the name of the Corporation, the registered holder's name, the number and class of shares represented by the certificate, the date of issue, and the par value of such shares or that they are without par value.</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Subscriptions to the shares shall be paid at such times and in such installments as the Board of Directors determines.</w:t>
      </w:r>
    </w:p>
    <w:p>
      <w:pPr>
        <w:keepNext w:val="0"/>
        <w:spacing w:before="120" w:after="0" w:line="260" w:lineRule="exact"/>
        <w:ind w:left="72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to it.</w:t>
      </w:r>
    </w:p>
    <w:p>
      <w:pPr>
        <w:keepNext w:val="0"/>
        <w:spacing w:before="120" w:after="0" w:line="260" w:lineRule="exact"/>
        <w:ind w:left="72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 The returned certificate may be inserted in the certificate book.</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72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office of the Corporation shall be located in the City of [city], County of [county], State of Maryland.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