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BYLAWS</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[COMPANY NAME], P.C.</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 GENERAL PURPOSES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Office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principal office of the [company name] (the "Corporation") shall be located at [address]. The Corporation may have such other offices, either within or without the State of Texas, as the Board of Directors may determine or as the affairs of the Corporation may require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Registered Agent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have and continuously maintain in the State of Texas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office,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agent whose office is identical with such registered office, as required by the Texas Business Organizations Code (the "</w:t>
      </w:r>
      <w:r>
        <w:rPr>
          <w:rFonts w:ascii="Times New Roman" w:hAnsi="Times New Roman" w:eastAsia="Times New Roman" w:cs="Times New Roman"/>
          <w:b w:val="0"/>
          <w:sz w:val="24"/>
        </w:rPr>
        <w:t>BOC</w:t>
      </w:r>
      <w:r>
        <w:rPr>
          <w:rFonts w:ascii="Times New Roman" w:hAnsi="Times New Roman" w:eastAsia="Times New Roman" w:cs="Times New Roman"/>
          <w:b w:val="0"/>
          <w:sz w:val="24"/>
        </w:rPr>
        <w:t>"). The registered office may be, but need not be, identical with the Corporation's principal office in the State of Texas, and the address of the registered office may be changed from time to time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of the Corporation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has been formed for the purpose of providing the professional service rendered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[describe professional service to be provided by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Eligible Shareholders; Transfer Restrictions; Repurchase of Shares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Shares of the Corporation will be issued only to professional individuals duly licensed or authorized by law to practice the profession of [applicable description] or perform the services of [applicable description] in the State of Texas.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shareholder of the Corporation may sell or transfer his or her shares in the Corporation except to any other shareholder of the Corporation, to the Corporation, or to any other professional individual who is licensed or otherwise legally authorized to practice the profession of [applicable description] or perform the services of [applicable description] in the State of Texas.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Corporation and/or the shareholders are authorized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buy-sell agreement for the purchase of outstanding shares of the Corporation. Any such agreement will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these Bylaws, and will be attached to the Bylaws and incorporated herein. Any transfer of shares will be subject to the terms of the separate buy-sell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who ceases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shareholder shall promptly relinquish his or her shares or other ownership interest in the Corporation, and the Corporation shall purchase or cause to be purchased such shareholder's ownership interest. The price and terms of the purchase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required under this subsection shall be as follows, unless otherwise stated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buy-sell agreement: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purchase price for the shares shall be [purchase price, e.g., 70% of the cash basis (or accrual basis) balance sheet of the Corporation multiplied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the numerator of which is the number of shares held by the departing member on the date such individual became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ineligible member and the denominator of which is the number of issued and outstanding shares of the Corporation on the date such individual became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ineligible member].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purchase price for the shares will be paid as follows: [purchase terms, e.g., lump sum,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payable in equal monthly installments with interest at xx%].</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Meetings of the Corporation's shareholders shall be held at such time and place, within or outside the State of Texas, stated in the notice of the meeting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of the shareholders shall be held each year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and hour to be selected by the Corporation's President or the Board of Directors for the purpose of electing Directors and for the transaction of such other business as may come before the meeting. The annual meeting shall not be held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If the election of Directors shall not be held on the day selected for any annual meeting of shareholders, or at any adjournment thereof, the Board of Directors shall cause the election to be held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as soon thereafter as may be convenient.</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 List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least ten (10) days before each meeting of shareholders,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the shareholders entitled to vote at the meeting, arranged in alphabetical order, with the address of each and the number of voting shares held by each, shall be prepared by the officer or agent having charge of the Corporation's stock transfer books. The list,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ten (10) days prior to the meeting, shall be kept on file at the registered office of the Corporation and shall be subject to inspection by any shareholder at any time during usual business hours. The list shall also be produced and kept open at the time and place of the meeting during the whole time thereof, and shall be subject to the inspection of any shareholder during the entire meeting. The original stock transfer book shall be prima facie evidence as to who are the shareholders entitled to examine such list or transfer books or to vote at any meeting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Failure to comply with the requirements of this Section shall not affect the validity of any action taken at such meeting.</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Special meetings of the shareholders, for any purpose or purposes, unless otherwise prescribed by statute or by the Corporation's Certificate of Formation or by these Bylaws, may be called at any time by the Corporation's President, the Board of Directors, or the holders of not less than one-tenth (10%) of all of the shares entitled to vote at the meetings. Any notice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shall state the purpose of such special meeting. Business transacted at all special meetings shall be confined to the purpose or purposes stated in the notice of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Written or printed notice stating the place, day and hour of any meeting of shareholders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the purpose or purposes for which the meeting is called, shall be delivered not less than ten (10) nor more than fifty (50) days before the date of the meeting, either personally or by mail, by or at the direction of the President, the Secretary, or the officer or person calling the meeting, to each shareholder of record entitled to vote at such meeting. If mailed, such notice shall be deemed to be delivered when deposited in the United States mail, first class postage prepaid, addressed to the shareholder at his address as it appears on the stock transfer books of the Corporation, with postage thereon prepaid. If notice is given by e-mail, the notice shall be deemed to be delivered upon the sender's receipt of actual or electronic acknowledgment from the recipient that the e-mail has been received.</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Corporation's shares issued and outstanding and entitled to vote thereat, present in person or represented by proxy, shall be requisite and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at meetings of the shareholders for the transaction of business, except as may otherwise be provided by law, by the Certificate of Formation or by these Bylaws.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or represented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the shareholders entitled to vote, present in person or represented by proxy, shall have the power to adjourn the meeting, without notice other than announcement at the meeting,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or represented. At any meeting from one that had previously been adjourned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or represented, any business may be transacted at the meeting as provided for in the notice for the original meeting. The shareholders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constituted meeting may continue to transact business until adjournment, despite the withdrawal of enough shareholders to leave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Majority Voting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having voting power, present or represented by proxy, shall decide any question brought before the meeting, unless the question is one on which, by express provision of the statutes, the Certificate of Formation, or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higher vote is required in which case the express provision shall govern.</w:t>
      </w:r>
    </w:p>
    <w:p>
      <w:pPr>
        <w:keepNext w:val="0"/>
        <w:spacing w:before="120" w:after="0" w:line="260" w:lineRule="exact"/>
        <w:ind w:left="108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Voting</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outstanding share, regardless of class, shall be entitled to one vote on each matter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except to the extent that the voting rights of the shares of any class or classes are limited or denied by the Certificate of Formation. At any meeting of the shareholders, every shareholder having the right to vote may vote either in person, or by proxy executed in writing by the shareholder or by his duly authorized attorney-in-fact. No proxy shall be valid after eleven months from the date of its execution, unless otherwise provided in the proxy. Each proxy shall be revocable unless expressly provided therein to be irrevocable or otherwise made irrevocable by law. Each proxy shall be filed with the Secretary of the Corporation prior to or at the time of the meeting. Voting for directors shall be in accordance with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these Bylaws. Any vote may be taken by voice or by show of hands unless someone entitled to vote objects, in which case written ballots shall be used.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Treasury shares, shares of this Corporation's stock owned by another corporation, the majority of the voting stock of which is owned or controlled by this Corporation, and shares of this Corporation's stock held by this Corporation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shall not be voted, directly or indirectly, at any meeting and shall not be counted in determining the total number of outstanding shares at any given time.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Shares standing in the name of another corporation, domestic or foreign, may be voted by such officer, agent, or proxy as the Bylaws of such corporation may authorize or, in the absence of such authorization, as the board of directors of such corporation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Shares held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administrator, executor, guardian, or conservator may be voted by such person so long as such shares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are in the possession and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estate being served by him or her, either in person or by proxy, without transfer of such shares into his or her name. Shares standing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voted by the trustee, either in person or by proxy, but no trustee shall be entitled to vote shares held by the trustee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such shares into his or her name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Shares standing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may be voted by such receiver, and shares held by or under the control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may be voted by such receiver without the transfer thereof into the receiver's name if authority so to act shall be contained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order of the court by which such receiver was appointed.</w:t>
      </w:r>
    </w:p>
    <w:p>
      <w:pPr>
        <w:keepNext w:val="0"/>
        <w:spacing w:before="120" w:after="0" w:line="260" w:lineRule="exact"/>
        <w:ind w:left="1080" w:right="0" w:firstLine="0"/>
        <w:jc w:val="left"/>
      </w:pP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 Closing Transfer Books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the purpose of determining shareholders entitled to notice or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the record date to be not less than ten (10) nor more than fifty (50) days prior to the meeting; or the Board of Directors may close the stock transfer books for such purpose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not less than ten (10) nor more than fifty (50) days prior to such meeting. In the absence of any action by the Board of Directors, the date upon which notice of the meeting is mailed shall be the record date for the purpose of determining shareholders entitled to receive notice and to vote at such meeting.</w:t>
      </w:r>
    </w:p>
    <w:p>
      <w:pPr>
        <w:keepNext w:val="0"/>
        <w:spacing w:before="120" w:after="0" w:line="260" w:lineRule="exact"/>
        <w:ind w:left="1080" w:right="0" w:firstLine="0"/>
        <w:jc w:val="left"/>
      </w:pP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by Unanimous Written Consent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action required to be or which may be taken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in writing, setting forth the action so taken, shall be signed by all of the shareholders entitled to vote with respect to the subject matter thereof, and then delivered to the Secretary of the Corporation for inclusion in the minute book of the Corporation. Such consent shall have the same force and effect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unanimous vote of shareholders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may be stated as such in any certificates or documents filed with the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Telephone and Similar Meetings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Shareholders may participate in and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means of telephone conference or similar communications equipment by means of which all persons participating in the meeting can hear each other. Participation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constitute presence in person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participates in the meeting for the express purpose of objecting to the transaction of any business on the ground that the meeting is not lawfully called or convened.</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of the Certificate of Formation, these Bylaws, and the BOC concerning corporate action that must be authorized or approved by the shareholders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corporation, all corporate powers will be exercised by or under the authority of the Board of Directors and the business and affairs of the Corporation will be managed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Election, Tenure, and Qualification</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number of directors shall be fixed by the Board of Directors; the number of directors shall be at least one (1) and not more than [number, e.g., three (3)].</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director shall hold office until the next regular annual meeting of shareholders and thereafter until his or her successor shall have been elected and qualified, or until his or her earlier death, resignation, or removal.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director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duly licensed or otherwise legally qualified in the State of Texas to render the professional service for which the Corporation has been organized.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becomes disqualified to render such professional service in the State of Texas, he or she shall be ineligible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and shall cease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as of the effective date of disqualification, and his or her office as director shall become vacant.</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Meetings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annual meeting of the Board of Directors shall be held without notice other than as may be required by these Bylaws. The Board of Directors may provide by resolution the time and place, either within or without the State of Texas, for the holding of additional regular meetings of the Board of Directors without notice other than such resolution.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Special meetings of the Board of Directors may be called by or at the request of the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shall be called by the Secretary whenever requested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w:t>
      </w:r>
    </w:p>
    <w:p>
      <w:pPr>
        <w:keepNext w:val="0"/>
        <w:spacing w:before="120" w:after="0" w:line="260" w:lineRule="exact"/>
        <w:ind w:left="108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of any special meeting of the Board of Directors shall be given at least two (2) days prior thereto by written notice delivered personally or sent by mail, email, or facsimile to each director at his or her address as shown by the records of the Corporation. If mailed, such notice shall be deemed to be delivered when deposited in the United States mail so addressed with postage thereon prepaid. If notice be given by email or facsimile, notice shall be deemed to be delivered upon confirmation of receipt. Any director may waive notice of any meeting in writing. All such written waivers shall be filed with the minutes of such meeting. The attendance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at any meeting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attends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for the express purpose of objecting to the transaction of any business because the meeting is not lawfully called or convened. Neither the business to be transacted at, nor the purpose of, any regular or special meeting of the Board of Directors need be specified in the notice or waiver of notice of such meeting, unless specifically required by law or by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at any regular or special meeting of the Board of Directors; but if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are present at said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may adjourn the meeting from time to time without further notice.</w:t>
      </w:r>
    </w:p>
    <w:p>
      <w:pPr>
        <w:keepNext w:val="0"/>
        <w:spacing w:before="120" w:after="0" w:line="260" w:lineRule="exact"/>
        <w:ind w:left="108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Acting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specifically provided herein, in the exercise of any of the powers herein given to the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majority of directors serving at any time shall have authority to make determinations on behalf of the Corporation, and all actions of the directors shall be taken either by resolution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or by written record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120" w:after="0" w:line="260" w:lineRule="exact"/>
        <w:ind w:left="108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vacancy occurring in the Board of Directors and any directorship to be filled by reason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number of directors, shall be filled by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elected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shall be elected for the unexpired term of his or her predecessor in office, or until his or her successor qualifies, or until his or her earlier death, resignation, or removal.</w:t>
      </w:r>
    </w:p>
    <w:p>
      <w:pPr>
        <w:keepNext w:val="0"/>
        <w:spacing w:before="120" w:after="0" w:line="260" w:lineRule="exact"/>
        <w:ind w:left="108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Informal Action by Directors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action required by law to be taken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directors, or any action which may be taken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directors,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in writing setting forth the action so taken shall be signed by all of the directors.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such other officers as may be elected in accordance with the provisions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The Board of Directors may elect or appoint such other officers, including Vice Presidents, one or more Assistant Secretaries,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and one or more Assistant Treasurers, as it shall deem desirable, such officers to have the authority and perform the duties prescribed from time to time by the Board of Directors. Any two (2) or more offices may be held by the same person.</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 Election; Term of Office; Compensation</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officers must be duly licensed or otherwise duly authorized in the State of Texas to render the professional service for which the Corporation has been organized.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officers of the Corporation shall be elected annually by the Board of Directors at the regular annual meeting of the Board of Directors. If the election of officers shall not be held at such meeting, such election shall be held as soon thereafter as possible. New offices may be created and filled at any meeting of the Board of Directions.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officer shall hold office until his or her successor shall have been duly elected and shall have qualified.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compensation of all officers and agents of the Corporation shall be fixed from time to time by the Board of Directors or pursuant to its direction. No officer shall be prevented from receiving such compensation by reason of the officer also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All compensation of officers shall meet the requirements of the Internal Revenue Code of 1986, as amended, and the Treasury Regulations promulgated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officer elected or appointed by the Board of Directors may be removed by the Board of Directors whenever in its judgment the best interests of the Corporation would be served thereby, but such removal shall be without prejudice to the contract rights, if any, of the officer so removed.</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disqualification, or otherwise, may be filled by the Board of Directors for the unexpired portion of the term.</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President shall be the principal executive officer of the Corporation and shall in general supervise and control all of the business and affairs of the Corporation. He or she shall preside at all regular and special meetings of the Board of Directors. He or she may sign, with the Secretary or any other proper officer of the Corporation authorized by the Board of Directors, any deeds, mortgages, bonds, contracts, or other instruments which the Board of Directors have authorized to be executed, except in cases where the signing and execution thereof shall be expressly delegated by the Board of Directors or by these Bylaws or by statute to some other officer or agent of the Corporation; and in general he or she shall perform all duties incident to the office of President and such other duties as may be prescribed by the Board of Directors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absence of the President or in the event of his or her inability or refusal to act, the Vice President (if there shall be one or in the event there be more than one (1) Vice President, the Vice Presidents in order of their election) shall perform the duties of the President, and when so acting shall have all the powers of and be subject to all the restrictions upon the President. Any Vice President shall perform such other duties as from time to time may be assigned to him or her by the President or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Treasurer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Treasurer, if there shall be one, shall have charge and custody of and be responsible for all funds and securities of the Corporation; receive and give receipts for moneys due and payable to the Corporation from any source whatsoever, and deposit all such moneys in the name of the Corporation in such banks, trust companies, or other depositaries as shall be selected in accordance with the provisions of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these Bylaws; and in general perform all the duties incident to the office of Treasurer and such other duties as from time to time may be assigned to him or her by the President or by the Board of Directors. The Treasurer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report of the finances of the Corporation at each regular meeting of the directors, and at such other time as the directors shall require.</w:t>
      </w:r>
    </w:p>
    <w:p>
      <w:pPr>
        <w:keepNext w:val="0"/>
        <w:spacing w:before="120" w:after="0" w:line="260" w:lineRule="exact"/>
        <w:ind w:left="108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Secretary shall keep the minutes of the meetings of the Board of Directors in one or more books provided for that purpose; give all notices in accordance with the provisions of these Bylaws or as required by law; be custodian of the corporate records; and, in general, perform all duties incident to the office of the Secretary and such other duties as from time to time may be assigned to him or her by the President or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Treasurers and Assistant Secretaries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Assistant Treasurers and Assistant Secretaries in general shall perform such duties as shall be assigned to them by the Treasurer or the Secretary or by the President or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 of Directors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by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in office, may designate and appoint one (1) or more committees, each of which shall consist of two (2) or more directors, which committees, to the extent provided in said resolution, shall have and exercise the authority of the Board of Directors in the management of the Corporation. However, no such committee shall have the authority of the Board of Directors in reference to amending, altering, or repealing the Bylaws; electing, appointing, or removing any shareholder or any director or officer of the Corporation; amending the Certificate of Formation; adopting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merger or adopting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consolidation with another corporation; authorizing the sale, lease, exchange, or mortgage of all or substantially all of the property and assets of the Corporation; authorizing the voluntary winding up and termination of the Corporation or revoking proceedings therefor; adopting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for the distribution of the assets of the Corporation; or amending, altering, or repealing any resolution of the Board of Directors which by its terms provides that it shall not be amended, altered, or repealed by such committee. The designation and appointment of any such committee and the delegation thereto of authority shall not operate to relieve the Board of Directors, or any individual director, of any responsibility imposed on it or him or her by law. Committees shall at all times remain subject to the control and supervision of the Board of Directors. </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Committees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committees not having and exercising the authority of the Board of Directors in the management of the Corporation may be designated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Except as otherwise provided in such resolution, members of each such committee shall be appointed by the President of the Corporation. Any shareholders thereof may be removed by the person or persons authorized to appoint such shareholder whenever in their judgment the best interests of the Corporation shall be served by such removal.</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shall continue as such until the next annual meeting of the directors of the Corporation and until his or her successor is appointed, unless the committee shall be sooner terminated, or unless such shareholder is removed from such committee, or unless such shareholder shall cease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One shareholder of each committee shall be appointed chairman by the person or persons authorized to appoint the shareholders thereof.</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Vacancies in any committee may be filled by appointments made in the same manner as provided in the case of the original appointments.</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provided in the resolution of the Board of Directors designating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committee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and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shareholders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shall be the act of the committee.</w:t>
      </w:r>
    </w:p>
    <w:p>
      <w:pPr>
        <w:keepNext w:val="0"/>
        <w:spacing w:before="120" w:after="0" w:line="260" w:lineRule="exact"/>
        <w:ind w:left="108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committee may adopt rules for its own government not inconsistent with these Bylaws or with rules adopted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 CHECKS, DEPOSITS, AND FUNDS</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may authorize any officer or officers, agent or agents of the Corporation, in addition to the officers so authorized by these Bylaws, to enter into any contract or execute and deliver any instrument in the name of and on behalf of the Corporation. Such authority may be general or confined to specific instances.</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Checks and Drafts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checks, drafts, or orders for the payment of money, notes, or other evidences of indebtedness issued in the name of the Corporation shall be signed by such officer or officers, agent or agents of the Corporation and in such manner as shall from time to time be determined by resolution of the Board of Directors. In the absence of such determination by the Board of Directors, such instruments shall be signed by the Treasurer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and countersigned by the President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Deposits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funds of the Corporation shall be deposited from time to time to the credit of the Corporation in such banks, trust companies, or other depositories as the Board of Directors may select.</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may accept on behalf of the Corporation any contribution, gift, bequest, or devise for the general purposes or for any special purpose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Extent of Indemnification and Advancement of Expenses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provided below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the Corporation shall indemnify and advance expenses to any person who (i)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and (ii) serves or has served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partner, venture, proprietor, trustee, employee, agent, or similar functionary of another foreign or domestic corporation, partnership, joint venture, sole proprietorship, trust, employee benefit plan, or other enterprise, to the fullest extent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may or is required to grant indemnification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under the BOC; notwithstanding the foregoing, the Corporation may indemnify and advance expenses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employee, or agent, or any person who is identified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and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to such further extent, consistent with law, as may be provided by the Corporation's Certificate of Formation, these Bylaws, general or specific action of the Board of Directors, by contract, or as otherwise permitted or required by common law.</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Extent of Indemnification in Derivative Suits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by or in the right of the Corporation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named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by right of his or her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named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the Corporation shall only indemnify such person for expenses (including attorneys' fees, but excluding amounts paid in settlement) actually and reasonably incurred by him or her in connection with the defense or settlement of the suit.</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indemnification provided by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not be exclusive of any other rights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may be entitled by law, these Bylaws, agreement of disinterested directors,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indemnification and advance payment provided by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named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shall inure to his or her heirs, executors, and administrators.</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may purchase and maintain insurance or make other arrangements, at its expense, to protect itself and any such director, officer, employee, agent, or person as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against any such expense, liability, or loss, whether or not the Corporation would have the power to indemnify such person against such expense, liability or loss under the </w:t>
      </w:r>
      <w:r>
        <w:rPr>
          <w:rFonts w:ascii="Times New Roman" w:hAnsi="Times New Roman" w:eastAsia="Times New Roman" w:cs="Times New Roman"/>
          <w:b w:val="0"/>
          <w:sz w:val="24"/>
        </w:rPr>
        <w:t>BOC</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Indemnification payments, advance payments and insurance payments made under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reported in writing to the Board of Directors with the next notice of annual meeting, or within six (6) months after the date such payments are incurred, whichever is sooner.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 shall keep correct and complete books and records of account and shall also keep minutes of the proceedings of its Board of Directors and committees having any of the authority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fiscal year of the Corporation shall begin on the first day of January and end on the last day in December in each year.</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Whenever any notice is required to be given under the provisions of the BOC or under the provisions of the Certificate of Formation or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in writing signed by the person or persons entitled to such notice, whether before or after the time stated therein, shall be deemed equivalent to the giving of such notice.</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BYLAWS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Bylaws may be altered or amended, in whole or in part, or repealed and new Bylaws may be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any regular meeting or at any special meeting of the Board of Directors, if at least two (2) days' written notice is given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alter, amend, or repeal there Bylaws or to adopt new Bylaws at such meeting, and such notice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nature of the proposed amendment(s).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OF ASSOCIATION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shareholder of Corporation shall have the power to dissolve the Corporation by his or her independent act.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as Secretary of the Corporation, does hereby certify that the foregoing are the Bylaws of the Corporation as approved and adopted by unanimous consent of the directors on the [date].</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