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COBRA Qualifying Event Notice</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sz w:val="24"/>
        </w:rPr>
        <w:t>When to Use this Notice:</w:t>
      </w:r>
      <w:r>
        <w:rPr>
          <w:rFonts w:ascii="Times New Roman" w:hAnsi="Times New Roman" w:eastAsia="Times New Roman" w:cs="Times New Roman"/>
          <w:b w:val="0"/>
          <w:sz w:val="24"/>
        </w:rPr>
        <w:t xml:space="preserve"> Use this form to report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affecting eligibility for COBRA continuation coverage under the [name of plan(s) for which continuation coverage is available] (the Plan). Keep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this form for your files.</w:t>
      </w:r>
    </w:p>
    <w:p>
      <w:pPr>
        <w:keepNext w:val="0"/>
        <w:spacing w:before="200" w:after="0" w:line="260" w:lineRule="exact"/>
        <w:ind w:left="360" w:right="0" w:firstLine="0"/>
        <w:jc w:val="both"/>
      </w:pPr>
      <w:r>
        <w:rPr>
          <w:rFonts w:ascii="Times New Roman" w:hAnsi="Times New Roman" w:eastAsia="Times New Roman" w:cs="Times New Roman"/>
          <w:b/>
          <w:sz w:val="24"/>
        </w:rPr>
        <w:t>Notice Instructions: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(1) </w:t>
        <w:tab/>
        <w:t xml:space="preserve">Insert your name and address and the name and address of any individual(s) for whom you are reporting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(2) </w:t>
        <w:tab/>
        <w:t xml:space="preserve">Check the box next to the event you are reporting.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(3) </w:t>
        <w:tab/>
        <w:t xml:space="preserve">Go to the numbered section of this form indicated for the applicable event, and complete the requested information. (Do not complete the information for any other sections.) </w:t>
      </w:r>
    </w:p>
    <w:p>
      <w:pPr>
        <w:keepNext w:val="0"/>
        <w:spacing w:before="200" w:after="0" w:line="260" w:lineRule="exact"/>
        <w:ind w:left="720" w:right="0" w:firstLine="0"/>
        <w:jc w:val="both"/>
      </w:pPr>
      <w:r>
        <w:rPr>
          <w:rFonts w:ascii="Times New Roman" w:hAnsi="Times New Roman" w:eastAsia="Times New Roman" w:cs="Times New Roman"/>
          <w:b w:val="0"/>
          <w:sz w:val="24"/>
        </w:rPr>
        <w:t>(4)</w:t>
        <w:tab/>
        <w:t xml:space="preserve"> Sign and date the form where indicated at the bottom.</w:t>
      </w:r>
    </w:p>
    <w:p>
      <w:pPr>
        <w:keepNext w:val="0"/>
        <w:spacing w:before="200" w:after="0" w:line="260" w:lineRule="exact"/>
        <w:ind w:left="360" w:right="0" w:firstLine="0"/>
        <w:jc w:val="both"/>
      </w:pPr>
      <w:r>
        <w:rPr>
          <w:rFonts w:ascii="Times New Roman" w:hAnsi="Times New Roman" w:eastAsia="Times New Roman" w:cs="Times New Roman"/>
          <w:b w:val="0"/>
          <w:sz w:val="24"/>
        </w:rPr>
        <w:t>Mail or hand deliver the signed and completed form (along with any required enclosures) to [name of COBRA Administrator], the COBRA Administrator for the Plan, within the time period described in the applicable section at the following address: [COBRA Administrator address]</w:t>
      </w:r>
    </w:p>
    <w:p>
      <w:pPr>
        <w:keepNext w:val="0"/>
        <w:spacing w:before="200" w:after="0" w:line="260" w:lineRule="exact"/>
        <w:ind w:left="360" w:right="0" w:firstLine="0"/>
        <w:jc w:val="both"/>
      </w:pPr>
      <w:r>
        <w:rPr>
          <w:rFonts w:ascii="Times New Roman" w:hAnsi="Times New Roman" w:eastAsia="Times New Roman" w:cs="Times New Roman"/>
          <w:b w:val="0"/>
          <w:sz w:val="24"/>
        </w:rPr>
        <w:t>If you have any questions about this form, contact the COBRA Administrator at [COBRA Administrator contact information].</w:t>
      </w:r>
    </w:p>
    <w:p>
      <w:pPr>
        <w:keepNext w:val="0"/>
        <w:spacing w:before="200" w:after="0" w:line="260" w:lineRule="exact"/>
        <w:ind w:left="360" w:right="0" w:firstLine="0"/>
        <w:jc w:val="center"/>
      </w:pPr>
      <w:r>
        <w:rPr>
          <w:rFonts w:ascii="Times New Roman" w:hAnsi="Times New Roman" w:eastAsia="Times New Roman" w:cs="Times New Roman"/>
          <w:b/>
          <w:sz w:val="24"/>
        </w:rPr>
        <w:t>Notice of COBRA Event</w:t>
      </w:r>
    </w:p>
    <w:p>
      <w:pPr>
        <w:keepNext w:val="0"/>
        <w:spacing w:before="200" w:after="0" w:line="260" w:lineRule="exact"/>
        <w:ind w:left="360" w:right="0" w:firstLine="0"/>
        <w:jc w:val="both"/>
      </w:pPr>
      <w:r>
        <w:rPr>
          <w:rFonts w:ascii="Times New Roman" w:hAnsi="Times New Roman" w:eastAsia="Times New Roman" w:cs="Times New Roman"/>
          <w:b/>
          <w:sz w:val="24"/>
        </w:rPr>
        <w:t>Name and Address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________________________, am submitting this COBRA Event Notice form to report the event noted below for (check one) _____ myself or _____ the following individual(s): ________________________ (insert name; use box below for any additional individuals). </w:t>
      </w:r>
    </w:p>
    <w:p>
      <w:pPr>
        <w:keepNext w:val="0"/>
        <w:spacing w:before="200" w:after="0" w:line="260" w:lineRule="exact"/>
        <w:ind w:left="720" w:right="0" w:firstLine="0"/>
        <w:jc w:val="both"/>
      </w:pPr>
      <w:r>
        <w:rPr>
          <w:rFonts w:ascii="Times New Roman" w:hAnsi="Times New Roman" w:eastAsia="Times New Roman" w:cs="Times New Roman"/>
          <w:b w:val="0"/>
          <w:sz w:val="24"/>
        </w:rPr>
        <w:t>My mailing address is: _______________________________________________________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Mailing address for other individuals listed on this form (if different from my own):  </w:t>
      </w:r>
    </w:p>
    <w:p>
      <w:pPr>
        <w:keepNext w:val="0"/>
        <w:spacing w:before="200" w:after="0" w:line="260" w:lineRule="exact"/>
        <w:ind w:left="720" w:right="0" w:firstLine="0"/>
        <w:jc w:val="both"/>
      </w:pPr>
      <w:r>
        <w:rPr>
          <w:rFonts w:ascii="Times New Roman" w:hAnsi="Times New Roman" w:eastAsia="Times New Roman" w:cs="Times New Roman"/>
          <w:b w:val="0"/>
          <w:sz w:val="24"/>
        </w:rPr>
        <w:t>__________________________________________________________________________</w:t>
      </w:r>
    </w:p>
    <w:p>
      <w:pPr>
        <w:keepNext w:val="0"/>
        <w:spacing w:before="200" w:after="0" w:line="260" w:lineRule="exact"/>
        <w:ind w:left="360" w:right="0" w:firstLine="0"/>
        <w:jc w:val="both"/>
      </w:pPr>
      <w:r>
        <w:rPr>
          <w:rFonts w:ascii="Times New Roman" w:hAnsi="Times New Roman" w:eastAsia="Times New Roman" w:cs="Times New Roman"/>
          <w:b/>
          <w:sz w:val="24"/>
        </w:rPr>
        <w:t>COBRA Event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[_] I or the individual(s) listed above have been determined by the Social Security Administration to have become disabled during the first 60 days of COBRA continuation coverage. If you check this box, go to </w:t>
      </w:r>
      <w:r>
        <w:rPr>
          <w:rFonts w:ascii="Times New Roman" w:hAnsi="Times New Roman" w:eastAsia="Times New Roman" w:cs="Times New Roman"/>
          <w:b/>
          <w:sz w:val="24"/>
        </w:rPr>
        <w:t>Section 1</w:t>
      </w:r>
      <w:r>
        <w:rPr>
          <w:rFonts w:ascii="Times New Roman" w:hAnsi="Times New Roman" w:eastAsia="Times New Roman" w:cs="Times New Roman"/>
          <w:b w:val="0"/>
          <w:sz w:val="24"/>
        </w:rPr>
        <w:t xml:space="preserve"> of this form, below.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[_] I or the individual(s) listed above have been determined by the Social Security Administration as no longer being disabled. If you check this box, go to </w:t>
      </w:r>
      <w:r>
        <w:rPr>
          <w:rFonts w:ascii="Times New Roman" w:hAnsi="Times New Roman" w:eastAsia="Times New Roman" w:cs="Times New Roman"/>
          <w:b/>
          <w:sz w:val="24"/>
        </w:rPr>
        <w:t>Section 2</w:t>
      </w:r>
      <w:r>
        <w:rPr>
          <w:rFonts w:ascii="Times New Roman" w:hAnsi="Times New Roman" w:eastAsia="Times New Roman" w:cs="Times New Roman"/>
          <w:b w:val="0"/>
          <w:sz w:val="24"/>
        </w:rPr>
        <w:t xml:space="preserve"> of this form, below.</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[_] Divorce or legal separation of covered employee (as first COBRA qualifying event). If you check this box, go to </w:t>
      </w:r>
      <w:r>
        <w:rPr>
          <w:rFonts w:ascii="Times New Roman" w:hAnsi="Times New Roman" w:eastAsia="Times New Roman" w:cs="Times New Roman"/>
          <w:b/>
          <w:sz w:val="24"/>
        </w:rPr>
        <w:t>Section 3</w:t>
      </w:r>
      <w:r>
        <w:rPr>
          <w:rFonts w:ascii="Times New Roman" w:hAnsi="Times New Roman" w:eastAsia="Times New Roman" w:cs="Times New Roman"/>
          <w:b w:val="0"/>
          <w:sz w:val="24"/>
        </w:rPr>
        <w:t xml:space="preserve"> of this form, below.</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[_] Dependent-child has stopped being eligible for coverage under the Plan (as first COBRA qualifying event). If you check this box, go to </w:t>
      </w:r>
      <w:r>
        <w:rPr>
          <w:rFonts w:ascii="Times New Roman" w:hAnsi="Times New Roman" w:eastAsia="Times New Roman" w:cs="Times New Roman"/>
          <w:b/>
          <w:sz w:val="24"/>
        </w:rPr>
        <w:t>Section 4</w:t>
      </w:r>
      <w:r>
        <w:rPr>
          <w:rFonts w:ascii="Times New Roman" w:hAnsi="Times New Roman" w:eastAsia="Times New Roman" w:cs="Times New Roman"/>
          <w:b w:val="0"/>
          <w:sz w:val="24"/>
        </w:rPr>
        <w:t xml:space="preserve"> of this form, below.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[_] Occurrence of one of the following qualifying events during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COBRA continuation coverage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second</w:t>
      </w:r>
      <w:r>
        <w:rPr>
          <w:rFonts w:ascii="Times New Roman" w:hAnsi="Times New Roman" w:eastAsia="Times New Roman" w:cs="Times New Roman"/>
          <w:b w:val="0"/>
          <w:sz w:val="24"/>
        </w:rPr>
        <w:t xml:space="preserve"> qualifying event”): (1) death of covered employee; (2) covered employee has become entitled to Medicare; (3) divorce or legal separation of covered employee; or (4) child ceasing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eligible dependent-child under the terms of the Plan. If you check this box, go to </w:t>
      </w:r>
      <w:r>
        <w:rPr>
          <w:rFonts w:ascii="Times New Roman" w:hAnsi="Times New Roman" w:eastAsia="Times New Roman" w:cs="Times New Roman"/>
          <w:b/>
          <w:sz w:val="24"/>
        </w:rPr>
        <w:t>Section 5</w:t>
      </w:r>
      <w:r>
        <w:rPr>
          <w:rFonts w:ascii="Times New Roman" w:hAnsi="Times New Roman" w:eastAsia="Times New Roman" w:cs="Times New Roman"/>
          <w:b w:val="0"/>
          <w:sz w:val="24"/>
        </w:rPr>
        <w:t xml:space="preserve"> of this form, below.</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[_] Obtaining other group health coverage or Medicare entitlement. If you check this box, go to </w:t>
      </w:r>
      <w:r>
        <w:rPr>
          <w:rFonts w:ascii="Times New Roman" w:hAnsi="Times New Roman" w:eastAsia="Times New Roman" w:cs="Times New Roman"/>
          <w:b/>
          <w:sz w:val="24"/>
        </w:rPr>
        <w:t>Section 6</w:t>
      </w:r>
      <w:r>
        <w:rPr>
          <w:rFonts w:ascii="Times New Roman" w:hAnsi="Times New Roman" w:eastAsia="Times New Roman" w:cs="Times New Roman"/>
          <w:b w:val="0"/>
          <w:sz w:val="24"/>
        </w:rPr>
        <w:t xml:space="preserve"> of this form, below.</w:t>
      </w:r>
    </w:p>
    <w:p>
      <w:pPr>
        <w:keepNext w:val="0"/>
        <w:spacing w:before="200" w:after="0" w:line="260" w:lineRule="exact"/>
        <w:ind w:left="360" w:right="0" w:firstLine="0"/>
        <w:jc w:val="both"/>
      </w:pPr>
      <w:r>
        <w:rPr>
          <w:rFonts w:ascii="Times New Roman" w:hAnsi="Times New Roman" w:eastAsia="Times New Roman" w:cs="Times New Roman"/>
          <w:b/>
          <w:sz w:val="24"/>
        </w:rPr>
        <w:t>1. Notification of Disability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By signing below, I am notifying the COBRA Administrator that (check one) _____ I or _____ the individual(s) listed in this form have been determined to be disabled by the Social Security Administration and the date on which the person became disabled occurred within the first 60 days of the person’s COBRA continuation coverage. I have included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determination from the Social Security Administration with this form. </w:t>
      </w:r>
    </w:p>
    <w:p>
      <w:pPr>
        <w:keepNext w:val="0"/>
        <w:spacing w:before="200" w:after="0" w:line="260" w:lineRule="exact"/>
        <w:ind w:left="720" w:right="0" w:firstLine="0"/>
        <w:jc w:val="both"/>
      </w:pPr>
      <w:r>
        <w:rPr>
          <w:rFonts w:ascii="Times New Roman" w:hAnsi="Times New Roman" w:eastAsia="Times New Roman" w:cs="Times New Roman"/>
          <w:b/>
          <w:sz w:val="24"/>
        </w:rPr>
        <w:t>Due date:</w:t>
      </w:r>
      <w:r>
        <w:rPr>
          <w:rFonts w:ascii="Times New Roman" w:hAnsi="Times New Roman" w:eastAsia="Times New Roman" w:cs="Times New Roman"/>
          <w:b w:val="0"/>
          <w:sz w:val="24"/>
        </w:rPr>
        <w:t xml:space="preserve"> I understand that I have </w:t>
      </w:r>
      <w:r>
        <w:rPr>
          <w:rFonts w:ascii="Times New Roman" w:hAnsi="Times New Roman" w:eastAsia="Times New Roman" w:cs="Times New Roman"/>
          <w:b/>
          <w:sz w:val="24"/>
        </w:rPr>
        <w:t>60 days</w:t>
      </w:r>
      <w:r>
        <w:rPr>
          <w:rFonts w:ascii="Times New Roman" w:hAnsi="Times New Roman" w:eastAsia="Times New Roman" w:cs="Times New Roman"/>
          <w:b w:val="0"/>
          <w:sz w:val="24"/>
        </w:rPr>
        <w:t xml:space="preserve"> from the latest of the following dates to mail or hand deliver this form to the COBRA Administrator: (1) the date on which the Social Security Administration issued the disability determination; (2) the date of the covered employee’s termination of employment or reduction in hours; or (3) the date on which the qualified beneficiary loses (or would lose) coverage under the plan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covered employee’s termination of employment or reduction in hours. </w:t>
      </w:r>
      <w:r>
        <w:rPr>
          <w:rFonts w:ascii="Times New Roman" w:hAnsi="Times New Roman" w:eastAsia="Times New Roman" w:cs="Times New Roman"/>
          <w:b/>
          <w:sz w:val="24"/>
        </w:rPr>
        <w:t>NOTE:</w:t>
      </w:r>
      <w:r>
        <w:rPr>
          <w:rFonts w:ascii="Times New Roman" w:hAnsi="Times New Roman" w:eastAsia="Times New Roman" w:cs="Times New Roman"/>
          <w:b w:val="0"/>
          <w:sz w:val="24"/>
        </w:rPr>
        <w:t xml:space="preserve"> this form must be provided within 18 months of the covered employee’s termination of employment or reduction in hours. </w:t>
      </w:r>
    </w:p>
    <w:p>
      <w:pPr>
        <w:keepNext w:val="0"/>
        <w:spacing w:before="200" w:after="0" w:line="260" w:lineRule="exact"/>
        <w:ind w:left="360" w:right="0" w:firstLine="0"/>
        <w:jc w:val="both"/>
      </w:pPr>
      <w:r>
        <w:rPr>
          <w:rFonts w:ascii="Times New Roman" w:hAnsi="Times New Roman" w:eastAsia="Times New Roman" w:cs="Times New Roman"/>
          <w:b/>
          <w:sz w:val="24"/>
        </w:rPr>
        <w:t>2. No Longer Disabled Notification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By signing below, I am notifying the COBRA Administrator that (check one) _____I or _____ the individual(s) listed in this form have been determined to </w:t>
      </w:r>
      <w:r>
        <w:rPr>
          <w:rFonts w:ascii="Times New Roman" w:hAnsi="Times New Roman" w:eastAsia="Times New Roman" w:cs="Times New Roman"/>
          <w:b w:val="0"/>
          <w:sz w:val="24"/>
        </w:rPr>
        <w:t>no longer</w:t>
      </w:r>
      <w:r>
        <w:rPr>
          <w:rFonts w:ascii="Times New Roman" w:hAnsi="Times New Roman" w:eastAsia="Times New Roman" w:cs="Times New Roman"/>
          <w:b w:val="0"/>
          <w:sz w:val="24"/>
        </w:rPr>
        <w:t xml:space="preserve"> be disabled by the Social Security Administration. I have included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such determination from the Social Security Administration with this form.  </w:t>
      </w:r>
    </w:p>
    <w:p>
      <w:pPr>
        <w:keepNext w:val="0"/>
        <w:spacing w:before="200" w:after="0" w:line="260" w:lineRule="exact"/>
        <w:ind w:left="720" w:right="0" w:firstLine="0"/>
        <w:jc w:val="both"/>
      </w:pPr>
      <w:r>
        <w:rPr>
          <w:rFonts w:ascii="Times New Roman" w:hAnsi="Times New Roman" w:eastAsia="Times New Roman" w:cs="Times New Roman"/>
          <w:b/>
          <w:sz w:val="24"/>
        </w:rPr>
        <w:t>Due date:</w:t>
      </w:r>
      <w:r>
        <w:rPr>
          <w:rFonts w:ascii="Times New Roman" w:hAnsi="Times New Roman" w:eastAsia="Times New Roman" w:cs="Times New Roman"/>
          <w:b w:val="0"/>
          <w:sz w:val="24"/>
        </w:rPr>
        <w:t xml:space="preserve"> I understand that I have </w:t>
      </w:r>
      <w:r>
        <w:rPr>
          <w:rFonts w:ascii="Times New Roman" w:hAnsi="Times New Roman" w:eastAsia="Times New Roman" w:cs="Times New Roman"/>
          <w:b/>
          <w:sz w:val="24"/>
        </w:rPr>
        <w:t>30 days</w:t>
      </w:r>
      <w:r>
        <w:rPr>
          <w:rFonts w:ascii="Times New Roman" w:hAnsi="Times New Roman" w:eastAsia="Times New Roman" w:cs="Times New Roman"/>
          <w:b w:val="0"/>
          <w:sz w:val="24"/>
        </w:rPr>
        <w:t xml:space="preserve"> from the date of receiving the determination from the Social Security Administration to mail or hand deliver this form to the COBRA Administrator. </w:t>
      </w:r>
    </w:p>
    <w:p>
      <w:pPr>
        <w:keepNext w:val="0"/>
        <w:spacing w:before="200" w:after="0" w:line="260" w:lineRule="exact"/>
        <w:ind w:left="360" w:right="0" w:firstLine="0"/>
        <w:jc w:val="both"/>
      </w:pPr>
      <w:r>
        <w:rPr>
          <w:rFonts w:ascii="Times New Roman" w:hAnsi="Times New Roman" w:eastAsia="Times New Roman" w:cs="Times New Roman"/>
          <w:b/>
          <w:sz w:val="24"/>
        </w:rPr>
        <w:t>3. Divorce or Legal Separation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By signing below, I am notifying the COBRA Administrator that the covered employee ________________________ (insert name) has (check one) _____ divorced or ______ legally separated from the covered employee’s former spouse, ________________________ (insert name), on _______________ (insert date of divorce decree or legal separation). If the former spouse’s health coverage under the Plan was reduced or eliminated before the final divorce decree or legal separation, the date the coverage was reduced or eliminated was: _______________ (insert date). I have included with this form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decree of divorce or legal separation.  </w:t>
      </w:r>
    </w:p>
    <w:p>
      <w:pPr>
        <w:keepNext w:val="0"/>
        <w:spacing w:before="200" w:after="0" w:line="260" w:lineRule="exact"/>
        <w:ind w:left="720" w:right="0" w:firstLine="0"/>
        <w:jc w:val="both"/>
      </w:pPr>
      <w:r>
        <w:rPr>
          <w:rFonts w:ascii="Times New Roman" w:hAnsi="Times New Roman" w:eastAsia="Times New Roman" w:cs="Times New Roman"/>
          <w:b/>
          <w:sz w:val="24"/>
        </w:rPr>
        <w:t>Due date:</w:t>
      </w:r>
      <w:r>
        <w:rPr>
          <w:rFonts w:ascii="Times New Roman" w:hAnsi="Times New Roman" w:eastAsia="Times New Roman" w:cs="Times New Roman"/>
          <w:b w:val="0"/>
          <w:sz w:val="24"/>
        </w:rPr>
        <w:t xml:space="preserve"> I understand that I have </w:t>
      </w:r>
      <w:r>
        <w:rPr>
          <w:rFonts w:ascii="Times New Roman" w:hAnsi="Times New Roman" w:eastAsia="Times New Roman" w:cs="Times New Roman"/>
          <w:b/>
          <w:sz w:val="24"/>
        </w:rPr>
        <w:t>60 days</w:t>
      </w:r>
      <w:r>
        <w:rPr>
          <w:rFonts w:ascii="Times New Roman" w:hAnsi="Times New Roman" w:eastAsia="Times New Roman" w:cs="Times New Roman"/>
          <w:b w:val="0"/>
          <w:sz w:val="24"/>
        </w:rPr>
        <w:t xml:space="preserve"> from the later of (1) the date of the decree of divorce or legal separation or (2) the date that the covered former spouse loses (or would lose) coverage under the Plan to mail or hand deliver this form to the COBRA Administrator. </w:t>
      </w:r>
    </w:p>
    <w:p>
      <w:pPr>
        <w:keepNext w:val="0"/>
        <w:spacing w:before="200" w:after="0" w:line="260" w:lineRule="exact"/>
        <w:ind w:left="360" w:right="0" w:firstLine="0"/>
        <w:jc w:val="both"/>
      </w:pPr>
      <w:r>
        <w:rPr>
          <w:rFonts w:ascii="Times New Roman" w:hAnsi="Times New Roman" w:eastAsia="Times New Roman" w:cs="Times New Roman"/>
          <w:b/>
          <w:sz w:val="24"/>
        </w:rPr>
        <w:t>4. Dependent-Child Loss of Eligibility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By signing below, I am notifying the COBRA Administrator that ________________________ (insert name of ineligible child),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date of birth of _______________ (insert date of birth), is no longer eligible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dependent-child under the terms of the Plan. </w:t>
      </w:r>
    </w:p>
    <w:p>
      <w:pPr>
        <w:keepNext w:val="0"/>
        <w:spacing w:before="200" w:after="0" w:line="260" w:lineRule="exact"/>
        <w:ind w:left="720" w:right="0" w:firstLine="0"/>
        <w:jc w:val="both"/>
      </w:pPr>
      <w:r>
        <w:rPr>
          <w:rFonts w:ascii="Times New Roman" w:hAnsi="Times New Roman" w:eastAsia="Times New Roman" w:cs="Times New Roman"/>
          <w:b/>
          <w:sz w:val="24"/>
        </w:rPr>
        <w:t>Due date:</w:t>
      </w:r>
      <w:r>
        <w:rPr>
          <w:rFonts w:ascii="Times New Roman" w:hAnsi="Times New Roman" w:eastAsia="Times New Roman" w:cs="Times New Roman"/>
          <w:b w:val="0"/>
          <w:sz w:val="24"/>
        </w:rPr>
        <w:t xml:space="preserve"> I understand that I have </w:t>
      </w:r>
      <w:r>
        <w:rPr>
          <w:rFonts w:ascii="Times New Roman" w:hAnsi="Times New Roman" w:eastAsia="Times New Roman" w:cs="Times New Roman"/>
          <w:b/>
          <w:sz w:val="24"/>
        </w:rPr>
        <w:t>60 days</w:t>
      </w:r>
      <w:r>
        <w:rPr>
          <w:rFonts w:ascii="Times New Roman" w:hAnsi="Times New Roman" w:eastAsia="Times New Roman" w:cs="Times New Roman"/>
          <w:b w:val="0"/>
          <w:sz w:val="24"/>
        </w:rPr>
        <w:t xml:space="preserve"> from the later of (1) the date this individual ceased to be eligible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dependent-child under the terms of the Plan or (2) the date that this individual loses (or would lose) coverage under the Plan to mail or hand deliver this form to the COBRA Administrator. </w:t>
      </w:r>
    </w:p>
    <w:p>
      <w:pPr>
        <w:keepNext w:val="0"/>
        <w:spacing w:before="200" w:after="0" w:line="260" w:lineRule="exact"/>
        <w:ind w:left="360" w:right="0" w:firstLine="0"/>
        <w:jc w:val="both"/>
      </w:pPr>
      <w:r>
        <w:rPr>
          <w:rFonts w:ascii="Times New Roman" w:hAnsi="Times New Roman" w:eastAsia="Times New Roman" w:cs="Times New Roman"/>
          <w:b/>
          <w:sz w:val="24"/>
        </w:rPr>
        <w:t>5. Second Qualifying Event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By signing below, I am notifying the COBRA Administrator that ________________________ (insert name of qualified beneficiary) became entitled to COBRA continuation coverage due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covered employee’s termination of employment or reduction in hours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maximum period of 18 (or 29 months, in the case of disability extension), and the qualified beneficiary experienced one of the following second qualifying events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which the qualified beneficiary would lose coverage under the Plan if the first qualifying event had not occurred: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[_] Death of the covered employee on _______________ (insert date of death).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[_] Divorce or legal separation of the covered employee. Please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divorce decree or decree of legal separation. In the event that the former spouse’s coverage was reduced or eliminated in anticipation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divorce or legal separation, please provide the date of such reduction or elimination here: _______________. </w:t>
      </w:r>
    </w:p>
    <w:p>
      <w:pPr>
        <w:keepNext w:val="0"/>
        <w:spacing w:before="200" w:after="0" w:line="260" w:lineRule="exact"/>
        <w:ind w:left="1080" w:right="0" w:firstLine="0"/>
        <w:jc w:val="both"/>
      </w:pPr>
      <w:r>
        <w:rPr>
          <w:rFonts w:ascii="Times New Roman" w:hAnsi="Times New Roman" w:eastAsia="Times New Roman" w:cs="Times New Roman"/>
          <w:b w:val="0"/>
          <w:sz w:val="24"/>
        </w:rPr>
        <w:t>[_] Medicare entitlement of the covered employee (in certain circumstances) on _______________ (insert date). Please provide documentation that shows Medicare entitlement.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[_] Loss of the qualified beneficiary’s dependent-child status under the Plan on _______________ (insert date eligibility stopped). Please provide the date of birth of the qualified beneficiary: _______________. </w:t>
      </w:r>
    </w:p>
    <w:p>
      <w:pPr>
        <w:keepNext w:val="0"/>
        <w:spacing w:before="200" w:after="0" w:line="260" w:lineRule="exact"/>
        <w:ind w:left="720" w:right="0" w:firstLine="0"/>
        <w:jc w:val="both"/>
      </w:pPr>
      <w:r>
        <w:rPr>
          <w:rFonts w:ascii="Times New Roman" w:hAnsi="Times New Roman" w:eastAsia="Times New Roman" w:cs="Times New Roman"/>
          <w:b/>
          <w:sz w:val="24"/>
        </w:rPr>
        <w:t>Due date:</w:t>
      </w:r>
      <w:r>
        <w:rPr>
          <w:rFonts w:ascii="Times New Roman" w:hAnsi="Times New Roman" w:eastAsia="Times New Roman" w:cs="Times New Roman"/>
          <w:b w:val="0"/>
          <w:sz w:val="24"/>
        </w:rPr>
        <w:t xml:space="preserve"> I understand that I have </w:t>
      </w:r>
      <w:r>
        <w:rPr>
          <w:rFonts w:ascii="Times New Roman" w:hAnsi="Times New Roman" w:eastAsia="Times New Roman" w:cs="Times New Roman"/>
          <w:b/>
          <w:sz w:val="24"/>
        </w:rPr>
        <w:t>60 days</w:t>
      </w:r>
      <w:r>
        <w:rPr>
          <w:rFonts w:ascii="Times New Roman" w:hAnsi="Times New Roman" w:eastAsia="Times New Roman" w:cs="Times New Roman"/>
          <w:b w:val="0"/>
          <w:sz w:val="24"/>
        </w:rPr>
        <w:t xml:space="preserve"> from the later of (1) the date of the second qualifying event or the (2) date that this individual loses (or would lose) coverage under the Plan to mail or hand deliver this form to the COBRA Administrator. </w:t>
      </w:r>
    </w:p>
    <w:p>
      <w:pPr>
        <w:keepNext w:val="0"/>
        <w:spacing w:before="200" w:after="0" w:line="260" w:lineRule="exact"/>
        <w:ind w:left="360" w:right="0" w:firstLine="0"/>
        <w:jc w:val="both"/>
      </w:pPr>
      <w:r>
        <w:rPr>
          <w:rFonts w:ascii="Times New Roman" w:hAnsi="Times New Roman" w:eastAsia="Times New Roman" w:cs="Times New Roman"/>
          <w:b/>
          <w:sz w:val="24"/>
        </w:rPr>
        <w:t>6. Other Plan Coverage or Medicare Entitlement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By signing below, I am notifying the COBRA Administrator that since the date COBRA coverage was initially elected under the Plan, (check one) _____ I or _____the individual(s) listed above became (check one):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[_] covered under another group health plan, on _______________ (insert date coverage began), or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[_] entitled to Medicare, on _______________ (insert first date of Medicare entitlement). </w:t>
      </w:r>
    </w:p>
    <w:p>
      <w:pPr>
        <w:keepNext w:val="0"/>
        <w:spacing w:before="200" w:after="0" w:line="260" w:lineRule="exact"/>
        <w:ind w:left="720" w:right="0" w:firstLine="0"/>
        <w:jc w:val="both"/>
      </w:pPr>
      <w:r>
        <w:rPr>
          <w:rFonts w:ascii="Times New Roman" w:hAnsi="Times New Roman" w:eastAsia="Times New Roman" w:cs="Times New Roman"/>
          <w:b/>
          <w:sz w:val="24"/>
        </w:rPr>
        <w:t xml:space="preserve">Due date: </w:t>
      </w:r>
      <w:r>
        <w:rPr>
          <w:rFonts w:ascii="Times New Roman" w:hAnsi="Times New Roman" w:eastAsia="Times New Roman" w:cs="Times New Roman"/>
          <w:b w:val="0"/>
          <w:sz w:val="24"/>
        </w:rPr>
        <w:t xml:space="preserve">I understand that I have </w:t>
      </w:r>
      <w:r>
        <w:rPr>
          <w:rFonts w:ascii="Times New Roman" w:hAnsi="Times New Roman" w:eastAsia="Times New Roman" w:cs="Times New Roman"/>
          <w:b/>
          <w:sz w:val="24"/>
        </w:rPr>
        <w:t>30 days</w:t>
      </w:r>
      <w:r>
        <w:rPr>
          <w:rFonts w:ascii="Times New Roman" w:hAnsi="Times New Roman" w:eastAsia="Times New Roman" w:cs="Times New Roman"/>
          <w:b w:val="0"/>
          <w:sz w:val="24"/>
        </w:rPr>
        <w:t xml:space="preserve"> from the date the other coverage became effective or the date of Medicare entitlement to mail or hand deliver this form to the COBRA Administrator. </w:t>
      </w:r>
    </w:p>
    <w:p>
      <w:pPr>
        <w:keepNext w:val="0"/>
        <w:spacing w:before="200" w:after="0" w:line="260" w:lineRule="exact"/>
        <w:ind w:left="360" w:right="0" w:firstLine="0"/>
        <w:jc w:val="both"/>
      </w:pPr>
      <w:r>
        <w:rPr>
          <w:rFonts w:ascii="Times New Roman" w:hAnsi="Times New Roman" w:eastAsia="Times New Roman" w:cs="Times New Roman"/>
          <w:b/>
          <w:sz w:val="24"/>
        </w:rPr>
        <w:t>Signature and Date</w:t>
      </w:r>
    </w:p>
    <w:p>
      <w:pPr>
        <w:keepNext w:val="0"/>
        <w:spacing w:before="200" w:after="0" w:line="260" w:lineRule="exact"/>
        <w:ind w:left="720" w:right="0" w:firstLine="0"/>
        <w:jc w:val="both"/>
      </w:pPr>
      <w:r>
        <w:rPr>
          <w:rFonts w:ascii="Times New Roman" w:hAnsi="Times New Roman" w:eastAsia="Times New Roman" w:cs="Times New Roman"/>
          <w:b w:val="0"/>
          <w:sz w:val="24"/>
        </w:rPr>
        <w:t>By signing below, I attest that the information provided in and with this form is true and correct. In the event that I later determine that any of the information above is incorrect, I will immediately notify the COBRA Administrator.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Signed: ________________________ </w:t>
      </w:r>
    </w:p>
    <w:p>
      <w:pPr>
        <w:keepNext w:val="0"/>
        <w:spacing w:before="60" w:after="0" w:line="260" w:lineRule="exact"/>
        <w:ind w:left="1080" w:right="0" w:firstLine="0"/>
        <w:jc w:val="both"/>
      </w:pPr>
      <w:r>
        <w:rPr>
          <w:rFonts w:ascii="Times New Roman" w:hAnsi="Times New Roman" w:eastAsia="Times New Roman" w:cs="Times New Roman"/>
          <w:b w:val="0"/>
          <w:sz w:val="24"/>
        </w:rPr>
        <w:t xml:space="preserve">Print name here: _________________________ </w:t>
      </w:r>
    </w:p>
    <w:p>
      <w:pPr>
        <w:keepNext w:val="0"/>
        <w:spacing w:before="60" w:after="0" w:line="260" w:lineRule="exact"/>
        <w:ind w:left="1080" w:right="0" w:firstLine="0"/>
        <w:jc w:val="both"/>
      </w:pPr>
      <w:r>
        <w:rPr>
          <w:rFonts w:ascii="Times New Roman" w:hAnsi="Times New Roman" w:eastAsia="Times New Roman" w:cs="Times New Roman"/>
          <w:b w:val="0"/>
          <w:sz w:val="24"/>
        </w:rPr>
        <w:t>Date: _______________</w:t>
      </w:r>
    </w:p>
    <w:p>
      <w:pPr>
        <w:keepNext w:val="0"/>
        <w:spacing w:before="200" w:after="0" w:line="260" w:lineRule="exact"/>
        <w:ind w:left="360" w:right="0" w:firstLine="0"/>
        <w:jc w:val="center"/>
      </w:pPr>
      <w:r>
        <w:rPr>
          <w:rFonts w:ascii="Times New Roman" w:hAnsi="Times New Roman" w:eastAsia="Times New Roman" w:cs="Times New Roman"/>
          <w:b/>
          <w:sz w:val="24"/>
        </w:rPr>
        <w:t xml:space="preserve">This form must be completed and postmarked or hand delivered by the due date described in the applicable section. If this form is mailed or delivered after the due date, it will not be accepted and any period of COBRA coverage that may have been available as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result of the reported event will be denied.  </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