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COPPA Parental Consent Form</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Dear Parent/Guardian,</w:t>
      </w:r>
    </w:p>
    <w:p>
      <w:pPr>
        <w:keepNext w:val="0"/>
        <w:spacing w:before="200" w:after="0" w:line="260" w:lineRule="exact"/>
        <w:ind w:left="360" w:right="0" w:firstLine="0"/>
        <w:jc w:val="both"/>
      </w:pPr>
      <w:r>
        <w:rPr>
          <w:rFonts w:ascii="Times New Roman" w:hAnsi="Times New Roman" w:eastAsia="Times New Roman" w:cs="Times New Roman"/>
          <w:b w:val="0"/>
          <w:sz w:val="24"/>
        </w:rPr>
        <w:t>Your child has requested to access and use [name of services] provided by [name of company]. If your child is under the age of 13, the Children’s Online Privacy Protection Act (COPPA) requires [name of company] to provide parental notification and obtain parental consent before collecting personal information from your child. Your child provided us with your contact information in order to obtain your consent. To provide your child with [name of services], certain personally identifying information, including your child’s first name, last name, email address, and user name must be provided to [name of company].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Once signed by you and returned to [name of company] via mail, fax, or scan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e-mail, this form will constitute consent for your child to provide personally identifying information to [name of company]. [name of company]’s contact information is provided below. You may access [name of company]’s Privacy Policy at [link].</w:t>
      </w:r>
    </w:p>
    <w:p>
      <w:pPr>
        <w:keepNext w:val="0"/>
        <w:spacing w:before="200" w:after="0" w:line="260" w:lineRule="exact"/>
        <w:ind w:left="360" w:right="0" w:firstLine="0"/>
        <w:jc w:val="both"/>
      </w:pPr>
      <w:r>
        <w:rPr>
          <w:rFonts w:ascii="Times New Roman" w:hAnsi="Times New Roman" w:eastAsia="Times New Roman" w:cs="Times New Roman"/>
          <w:b w:val="0"/>
          <w:sz w:val="24"/>
        </w:rPr>
        <w:t>Please be advised that without receipt of this signed form, your child will not be able to access and/or use [name of services] provided by [name of company].</w:t>
      </w:r>
    </w:p>
    <w:p>
      <w:pPr>
        <w:keepNext w:val="0"/>
        <w:spacing w:before="200" w:after="0" w:line="260" w:lineRule="exact"/>
        <w:ind w:left="360" w:right="0" w:firstLine="0"/>
        <w:jc w:val="both"/>
      </w:pPr>
      <w:r>
        <w:rPr>
          <w:rFonts w:ascii="Times New Roman" w:hAnsi="Times New Roman" w:eastAsia="Times New Roman" w:cs="Times New Roman"/>
          <w:b w:val="0"/>
          <w:sz w:val="24"/>
        </w:rPr>
        <w:t>Child’s Full Name: [____________________________________________________]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Child’s Email Address: [____________________________________________________]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Child’s User Name: [____________________________________________________]</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 represent and warrant that the information provided above is true and accurate and is provided for the purpose of consenting to my child’s registration with the [name of company] website.</w:t>
      </w:r>
    </w:p>
    <w:p>
      <w:pPr>
        <w:keepNext w:val="0"/>
        <w:spacing w:before="120" w:after="0" w:line="260" w:lineRule="exact"/>
        <w:ind w:left="360" w:right="0" w:firstLine="0"/>
        <w:jc w:val="left"/>
      </w:pPr>
      <w:r>
        <w:rPr>
          <w:rFonts w:ascii="Times New Roman" w:hAnsi="Times New Roman" w:eastAsia="Times New Roman" w:cs="Times New Roman"/>
          <w:b w:val="0"/>
          <w:sz w:val="24"/>
        </w:rPr>
        <w:t>Parent/Guardian Name: [____________________________________________________]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Parent’s Signature: ____________________________________________________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[name of company] Contact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Mail: [mailing address]</w:t>
      </w:r>
    </w:p>
    <w:p>
      <w:pPr>
        <w:keepNext w:val="0"/>
        <w:spacing w:before="200" w:after="0" w:line="260" w:lineRule="exact"/>
        <w:ind w:left="360" w:right="0" w:firstLine="0"/>
        <w:jc w:val="both"/>
      </w:pPr>
      <w:r>
        <w:rPr>
          <w:rFonts w:ascii="Times New Roman" w:hAnsi="Times New Roman" w:eastAsia="Times New Roman" w:cs="Times New Roman"/>
          <w:b w:val="0"/>
          <w:sz w:val="24"/>
        </w:rPr>
        <w:t>Fax: [fax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For any questions, please contact [contact].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