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CPR Notice of Arbitration</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NOTICE OF ARBITRATION</w:t>
      </w:r>
    </w:p>
    <w:p>
      <w:pPr>
        <w:keepNext w:val="0"/>
        <w:spacing w:before="120" w:after="0" w:line="260" w:lineRule="exact"/>
        <w:ind w:left="720" w:right="0" w:firstLine="240"/>
        <w:jc w:val="left"/>
      </w:pPr>
      <w:r>
        <w:rPr>
          <w:rFonts w:ascii="Times New Roman" w:hAnsi="Times New Roman" w:eastAsia="Times New Roman" w:cs="Times New Roman"/>
          <w:b/>
          <w:sz w:val="24"/>
        </w:rPr>
        <w:t>Claimant</w:t>
      </w:r>
      <w:r>
        <w:rPr>
          <w:rFonts w:ascii="Times New Roman" w:hAnsi="Times New Roman" w:eastAsia="Times New Roman" w:cs="Times New Roman"/>
          <w:b w:val="0"/>
          <w:sz w:val="24"/>
        </w:rPr>
        <w:t xml:space="preserve"> [name] ("Claimant" or "[Name]") submits this Notice of Arbitration against Respondent [name] ("Respondent" or "[Name]") in accordance with Article [article number or name] of the [arbitration agreement name] dated [date] between Claimant and Respondent (the "Agreement").</w:t>
      </w:r>
    </w:p>
    <w:p>
      <w:pPr>
        <w:keepNext w:val="0"/>
        <w:spacing w:before="120" w:after="0" w:line="260" w:lineRule="exact"/>
        <w:ind w:left="360" w:right="0" w:firstLine="0"/>
        <w:jc w:val="left"/>
      </w:pPr>
      <w:r>
        <w:rPr>
          <w:rFonts w:ascii="Times New Roman" w:hAnsi="Times New Roman" w:eastAsia="Times New Roman" w:cs="Times New Roman"/>
          <w:b/>
          <w:sz w:val="24"/>
        </w:rPr>
        <w:t>THE PARTIES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Claimant [name]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organized and existing under the laws of the State of [state], with its principal place of business in [city, state]. [Other applicable facts about the claimant]. Claimant's address and contact information are as follows:</w:t>
      </w:r>
    </w:p>
    <w:p>
      <w:pPr>
        <w:keepNext w:val="0"/>
        <w:spacing w:before="200" w:after="0" w:line="260" w:lineRule="exact"/>
        <w:ind w:left="720" w:right="0" w:firstLine="0"/>
        <w:jc w:val="center"/>
      </w:pPr>
      <w:r>
        <w:rPr>
          <w:rFonts w:ascii="Times New Roman" w:hAnsi="Times New Roman" w:eastAsia="Times New Roman" w:cs="Times New Roman"/>
          <w:b w:val="0"/>
          <w:sz w:val="24"/>
        </w:rPr>
        <w:t>[address and contact information]</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Claimant is represented in these proceedings by: [name of law firm, counsel, address and contact information].</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Respondent [name]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organized and existing under the laws of the State of [state], with its principal place of business in [city, state]. [Other applicable facts about the respondent]. Respondent address and contact are as follows:</w:t>
      </w:r>
    </w:p>
    <w:p>
      <w:pPr>
        <w:keepNext w:val="0"/>
        <w:spacing w:before="200" w:after="0" w:line="260" w:lineRule="exact"/>
        <w:ind w:left="720" w:right="0" w:firstLine="0"/>
        <w:jc w:val="center"/>
      </w:pPr>
      <w:r>
        <w:rPr>
          <w:rFonts w:ascii="Times New Roman" w:hAnsi="Times New Roman" w:eastAsia="Times New Roman" w:cs="Times New Roman"/>
          <w:b w:val="0"/>
          <w:sz w:val="24"/>
        </w:rPr>
        <w:t>[address and contact information]</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Respondent is represented in these proceedings by: [name of law firm, counsel, address and contact information, if known].</w:t>
      </w:r>
    </w:p>
    <w:p>
      <w:pPr>
        <w:keepNext w:val="0"/>
        <w:spacing w:before="120" w:after="0" w:line="260" w:lineRule="exact"/>
        <w:ind w:left="360" w:right="0" w:firstLine="0"/>
        <w:jc w:val="left"/>
      </w:pPr>
      <w:r>
        <w:rPr>
          <w:rFonts w:ascii="Times New Roman" w:hAnsi="Times New Roman" w:eastAsia="Times New Roman" w:cs="Times New Roman"/>
          <w:b/>
          <w:sz w:val="24"/>
        </w:rPr>
        <w:t>NATURE OF THE DISPUTE</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[Description of the parties' relationship in successive paragraphs].</w:t>
      </w:r>
    </w:p>
    <w:p>
      <w:pPr>
        <w:keepNext w:val="0"/>
        <w:spacing w:before="120" w:after="0" w:line="260" w:lineRule="exact"/>
        <w:ind w:left="360" w:right="0" w:firstLine="0"/>
        <w:jc w:val="left"/>
      </w:pPr>
      <w:r>
        <w:rPr>
          <w:rFonts w:ascii="Times New Roman" w:hAnsi="Times New Roman" w:eastAsia="Times New Roman" w:cs="Times New Roman"/>
          <w:b/>
          <w:sz w:val="24"/>
        </w:rPr>
        <w:t>THE ARBITRATION AGREEMENT</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This arbitration is initiated pursuant to the arbitration agreement in Article [article number or name] of the Agreement, which provides as follows:</w:t>
      </w:r>
    </w:p>
    <w:p>
      <w:pPr>
        <w:keepNext w:val="0"/>
        <w:spacing w:before="200" w:after="0" w:line="260" w:lineRule="exact"/>
        <w:ind w:left="720" w:right="0" w:firstLine="0"/>
        <w:jc w:val="center"/>
      </w:pPr>
      <w:r>
        <w:rPr>
          <w:rFonts w:ascii="Times New Roman" w:hAnsi="Times New Roman" w:eastAsia="Times New Roman" w:cs="Times New Roman"/>
          <w:b w:val="0"/>
          <w:sz w:val="24"/>
        </w:rPr>
        <w:t>[quote relevant provisions of arbitration agreement]</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In accordance with the parties' agreement the dispute should be resolved by arbitration in accordance with CPR [Administered or Non-Administered] Rules.</w:t>
      </w:r>
    </w:p>
    <w:p>
      <w:pPr>
        <w:keepNext w:val="0"/>
        <w:spacing w:before="120" w:after="0" w:line="260" w:lineRule="exact"/>
        <w:ind w:left="360" w:right="0" w:firstLine="0"/>
        <w:jc w:val="left"/>
      </w:pPr>
      <w:r>
        <w:rPr>
          <w:rFonts w:ascii="Times New Roman" w:hAnsi="Times New Roman" w:eastAsia="Times New Roman" w:cs="Times New Roman"/>
          <w:b/>
          <w:sz w:val="24"/>
        </w:rPr>
        <w:t>GOVERNING LAW</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The Agreement is governed by the substantive laws of [jurisdiction], in accordance with Article [article number or name] of the Agreement:</w:t>
      </w:r>
    </w:p>
    <w:p>
      <w:pPr>
        <w:keepNext w:val="0"/>
        <w:spacing w:before="200" w:after="0" w:line="260" w:lineRule="exact"/>
        <w:ind w:left="720" w:right="0" w:firstLine="0"/>
        <w:jc w:val="center"/>
      </w:pPr>
      <w:r>
        <w:rPr>
          <w:rFonts w:ascii="Times New Roman" w:hAnsi="Times New Roman" w:eastAsia="Times New Roman" w:cs="Times New Roman"/>
          <w:b w:val="0"/>
          <w:sz w:val="24"/>
        </w:rPr>
        <w:t>[quote governing law provision]</w:t>
      </w:r>
    </w:p>
    <w:p>
      <w:pPr>
        <w:keepNext w:val="0"/>
        <w:spacing w:before="120" w:after="0" w:line="260" w:lineRule="exact"/>
        <w:ind w:left="360" w:right="0" w:firstLine="0"/>
        <w:jc w:val="left"/>
      </w:pPr>
      <w:r>
        <w:rPr>
          <w:rFonts w:ascii="Times New Roman" w:hAnsi="Times New Roman" w:eastAsia="Times New Roman" w:cs="Times New Roman"/>
          <w:b/>
          <w:sz w:val="24"/>
        </w:rPr>
        <w:t>SEAT AND LANGUAGE OF THE ARBITRATION</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Pursuant to Article [article number or name] of the Agreement, the seat of arbitration shall be [seat of the arbitration]. The language of the arbitration shall be [language], in accordance with Article [article number or name] of the Agreement.</w:t>
      </w:r>
    </w:p>
    <w:p>
      <w:pPr>
        <w:keepNext w:val="0"/>
        <w:spacing w:before="120" w:after="0" w:line="260" w:lineRule="exact"/>
        <w:ind w:left="360" w:right="0" w:firstLine="0"/>
        <w:jc w:val="left"/>
      </w:pPr>
      <w:r>
        <w:rPr>
          <w:rFonts w:ascii="Times New Roman" w:hAnsi="Times New Roman" w:eastAsia="Times New Roman" w:cs="Times New Roman"/>
          <w:b/>
          <w:sz w:val="24"/>
        </w:rPr>
        <w:t>CONSTITUTION OF THE ARBITRAL TRIBUNAL</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In accordance with Article [article number or name] of the Agreement, Claimant designates [name] as its party-appointed arbitrator. Mr./Mrs. [name] and contact information is below:</w:t>
      </w:r>
    </w:p>
    <w:p>
      <w:pPr>
        <w:keepNext w:val="0"/>
        <w:spacing w:before="200" w:after="0" w:line="260" w:lineRule="exact"/>
        <w:ind w:left="720" w:right="0" w:firstLine="0"/>
        <w:jc w:val="center"/>
      </w:pPr>
      <w:r>
        <w:rPr>
          <w:rFonts w:ascii="Times New Roman" w:hAnsi="Times New Roman" w:eastAsia="Times New Roman" w:cs="Times New Roman"/>
          <w:b w:val="0"/>
          <w:sz w:val="24"/>
        </w:rPr>
        <w:t>[address and contact information]</w:t>
      </w:r>
    </w:p>
    <w:p>
      <w:pPr>
        <w:keepNext w:val="0"/>
        <w:spacing w:before="120" w:after="0" w:line="260" w:lineRule="exact"/>
        <w:ind w:left="360" w:right="0" w:firstLine="0"/>
        <w:jc w:val="left"/>
      </w:pPr>
      <w:r>
        <w:rPr>
          <w:rFonts w:ascii="Times New Roman" w:hAnsi="Times New Roman" w:eastAsia="Times New Roman" w:cs="Times New Roman"/>
          <w:b/>
          <w:sz w:val="24"/>
        </w:rPr>
        <w:t>REQUEST FOR RELIEF</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foregoing, Claimant respectfully requests that the Arbitral Tribunal issue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Declaring that Respondent has breached Articles [article number or name] of the Agreement;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Ordering Respondent to compensate Claimant for the damages and losses suffered because of Respondent's breaches of the Agreement, currently estimated to be in the amount of [estimation of damages], plus interest;</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Ordering Respondent to pay all arbitration costs, including Claimant's counsel's costs and expenses; and</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Such other relief as the tribunal deems appropriate. Claimant expressly reserves the right to amend or supplement this Demand, to make additional claims, and to request such additional relief as may be appropriate.</w:t>
      </w:r>
    </w:p>
    <w:p>
      <w:pPr>
        <w:keepNext w:val="0"/>
        <w:spacing w:before="200" w:after="0" w:line="260" w:lineRule="exact"/>
        <w:ind w:left="720" w:right="0" w:firstLine="0"/>
        <w:jc w:val="both"/>
      </w:pPr>
      <w:r>
        <w:rPr>
          <w:rFonts w:ascii="Times New Roman" w:hAnsi="Times New Roman" w:eastAsia="Times New Roman" w:cs="Times New Roman"/>
          <w:b w:val="0"/>
          <w:sz w:val="24"/>
        </w:rPr>
        <w:t>Claimant expressly reserves the right to amend or supplement this Notice, to make additional claims, and to request such additional relief as may be appropriate.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w:t>
      </w:r>
    </w:p>
    <w:p>
      <w:pPr>
        <w:keepNext w:val="0"/>
        <w:spacing w:before="120" w:after="0" w:line="260" w:lineRule="exact"/>
        <w:ind w:left="360" w:right="0" w:firstLine="0"/>
        <w:jc w:val="left"/>
      </w:pPr>
      <w:r>
        <w:rPr>
          <w:rFonts w:ascii="Times New Roman" w:hAnsi="Times New Roman" w:eastAsia="Times New Roman" w:cs="Times New Roman"/>
          <w:b w:val="0"/>
          <w:sz w:val="24"/>
        </w:rPr>
        <w:t>[Firm name]f</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[Email]</w:t>
      </w:r>
    </w:p>
    <w:p>
      <w:pPr>
        <w:keepNext w:val="0"/>
        <w:spacing w:before="120" w:after="0" w:line="260" w:lineRule="exact"/>
        <w:ind w:left="360" w:right="0" w:firstLine="0"/>
        <w:jc w:val="left"/>
      </w:pPr>
      <w:r>
        <w:rPr>
          <w:rFonts w:ascii="Times New Roman" w:hAnsi="Times New Roman" w:eastAsia="Times New Roman" w:cs="Times New Roman"/>
          <w:b w:val="0"/>
          <w:sz w:val="24"/>
        </w:rPr>
        <w:t>Attorneys for Claimant</w:t>
      </w:r>
    </w:p>
    <w:p>
      <w:pPr/>
    </w:p>
    <w:p>
      <w:pPr>
        <w:keepNext w:val="0"/>
        <w:spacing w:before="120" w:after="0" w:line="260" w:lineRule="exact"/>
        <w:ind w:left="360" w:right="0" w:firstLine="0"/>
        <w:jc w:val="left"/>
      </w:pPr>
      <w:r>
        <w:rPr>
          <w:rFonts w:ascii="Times New Roman" w:hAnsi="Times New Roman" w:eastAsia="Times New Roman" w:cs="Times New Roman"/>
          <w:b/>
          <w:sz w:val="24"/>
        </w:rPr>
        <w:t>EXHIBITS</w:t>
      </w:r>
    </w:p>
    <w:p>
      <w:pPr>
        <w:keepNext w:val="0"/>
        <w:spacing w:before="200" w:after="0" w:line="260" w:lineRule="exact"/>
        <w:ind w:left="720" w:right="0" w:firstLine="0"/>
        <w:jc w:val="both"/>
      </w:pPr>
      <w:r>
        <w:rPr>
          <w:rFonts w:ascii="Times New Roman" w:hAnsi="Times New Roman" w:eastAsia="Times New Roman" w:cs="Times New Roman"/>
          <w:b w:val="0"/>
          <w:sz w:val="24"/>
        </w:rPr>
        <w:t>[Attach exhibits]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