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" w:after="0"/>
      </w:pPr>
    </w:p>
    <w:p>
      <w:pPr>
        <w:ind w:hanging="720"/>
      </w:pPr>
      <w:r>
        <w:rPr>
          <w:rFonts w:ascii="Times New Roman" w:hAnsi="Times New Roman" w:eastAsia="Times New Roman" w:cs="Times New Roman"/>
          <w:b/>
          <w:sz w:val="24"/>
        </w:rPr>
        <w:t xml:space="preserve">CALIFORNIA GENERAL POWER OF ATTORNEY – </w:t>
      </w:r>
      <w:r>
        <w:rPr>
          <w:rFonts w:ascii="Times New Roman" w:hAnsi="Times New Roman" w:eastAsia="Times New Roman" w:cs="Times New Roman"/>
          <w:b/>
          <w:sz w:val="24"/>
        </w:rPr>
        <w:t>[includes optional DURABLE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ATTORNEY]</w:t>
      </w:r>
    </w:p>
    <w:p>
      <w:pPr>
        <w:spacing w:before="80" w:after="0" w:line="480" w:lineRule="auto"/>
        <w:ind w:firstLine="59"/>
      </w:pPr>
    </w:p>
    <w:p>
      <w:pPr>
        <w:spacing w:before="2" w:after="0"/>
      </w:pP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 xml:space="preserve">Recording Requested By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2" w:after="0"/>
      </w:pP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And When Recorded Mail To:</w:t>
      </w: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 xml:space="preserve">Address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 xml:space="preserve">Zip </w:t>
      </w:r>
      <w:r>
        <w:rPr>
          <w:rFonts w:ascii="Times New Roman" w:hAnsi="Times New Roman" w:eastAsia="Times New Roman" w:cs="Times New Roman"/>
          <w:sz w:val="24"/>
        </w:rPr>
        <w:t>[ZIP CODE]</w:t>
      </w:r>
    </w:p>
    <w:p>
      <w:pPr>
        <w:spacing w:before="2" w:after="0"/>
      </w:pP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-------------------------------------- Space Above This Line For Recorder’s Use -----------------------------------------------</w:t>
      </w:r>
    </w:p>
    <w:p>
      <w:pPr/>
    </w:p>
    <w:p>
      <w:pPr/>
    </w:p>
    <w:p>
      <w:pPr>
        <w:spacing w:before="6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KNOW ALL PERSON BY THESE PRESENTS: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(jointly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severally,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constitute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appoint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/>
      </w:pPr>
    </w:p>
    <w:p>
      <w:pPr>
        <w:spacing w:line="20" w:lineRule="exact"/>
      </w:pPr>
    </w:p>
    <w:p>
      <w:pPr>
        <w:spacing w:line="216" w:lineRule="exact"/>
      </w:pP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lawful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place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stead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benefit:</w:t>
      </w:r>
    </w:p>
    <w:p>
      <w:pPr>
        <w:spacing w:before="1" w:after="0"/>
      </w:pP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To ask, demand, sue for, recover, collect and receive each and every sum of money, debt,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account,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legacy, bequest interest, dividend, annuity and demand (which now is or hereafter shall became due, 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payable) belonging to or claimed by me, and to use and take any lawful means for the recovery thereof 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process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deliver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satisfaction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therefore,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together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compromise or compound any claim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demand;</w:t>
      </w: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To exercise any or all of the following powers as to real property, any interest therein 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building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Thereon: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contract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purchase,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possession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title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thereto;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business,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residence,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oil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development;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sell,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exchange,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convey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warranty;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mortgage,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encumber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hypothecate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non-negotiable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obligation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agreement.</w:t>
      </w: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kinds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goods,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wares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merchandise, choses in action and other property in possession or in action: To contract for, buy, sell,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exchange,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manner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mortgage,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encumber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hypothecate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non-negotiable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obligation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agreement.</w:t>
      </w: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To borrow money and to execute and deliver negotiable or non-negotiable notes therefore 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security;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loan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non-negotiable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 such security as he/she shall 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proper;</w:t>
      </w: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create,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amend,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supplement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terminate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wherein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beneficiary;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stock,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stock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 any dividend, distribution or bonus, join in any corporate financing, reorganization, merger,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liquidation,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consolidation or other action and the extension, compromise, conversion, adjustment, enforcement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foreclosure,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singly or in conjunction or other action and the extension, compromise, conversion, adjustment, enforcement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foreclosure,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singly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conjunction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corporate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stock,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 money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equal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value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amount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settlement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satisfaction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thereof;</w:t>
      </w:r>
    </w:p>
    <w:p>
      <w:pPr>
        <w:spacing w:line="480" w:lineRule="auto"/>
        <w:ind w:firstLine="4226"/>
      </w:pPr>
      <w:r>
        <w:rPr>
          <w:rFonts w:ascii="Times New Roman" w:hAnsi="Times New Roman" w:eastAsia="Times New Roman" w:cs="Times New Roman"/>
          <w:sz w:val="24"/>
        </w:rPr>
        <w:t>Page 1 0f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3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 FORM IS NOT VALID FOR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DECISIONS.</w:t>
      </w:r>
    </w:p>
    <w:p>
      <w:pPr>
        <w:spacing w:before="9" w:after="0"/>
      </w:pPr>
      <w:r>
        <w:rPr>
          <w:rFonts w:ascii="Times New Roman" w:hAnsi="Times New Roman" w:eastAsia="Times New Roman" w:cs="Times New Roman"/>
          <w:sz w:val="24"/>
        </w:rPr>
        <w:t>Before you use this form, fill in all blanks, and make whatever changes are appropriate and necessary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particular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Transaction.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Consult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lawyer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doubt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use.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representation or warranty, express or implied, with respect to the merchantability or fitness of this form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intended use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purpose.</w:t>
      </w:r>
    </w:p>
    <w:p>
      <w:pPr>
        <w:spacing w:before="1" w:after="0"/>
      </w:pPr>
    </w:p>
    <w:p>
      <w:pPr/>
    </w:p>
    <w:p>
      <w:pPr>
        <w:spacing w:before="163" w:after="0"/>
        <w:ind w:firstLine="719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business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kind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class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deliver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assignment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covenant,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indenture,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indemnity,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assignment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beneficial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 extension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renewal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obligation,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subordination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waiver of priority, hypothecation, bottomry, charter-party, bill of lading, bill of sale, bill, bond, note,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negotiable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non-negotiable,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receipt,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debt,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satisfaction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judgment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debt,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reconveyance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kind or class as may be necessary or proper in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premises.</w:t>
      </w:r>
    </w:p>
    <w:p>
      <w:pPr>
        <w:ind w:firstLine="719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[Strike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applicable.]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affected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subsequent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incapacity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principal [and shall remain effective for a 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[NUMBER]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after the disability or incapacity occur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].</w:t>
      </w:r>
    </w:p>
    <w:p>
      <w:pPr>
        <w:ind w:firstLine="719"/>
      </w:pPr>
      <w:r>
        <w:rPr>
          <w:rFonts w:ascii="Times New Roman" w:hAnsi="Times New Roman" w:eastAsia="Times New Roman" w:cs="Times New Roman"/>
          <w:sz w:val="24"/>
        </w:rPr>
        <w:t>[Strike if not applicable.] This Power of Attorney shall become effective upon the incapacity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 [and shall remain effective for a 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[NUMBER]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disability or incapacity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occurs].</w:t>
      </w:r>
    </w:p>
    <w:p>
      <w:pPr>
        <w:ind w:hanging="240"/>
      </w:pPr>
      <w:r>
        <w:rPr>
          <w:rFonts w:ascii="Times New Roman" w:hAnsi="Times New Roman" w:eastAsia="Times New Roman" w:cs="Times New Roman"/>
          <w:sz w:val="24"/>
        </w:rPr>
        <w:t>If (g) and/or (h) are not stricken, the Notice of Persons Executing Durable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applies.</w:t>
      </w:r>
    </w:p>
    <w:p>
      <w:pPr>
        <w:spacing w:before="3" w:after="0"/>
      </w:pPr>
    </w:p>
    <w:p>
      <w:pPr>
        <w:spacing w:line="228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NOTICE TO PERSON EXECUTING DURABLE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  <w:r>
        <w:rPr>
          <w:rFonts w:ascii="Times New Roman" w:hAnsi="Times New Roman" w:eastAsia="Times New Roman" w:cs="Times New Roman"/>
          <w:sz w:val="24"/>
        </w:rPr>
        <w:t>A durable power of attorney is an important legal document. By signing the durable power of attorney, 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 these important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facts:</w:t>
      </w:r>
    </w:p>
    <w:p>
      <w:pPr>
        <w:spacing w:line="229" w:lineRule="exact"/>
      </w:pP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(attorney-in-fact)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writing.</w:t>
      </w:r>
    </w:p>
    <w:p>
      <w:pPr/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manage,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sell,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convey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use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borrows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 the power to accept or receive any of your property, in trust or otherwise, as a gift, unless 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authorize the agent to accept or receive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gift.</w:t>
      </w:r>
    </w:p>
    <w:p>
      <w:pPr/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reasonable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services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 unless you provide otherwise in this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/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continue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exist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entire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lifetime,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shorter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terminate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/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continue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exist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longer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 your own decisions respecting the management of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property.</w:t>
      </w:r>
    </w:p>
    <w:p>
      <w:pPr/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amend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change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 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 power of attorney at any time, so long as you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competent.</w:t>
      </w:r>
    </w:p>
    <w:p>
      <w:pPr/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two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witnesses.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two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(1)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(2)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affect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easily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recorded.</w:t>
      </w:r>
    </w:p>
    <w:p>
      <w:pPr/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carefully.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effective,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acquire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future.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</w:p>
    <w:p>
      <w:pPr/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important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assistance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qualified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person.</w:t>
      </w:r>
    </w:p>
    <w:p>
      <w:pPr>
        <w:spacing w:before="3" w:after="0"/>
      </w:pPr>
    </w:p>
    <w:p>
      <w:pPr>
        <w:spacing w:line="228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NOTICE TO PERSON ACCEPTING THE APPOINTMENT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ATTORNEY–IN-FACT</w:t>
      </w:r>
    </w:p>
    <w:p>
      <w:pPr/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(attorney-in-fact)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assume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Fiduciary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include:</w:t>
      </w:r>
    </w:p>
    <w:p>
      <w:pPr>
        <w:ind w:hanging="271"/>
      </w:pPr>
      <w:r>
        <w:rPr>
          <w:rFonts w:ascii="Times New Roman" w:hAnsi="Times New Roman" w:eastAsia="Times New Roman" w:cs="Times New Roman"/>
          <w:sz w:val="24"/>
        </w:rPr>
        <w:t>The legal duty to act solely in the interest of the principal and to avoid conflicts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interest.</w:t>
      </w:r>
    </w:p>
    <w:p>
      <w:pPr>
        <w:ind w:hanging="271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keep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separate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distinct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controlled 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you.</w:t>
      </w:r>
    </w:p>
    <w:p>
      <w:pPr>
        <w:ind w:firstLine="719"/>
      </w:pPr>
      <w:r>
        <w:rPr>
          <w:rFonts w:ascii="Times New Roman" w:hAnsi="Times New Roman" w:eastAsia="Times New Roman" w:cs="Times New Roman"/>
          <w:sz w:val="24"/>
        </w:rPr>
        <w:t>You may not transfer the principal’s property to yourself without full and adequate consideration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gift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authorizes 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yourself or accept a gift of the principal’s property. If you transfer the principal’s property to yourself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 authorization in the power of attorney, you may be prosecuted for fraud and/or embezzlement. 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65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authority, 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 prosecuted for elder abuse under penal Code Section 368. In addition to criminal prosecution, you may also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sued civil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court.</w:t>
      </w:r>
    </w:p>
    <w:p>
      <w:pPr/>
      <w:r>
        <w:rPr>
          <w:rFonts w:ascii="Times New Roman" w:hAnsi="Times New Roman" w:eastAsia="Times New Roman" w:cs="Times New Roman"/>
          <w:sz w:val="24"/>
        </w:rPr>
        <w:t>THIS FORM IS NOT VALID FOR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Page 2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3</w:t>
      </w:r>
    </w:p>
    <w:p>
      <w:pPr>
        <w:spacing w:before="53" w:after="0"/>
        <w:ind w:firstLine="719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notice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fiduciary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assume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(attorney-in-fact)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/>
    </w:p>
    <w:p>
      <w:pPr/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0" w:after="0"/>
      </w:pPr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Print name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</w:p>
    <w:p>
      <w:pPr/>
    </w:p>
    <w:p>
      <w:pPr/>
    </w:p>
    <w:p>
      <w:pPr/>
    </w:p>
    <w:p>
      <w:pPr>
        <w:spacing w:before="5" w:after="0"/>
      </w:pPr>
    </w:p>
    <w:p>
      <w:pPr>
        <w:spacing w:line="20" w:lineRule="exact"/>
      </w:pPr>
    </w:p>
    <w:p>
      <w:pPr>
        <w:spacing w:line="216" w:lineRule="exact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GIVING AND GRANTING </w:t>
      </w:r>
      <w:r>
        <w:rPr>
          <w:rFonts w:ascii="Times New Roman" w:hAnsi="Times New Roman" w:eastAsia="Times New Roman" w:cs="Times New Roman"/>
          <w:sz w:val="24"/>
        </w:rPr>
        <w:t>unto my said Attorney full power and authority to do and perform all and every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whatsoever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requisite,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appropriate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premises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might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present, 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ratifying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lawfully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cause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virtue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presents.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conferred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cause to be done by virtue of these presents. The power herein conferred upon him/her shall be exercised,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whatever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situate.</w:t>
      </w:r>
    </w:p>
    <w:p>
      <w:pPr>
        <w:ind w:firstLine="719"/>
      </w:pP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empowered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determine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discretion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 when,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manner in which any power herein conferred upon him/her shall be exercised, and the conditions,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covenants of any instrument or document which may be executed by him/her pursuant hereto; and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acquisition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disposition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property,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exclusive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fix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cash,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credit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context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requires,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masculine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feminine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neuter,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singular number includes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plural.</w:t>
      </w:r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WITNESS my hand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_.</w:t>
      </w:r>
    </w:p>
    <w:p>
      <w:pPr/>
    </w:p>
    <w:p>
      <w:pPr/>
    </w:p>
    <w:p>
      <w:pPr/>
    </w:p>
    <w:p>
      <w:pPr>
        <w:spacing w:before="3" w:after="0"/>
      </w:pPr>
    </w:p>
    <w:p>
      <w:pPr>
        <w:spacing w:line="20" w:lineRule="exact"/>
      </w:pPr>
    </w:p>
    <w:p>
      <w:pPr>
        <w:spacing w:before="5" w:after="0"/>
      </w:pPr>
    </w:p>
    <w:p>
      <w:pPr>
        <w:spacing w:line="1725" w:lineRule="exact"/>
      </w:pPr>
    </w:p>
    <w:p>
      <w:pPr>
        <w:spacing w:before="2" w:after="0"/>
      </w:pPr>
    </w:p>
    <w:p>
      <w:pPr>
        <w:spacing w:before="73" w:after="0" w:line="480" w:lineRule="auto"/>
      </w:pP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CALIFORNIA</w:t>
      </w:r>
    </w:p>
    <w:p>
      <w:pPr>
        <w:spacing w:before="73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before="7" w:after="0"/>
        <w:ind w:firstLine="719"/>
      </w:pPr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_,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 proved to me on the basis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satisfactory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is/are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subscribed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 me  that  he/she/they  executed  the  same  in  his/her/their  authorized  capacity,  and  that 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                  </w:t>
      </w:r>
      <w:r>
        <w:rPr>
          <w:rFonts w:ascii="Times New Roman" w:hAnsi="Times New Roman" w:eastAsia="Times New Roman" w:cs="Times New Roman"/>
          <w:sz w:val="24"/>
        </w:rPr>
        <w:t>his/her/their signature(s) on the instrument the person(s), or the entity upon behalf of which the persons(s)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acted,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instrument.</w:t>
      </w:r>
    </w:p>
    <w:p>
      <w:pPr>
        <w:spacing w:before="6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certify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PENALTY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PERJURY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California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paragraph is true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correct.</w:t>
      </w:r>
    </w:p>
    <w:p>
      <w:pPr>
        <w:spacing w:before="8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Signature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(Seal)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