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0" w:line="240" w:lineRule="auto"/>
        <w:jc w:val="center"/>
      </w:pPr>
      <w:r>
        <w:rPr>
          <w:rFonts w:ascii="Times New Roman" w:hAnsi="Times New Roman" w:eastAsia="Times New Roman" w:cs="Times New Roman"/>
          <w:b/>
          <w:sz w:val="24"/>
        </w:rPr>
        <w:t>CALIFORNIA 14-DAY LEASE TERMINATION NOTICE</w:t>
      </w:r>
    </w:p>
    <w:p>
      <w:pPr>
        <w:spacing w:before="0" w:after="0" w:line="240" w:lineRule="auto"/>
        <w:jc w:val="center"/>
      </w:pPr>
      <w:r>
        <w:rPr>
          <w:rFonts w:ascii="Times New Roman" w:hAnsi="Times New Roman" w:eastAsia="Times New Roman" w:cs="Times New Roman"/>
          <w:sz w:val="24"/>
        </w:rPr>
        <w:t>(DOMESTIC VIOLENCE OR RELATED ACTS)</w:t>
      </w:r>
    </w:p>
    <w:p>
      <w:pPr>
        <w:spacing w:before="0" w:after="0" w:line="240" w:lineRule="auto"/>
      </w:pPr>
    </w:p>
    <w:p>
      <w:pPr>
        <w:spacing w:before="0" w:after="0" w:line="240" w:lineRule="auto"/>
      </w:pPr>
      <w:r>
        <w:rPr>
          <w:rFonts w:ascii="Times New Roman" w:hAnsi="Times New Roman" w:eastAsia="Times New Roman" w:cs="Times New Roman"/>
          <w:sz w:val="24"/>
        </w:rPr>
        <w:t xml:space="preserve">Date: </w:t>
      </w:r>
      <w:r>
        <w:rPr>
          <w:rFonts w:ascii="Times New Roman" w:hAnsi="Times New Roman" w:eastAsia="Times New Roman" w:cs="Times New Roman"/>
          <w:sz w:val="24"/>
        </w:rPr>
        <w:t>[DATE]</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Property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[PROPERTY ADDRESS]</w:t>
      </w:r>
      <w:r>
        <w:rPr>
          <w:rFonts w:ascii="Times New Roman" w:hAnsi="Times New Roman" w:eastAsia="Times New Roman" w:cs="Times New Roman"/>
          <w:sz w:val="24"/>
        </w:rPr>
        <w:t xml:space="preserve"> (“Premises”)</w:t>
      </w:r>
    </w:p>
    <w:p>
      <w:pPr>
        <w:spacing w:before="0" w:after="0" w:line="240" w:lineRule="auto"/>
      </w:pPr>
    </w:p>
    <w:p>
      <w:pPr>
        <w:spacing w:before="0" w:after="0" w:line="240" w:lineRule="auto"/>
      </w:pPr>
      <w:r>
        <w:rPr>
          <w:rFonts w:ascii="Times New Roman" w:hAnsi="Times New Roman" w:eastAsia="Times New Roman" w:cs="Times New Roman"/>
          <w:sz w:val="24"/>
        </w:rPr>
        <w:t>Lease Start Date</w:t>
      </w:r>
      <w:r>
        <w:rPr>
          <w:rFonts w:ascii="Times New Roman" w:hAnsi="Times New Roman" w:eastAsia="Times New Roman" w:cs="Times New Roman"/>
          <w:sz w:val="24"/>
        </w:rPr>
        <w:t xml:space="preserve">: </w:t>
      </w:r>
      <w:r>
        <w:rPr>
          <w:rFonts w:ascii="Times New Roman" w:hAnsi="Times New Roman" w:eastAsia="Times New Roman" w:cs="Times New Roman"/>
          <w:sz w:val="24"/>
        </w:rPr>
        <w:t>[LEASE START DATE]</w:t>
      </w:r>
      <w:r>
        <w:rPr>
          <w:rFonts w:ascii="Times New Roman" w:hAnsi="Times New Roman" w:eastAsia="Times New Roman" w:cs="Times New Roman"/>
          <w:sz w:val="24"/>
        </w:rPr>
        <w:t xml:space="preserve"> (“Lease”)</w:t>
      </w:r>
    </w:p>
    <w:p>
      <w:pPr>
        <w:spacing w:before="0" w:after="0" w:line="240" w:lineRule="auto"/>
      </w:pPr>
    </w:p>
    <w:p>
      <w:pPr>
        <w:spacing w:before="0" w:after="0" w:line="240" w:lineRule="auto"/>
      </w:pPr>
      <w:r>
        <w:rPr>
          <w:rFonts w:ascii="Times New Roman" w:hAnsi="Times New Roman" w:eastAsia="Times New Roman" w:cs="Times New Roman"/>
          <w:sz w:val="24"/>
        </w:rPr>
        <w:t>Last Day on the Premises</w:t>
      </w:r>
      <w:r>
        <w:rPr>
          <w:rFonts w:ascii="Times New Roman" w:hAnsi="Times New Roman" w:eastAsia="Times New Roman" w:cs="Times New Roman"/>
          <w:sz w:val="24"/>
        </w:rPr>
        <w:t xml:space="preserve">: </w:t>
      </w:r>
      <w:r>
        <w:rPr>
          <w:rFonts w:ascii="Times New Roman" w:hAnsi="Times New Roman" w:eastAsia="Times New Roman" w:cs="Times New Roman"/>
          <w:sz w:val="24"/>
        </w:rPr>
        <w:t>[LAST DAY ON PREMISES]</w:t>
      </w:r>
    </w:p>
    <w:p>
      <w:pPr>
        <w:spacing w:before="0" w:after="0" w:line="240" w:lineRule="auto"/>
      </w:pPr>
    </w:p>
    <w:p>
      <w:pPr>
        <w:spacing w:before="0" w:after="0" w:line="240" w:lineRule="auto"/>
      </w:pPr>
      <w:r>
        <w:rPr>
          <w:rFonts w:ascii="Times New Roman" w:hAnsi="Times New Roman" w:eastAsia="Times New Roman" w:cs="Times New Roman"/>
          <w:b/>
          <w:sz w:val="24"/>
        </w:rPr>
        <w:t>Reason for Termination</w:t>
      </w:r>
      <w:r>
        <w:rPr>
          <w:rFonts w:ascii="Times New Roman" w:hAnsi="Times New Roman" w:eastAsia="Times New Roman" w:cs="Times New Roman"/>
          <w:sz w:val="24"/>
        </w:rPr>
        <w:t>: (check one)</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Domestic violence.</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Sexual assault.</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Stalking.</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Human trafficking.</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Abuse of an elder or a dependent adult.</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A crime that caused bodily injury or death.</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A crime that included the exhibition, drawing, brandishing, or use of a firearm or other deadly weapon or instrument.</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A crime that included the use of force against the victim or a threat of force against the victim.</w:t>
      </w:r>
    </w:p>
    <w:p>
      <w:pPr>
        <w:spacing w:before="0" w:after="0" w:line="240" w:lineRule="auto"/>
      </w:pPr>
    </w:p>
    <w:p>
      <w:pPr>
        <w:spacing w:before="0" w:after="0" w:line="240" w:lineRule="auto"/>
      </w:pPr>
      <w:r>
        <w:rPr>
          <w:rFonts w:ascii="Times New Roman" w:hAnsi="Times New Roman" w:eastAsia="Times New Roman" w:cs="Times New Roman"/>
          <w:b/>
          <w:sz w:val="24"/>
        </w:rPr>
        <w:t>Required Attachment</w:t>
      </w:r>
      <w:r>
        <w:rPr>
          <w:rFonts w:ascii="Times New Roman" w:hAnsi="Times New Roman" w:eastAsia="Times New Roman" w:cs="Times New Roman"/>
          <w:sz w:val="24"/>
        </w:rPr>
        <w:t>: (check one)</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Court Document</w:t>
      </w:r>
      <w:r>
        <w:rPr>
          <w:rFonts w:ascii="Times New Roman" w:hAnsi="Times New Roman" w:eastAsia="Times New Roman" w:cs="Times New Roman"/>
          <w:sz w:val="24"/>
        </w:rPr>
        <w:t>. A copy of a temporary restraining order, emergency protective order, or protective order.</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Written Report by a Peace Officer</w:t>
      </w:r>
      <w:r>
        <w:rPr>
          <w:rFonts w:ascii="Times New Roman" w:hAnsi="Times New Roman" w:eastAsia="Times New Roman" w:cs="Times New Roman"/>
          <w:sz w:val="24"/>
        </w:rPr>
        <w:t>. A copy of a written report by a peace officer employed by a state or local law enforcement agency acting in the peace officer’s official capacity stating that the tenant, household member, or immediate family member has filed a report alleging that the tenant, the household member, or the immediate family member is a victim of an act or crime; or</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Third-Party Documentation</w:t>
      </w:r>
      <w:r>
        <w:rPr>
          <w:rFonts w:ascii="Times New Roman" w:hAnsi="Times New Roman" w:eastAsia="Times New Roman" w:cs="Times New Roman"/>
          <w:sz w:val="24"/>
        </w:rPr>
        <w:t>. Documentation from a qualified third party based on information received by that third party while acting in the third party’s professional capacity to indicate that the tenant, household member, or immediate family member is seeking assistance for physical or mental injuries or abuse resulting from an act or crime.</w:t>
      </w:r>
    </w:p>
    <w:p>
      <w:pPr>
        <w:spacing w:before="0" w:after="0" w:line="240" w:lineRule="auto"/>
      </w:pPr>
    </w:p>
    <w:p>
      <w:pPr>
        <w:spacing w:before="0" w:after="0" w:line="240" w:lineRule="auto"/>
      </w:pPr>
      <w:r>
        <w:rPr>
          <w:rFonts w:ascii="Times New Roman" w:hAnsi="Times New Roman" w:eastAsia="Times New Roman" w:cs="Times New Roman"/>
          <w:sz w:val="24"/>
        </w:rPr>
        <w:t xml:space="preserve">Tenant Signature: </w:t>
      </w:r>
      <w:r>
        <w:rPr>
          <w:rFonts w:ascii="Times New Roman" w:hAnsi="Times New Roman" w:eastAsia="Times New Roman" w:cs="Times New Roman"/>
          <w:sz w:val="24"/>
        </w:rPr>
        <w:t>________________________</w:t>
      </w:r>
      <w:r>
        <w:rPr>
          <w:rFonts w:ascii="Times New Roman" w:hAnsi="Times New Roman" w:eastAsia="Times New Roman" w:cs="Times New Roman"/>
          <w:sz w:val="24"/>
        </w:rPr>
        <w:t xml:space="preserve"> Date: __________________</w:t>
      </w:r>
    </w:p>
    <w:p>
      <w:pPr>
        <w:spacing w:before="0" w:after="0" w:line="240" w:lineRule="auto"/>
        <w:jc w:val="center"/>
      </w:pPr>
      <w:r>
        <w:rPr>
          <w:rFonts w:ascii="Times New Roman" w:hAnsi="Times New Roman" w:eastAsia="Times New Roman" w:cs="Times New Roman"/>
          <w:b/>
          <w:sz w:val="24"/>
        </w:rPr>
        <w:t>AFFIDAVIT OF SERVICE</w:t>
      </w:r>
    </w:p>
    <w:p>
      <w:pPr>
        <w:spacing w:before="0" w:after="0" w:line="240" w:lineRule="auto"/>
      </w:pPr>
    </w:p>
    <w:p>
      <w:pPr>
        <w:spacing w:before="0" w:after="0" w:line="240" w:lineRule="auto"/>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spacing w:before="0" w:after="0" w:line="240" w:lineRule="auto"/>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spacing w:before="0" w:after="0" w:line="240" w:lineRule="auto"/>
      </w:pPr>
    </w:p>
    <w:p>
      <w:pPr>
        <w:spacing w:before="0" w:after="0" w:line="240" w:lineRule="auto"/>
      </w:pPr>
      <w:r>
        <w:rPr>
          <w:rFonts w:ascii="Times New Roman" w:hAnsi="Times New Roman" w:eastAsia="Times New Roman" w:cs="Times New Roman"/>
          <w:sz w:val="24"/>
        </w:rPr>
        <w:t xml:space="preserve">Date: </w:t>
      </w:r>
      <w:r>
        <w:rPr>
          <w:rFonts w:ascii="Times New Roman" w:hAnsi="Times New Roman" w:eastAsia="Times New Roman" w:cs="Times New Roman"/>
          <w:sz w:val="24"/>
        </w:rPr>
        <w:t>[DATE]</w:t>
      </w:r>
    </w:p>
    <w:p>
      <w:pPr>
        <w:spacing w:before="0" w:after="0" w:line="240" w:lineRule="auto"/>
      </w:pPr>
    </w:p>
    <w:p>
      <w:pPr>
        <w:spacing w:before="0" w:after="0" w:line="240" w:lineRule="auto"/>
      </w:pPr>
      <w:r>
        <w:rPr>
          <w:rFonts w:ascii="Times New Roman" w:hAnsi="Times New Roman" w:eastAsia="Times New Roman" w:cs="Times New Roman"/>
          <w:b/>
          <w:sz w:val="24"/>
        </w:rPr>
        <w:t>SERVER</w:t>
      </w:r>
      <w:r>
        <w:rPr>
          <w:rFonts w:ascii="Times New Roman" w:hAnsi="Times New Roman" w:eastAsia="Times New Roman" w:cs="Times New Roman"/>
          <w:sz w:val="24"/>
        </w:rPr>
        <w:t xml:space="preserve">. I, </w:t>
      </w:r>
      <w:r>
        <w:rPr>
          <w:rFonts w:ascii="Times New Roman" w:hAnsi="Times New Roman" w:eastAsia="Times New Roman" w:cs="Times New Roman"/>
          <w:sz w:val="24"/>
        </w:rPr>
        <w:t>[SERVER'S NAME]</w:t>
      </w:r>
      <w:r>
        <w:rPr>
          <w:rFonts w:ascii="Times New Roman" w:hAnsi="Times New Roman" w:eastAsia="Times New Roman" w:cs="Times New Roman"/>
          <w:sz w:val="24"/>
        </w:rPr>
        <w:t xml:space="preserve"> (“Server”), declare under penalty of perjury that a notice for eviction was delivered and served in the following manner:</w:t>
      </w:r>
    </w:p>
    <w:p>
      <w:pPr>
        <w:spacing w:before="0" w:after="0" w:line="240" w:lineRule="auto"/>
      </w:pPr>
    </w:p>
    <w:p>
      <w:pPr>
        <w:spacing w:before="0" w:after="0" w:line="240" w:lineRule="auto"/>
      </w:pPr>
      <w:r>
        <w:rPr>
          <w:rFonts w:ascii="Times New Roman" w:hAnsi="Times New Roman" w:eastAsia="Times New Roman" w:cs="Times New Roman"/>
          <w:b/>
          <w:sz w:val="24"/>
        </w:rPr>
        <w:t>RECIPIENT</w:t>
      </w:r>
      <w:r>
        <w:rPr>
          <w:rFonts w:ascii="Times New Roman" w:hAnsi="Times New Roman" w:eastAsia="Times New Roman" w:cs="Times New Roman"/>
          <w:sz w:val="24"/>
        </w:rPr>
        <w:t>. The notice for eviction was delivered to:</w:t>
      </w:r>
    </w:p>
    <w:p>
      <w:pPr>
        <w:spacing w:before="0" w:after="0" w:line="240" w:lineRule="auto"/>
      </w:pPr>
      <w:r>
        <w:rPr>
          <w:rFonts w:ascii="Times New Roman" w:hAnsi="Times New Roman" w:eastAsia="Times New Roman" w:cs="Times New Roman"/>
          <w:sz w:val="24"/>
        </w:rPr>
        <w:t xml:space="preserve">Defendant/Respondent: </w:t>
      </w:r>
      <w:r>
        <w:rPr>
          <w:rFonts w:ascii="Times New Roman" w:hAnsi="Times New Roman" w:eastAsia="Times New Roman" w:cs="Times New Roman"/>
          <w:sz w:val="24"/>
        </w:rPr>
        <w:t>[RECIPIENT'S NAME]</w:t>
      </w:r>
      <w:r>
        <w:rPr>
          <w:rFonts w:ascii="Times New Roman" w:hAnsi="Times New Roman" w:eastAsia="Times New Roman" w:cs="Times New Roman"/>
          <w:sz w:val="24"/>
        </w:rPr>
        <w:t xml:space="preserve"> (“Recipient”)</w:t>
      </w:r>
    </w:p>
    <w:p>
      <w:pPr>
        <w:spacing w:before="0" w:after="0" w:line="240" w:lineRule="auto"/>
      </w:pPr>
      <w:r>
        <w:rPr>
          <w:rFonts w:ascii="Times New Roman" w:hAnsi="Times New Roman" w:eastAsia="Times New Roman" w:cs="Times New Roman"/>
          <w:sz w:val="24"/>
        </w:rPr>
        <w:t xml:space="preserve">Address/Location: </w:t>
      </w:r>
      <w:r>
        <w:rPr>
          <w:rFonts w:ascii="Times New Roman" w:hAnsi="Times New Roman" w:eastAsia="Times New Roman" w:cs="Times New Roman"/>
          <w:sz w:val="24"/>
        </w:rPr>
        <w:t>[ADDRESS/LOCATION]</w:t>
      </w:r>
    </w:p>
    <w:p>
      <w:pPr>
        <w:spacing w:before="0" w:after="0" w:line="240" w:lineRule="auto"/>
      </w:pPr>
      <w:r>
        <w:rPr>
          <w:rFonts w:ascii="Times New Roman" w:hAnsi="Times New Roman" w:eastAsia="Times New Roman" w:cs="Times New Roman"/>
          <w:sz w:val="24"/>
        </w:rPr>
        <w:t xml:space="preserve">Date: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Time: </w:t>
      </w:r>
      <w:r>
        <w:rPr>
          <w:rFonts w:ascii="Times New Roman" w:hAnsi="Times New Roman" w:eastAsia="Times New Roman" w:cs="Times New Roman"/>
          <w:sz w:val="24"/>
        </w:rPr>
        <w:t>[TIME]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AM </w:t>
      </w:r>
      <w:r>
        <w:rPr>
          <w:rFonts w:ascii="Times New Roman" w:hAnsi="Times New Roman" w:eastAsia="Times New Roman" w:cs="Times New Roman"/>
          <w:sz w:val="24"/>
        </w:rPr>
        <w:t xml:space="preserve"> PM</w:t>
      </w:r>
    </w:p>
    <w:p>
      <w:pPr>
        <w:spacing w:before="0" w:after="0" w:line="240" w:lineRule="auto"/>
      </w:pPr>
    </w:p>
    <w:p>
      <w:pPr>
        <w:spacing w:before="0" w:after="0" w:line="240" w:lineRule="auto"/>
      </w:pPr>
      <w:r>
        <w:rPr>
          <w:rFonts w:ascii="Times New Roman" w:hAnsi="Times New Roman" w:eastAsia="Times New Roman" w:cs="Times New Roman"/>
          <w:b/>
          <w:sz w:val="24"/>
        </w:rPr>
        <w:t>DELIVERY</w:t>
      </w:r>
      <w:r>
        <w:rPr>
          <w:rFonts w:ascii="Times New Roman" w:hAnsi="Times New Roman" w:eastAsia="Times New Roman" w:cs="Times New Roman"/>
          <w:sz w:val="24"/>
        </w:rPr>
        <w:t>. The Recipient received the eviction notice by: (check one)</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Mail</w:t>
      </w:r>
      <w:r>
        <w:rPr>
          <w:rFonts w:ascii="Times New Roman" w:hAnsi="Times New Roman" w:eastAsia="Times New Roman" w:cs="Times New Roman"/>
          <w:sz w:val="24"/>
        </w:rPr>
        <w:t>. The Server sent the eviction notice in the mail by: (check one)</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Standard Mail</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Certified Mail (with return receipt)</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FedEx</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UPS</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Direct Service</w:t>
      </w:r>
      <w:r>
        <w:rPr>
          <w:rFonts w:ascii="Times New Roman" w:hAnsi="Times New Roman" w:eastAsia="Times New Roman" w:cs="Times New Roman"/>
          <w:sz w:val="24"/>
        </w:rPr>
        <w:t>. The Server handed the eviction notice to a person identified as the Recipient.</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Someone at the Residence</w:t>
      </w:r>
      <w:r>
        <w:rPr>
          <w:rFonts w:ascii="Times New Roman" w:hAnsi="Times New Roman" w:eastAsia="Times New Roman" w:cs="Times New Roman"/>
          <w:sz w:val="24"/>
        </w:rPr>
        <w:t xml:space="preserve">. The Server handed the eviction notice to someone who identified as living at the residence and stated their name is: </w:t>
      </w:r>
      <w:r>
        <w:rPr>
          <w:rFonts w:ascii="Times New Roman" w:hAnsi="Times New Roman" w:eastAsia="Times New Roman" w:cs="Times New Roman"/>
          <w:sz w:val="24"/>
        </w:rPr>
        <w:t>[INDIVIDUAL'S NAME]</w:t>
      </w:r>
      <w:r>
        <w:rPr>
          <w:rFonts w:ascii="Times New Roman" w:hAnsi="Times New Roman" w:eastAsia="Times New Roman" w:cs="Times New Roman"/>
          <w:sz w:val="24"/>
        </w:rPr>
        <w:t>.</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Someone at the Workplace</w:t>
      </w:r>
      <w:r>
        <w:rPr>
          <w:rFonts w:ascii="Times New Roman" w:hAnsi="Times New Roman" w:eastAsia="Times New Roman" w:cs="Times New Roman"/>
          <w:sz w:val="24"/>
        </w:rPr>
        <w:t xml:space="preserve">. The Server handed the eviction notice to someone who identified to be the Recipient’s co-worker and stated their name is: </w:t>
      </w:r>
      <w:r>
        <w:rPr>
          <w:rFonts w:ascii="Times New Roman" w:hAnsi="Times New Roman" w:eastAsia="Times New Roman" w:cs="Times New Roman"/>
          <w:sz w:val="24"/>
        </w:rPr>
        <w:t>[INDIVIDUAL'S NAME]</w:t>
      </w:r>
      <w:r>
        <w:rPr>
          <w:rFonts w:ascii="Times New Roman" w:hAnsi="Times New Roman" w:eastAsia="Times New Roman" w:cs="Times New Roman"/>
          <w:sz w:val="24"/>
        </w:rPr>
        <w:t>.</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Leaving at the Residence</w:t>
      </w:r>
      <w:r>
        <w:rPr>
          <w:rFonts w:ascii="Times New Roman" w:hAnsi="Times New Roman" w:eastAsia="Times New Roman" w:cs="Times New Roman"/>
          <w:sz w:val="24"/>
        </w:rPr>
        <w:t xml:space="preserve">. The Server left the eviction notice in the following area: </w:t>
      </w:r>
      <w:r>
        <w:rPr>
          <w:rFonts w:ascii="Times New Roman" w:hAnsi="Times New Roman" w:eastAsia="Times New Roman" w:cs="Times New Roman"/>
          <w:sz w:val="24"/>
        </w:rPr>
        <w:t>[DESCRIBE WHERE THE NOTICE WAS PLACED]</w:t>
      </w:r>
      <w:r>
        <w:rPr>
          <w:rFonts w:ascii="Times New Roman" w:hAnsi="Times New Roman" w:eastAsia="Times New Roman" w:cs="Times New Roman"/>
          <w:sz w:val="24"/>
        </w:rPr>
        <w:t>.</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Recipient Rejected Delivery</w:t>
      </w:r>
      <w:r>
        <w:rPr>
          <w:rFonts w:ascii="Times New Roman" w:hAnsi="Times New Roman" w:eastAsia="Times New Roman" w:cs="Times New Roman"/>
          <w:sz w:val="24"/>
        </w:rPr>
        <w:t>. The Server delivered the eviction notice to the Recipient in-person and did not accept delivery.</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 METHOD OF DELIVERY]</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b/>
          <w:sz w:val="24"/>
        </w:rPr>
        <w:t>VERIFICATION</w:t>
      </w:r>
      <w:r>
        <w:rPr>
          <w:rFonts w:ascii="Times New Roman" w:hAnsi="Times New Roman" w:eastAsia="Times New Roman" w:cs="Times New Roman"/>
          <w:sz w:val="24"/>
        </w:rPr>
        <w:t>. I declare under penalty of perjury under the laws located in this State that the foregoing is true and correct.</w:t>
      </w:r>
    </w:p>
    <w:p>
      <w:pPr>
        <w:spacing w:before="0" w:after="0" w:line="240" w:lineRule="auto"/>
      </w:pPr>
    </w:p>
    <w:p>
      <w:pPr>
        <w:spacing w:before="0" w:after="0" w:line="240" w:lineRule="auto"/>
      </w:pPr>
      <w:r>
        <w:rPr>
          <w:rFonts w:ascii="Times New Roman" w:hAnsi="Times New Roman" w:eastAsia="Times New Roman" w:cs="Times New Roman"/>
          <w:b/>
          <w:sz w:val="24"/>
        </w:rPr>
        <w:t>Server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w:t>
      </w:r>
      <w:r>
        <w:rPr>
          <w:rFonts w:ascii="Times New Roman" w:hAnsi="Times New Roman" w:eastAsia="Times New Roman" w:cs="Times New Roman"/>
          <w:sz w:val="24"/>
        </w:rPr>
        <w:t xml:space="preserve"> Date: ______________</w:t>
      </w:r>
    </w:p>
    <w:p>
      <w:pPr>
        <w:spacing w:before="0" w:after="0" w:line="240" w:lineRule="auto"/>
      </w:pPr>
      <w:r>
        <w:rPr>
          <w:rFonts w:ascii="Times New Roman" w:hAnsi="Times New Roman" w:eastAsia="Times New Roman" w:cs="Times New Roman"/>
          <w:sz w:val="24"/>
        </w:rPr>
        <w:t>Print Name: 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