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CALIFORNIA 3-DAY NOTICE TO QUIT</w:t>
      </w:r>
    </w:p>
    <w:p>
      <w:pPr>
        <w:spacing w:before="0" w:after="0" w:line="240" w:lineRule="auto"/>
        <w:jc w:val="center"/>
      </w:pPr>
      <w:r>
        <w:rPr>
          <w:rFonts w:ascii="Times New Roman" w:hAnsi="Times New Roman" w:eastAsia="Times New Roman" w:cs="Times New Roman"/>
          <w:sz w:val="24"/>
        </w:rPr>
        <w:t>(TERMINATION NOTICE)</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which includes any other residence, occupants, or individuals on the Premises (“Tenant”).</w:t>
      </w:r>
    </w:p>
    <w:p>
      <w:pPr>
        <w:spacing w:before="0" w:after="0" w:line="240" w:lineRule="auto"/>
      </w:pPr>
    </w:p>
    <w:p>
      <w:pPr>
        <w:spacing w:before="0" w:after="0" w:line="240" w:lineRule="auto"/>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spacing w:before="0" w:after="0" w:line="240" w:lineRule="auto"/>
      </w:pPr>
    </w:p>
    <w:p>
      <w:pPr>
        <w:spacing w:before="0" w:after="0" w:line="240" w:lineRule="auto"/>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spacing w:before="0" w:after="0" w:line="240" w:lineRule="auto"/>
      </w:pPr>
    </w:p>
    <w:p>
      <w:pPr>
        <w:spacing w:before="0" w:after="0" w:line="240" w:lineRule="auto"/>
      </w:pPr>
      <w:r>
        <w:rPr>
          <w:rFonts w:ascii="Times New Roman" w:hAnsi="Times New Roman" w:eastAsia="Times New Roman" w:cs="Times New Roman"/>
          <w:sz w:val="24"/>
        </w:rPr>
        <w:t>You are hereby in breach of the terms of your Lease due to the following event(s):</w:t>
      </w:r>
    </w:p>
    <w:p>
      <w:pPr>
        <w:spacing w:before="0" w:after="0" w:line="240" w:lineRule="auto"/>
      </w:pPr>
    </w:p>
    <w:p>
      <w:pPr>
        <w:spacing w:before="0" w:after="0" w:line="240" w:lineRule="auto"/>
      </w:pPr>
      <w:r>
        <w:rPr>
          <w:rFonts w:ascii="Times New Roman" w:hAnsi="Times New Roman" w:eastAsia="Times New Roman" w:cs="Times New Roman"/>
          <w:sz w:val="24"/>
        </w:rPr>
        <w:t>Within three (3) days after the service of this notice, you are required to vacate and deliver possession of the Premises to the Landlord. If you fail to vacate and deliver possession of the Premises within the notice period, legal proceedings may be initiated to regain possession of the Premises and to recover rent owed, treble damages, and attorney fees.</w:t>
      </w:r>
    </w:p>
    <w:p>
      <w:pPr>
        <w:spacing w:before="0" w:after="0" w:line="240" w:lineRule="auto"/>
      </w:pPr>
    </w:p>
    <w:p>
      <w:pPr>
        <w:spacing w:before="0" w:after="0" w:line="240" w:lineRule="auto"/>
      </w:pPr>
      <w:r>
        <w:rPr>
          <w:rFonts w:ascii="Times New Roman" w:hAnsi="Times New Roman" w:eastAsia="Times New Roman" w:cs="Times New Roman"/>
          <w:sz w:val="24"/>
        </w:rPr>
        <w:t>It is recorded herein that the Landlord elects to declare and forfeiture of your Lease. In accordance with California Civil Code § 1951.2, the Landlord is entitled to collect losses from rental income.</w:t>
      </w:r>
    </w:p>
    <w:p>
      <w:pPr>
        <w:spacing w:before="0" w:after="0" w:line="240" w:lineRule="auto"/>
      </w:pPr>
    </w:p>
    <w:p>
      <w:pPr>
        <w:spacing w:before="0" w:after="0" w:line="240" w:lineRule="auto"/>
      </w:pPr>
      <w:r>
        <w:rPr>
          <w:rFonts w:ascii="Times New Roman" w:hAnsi="Times New Roman" w:eastAsia="Times New Roman" w:cs="Times New Roman"/>
          <w:sz w:val="24"/>
        </w:rPr>
        <w:t xml:space="preserve">Landlord Signature: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__________________</w:t>
      </w:r>
    </w:p>
    <w:p>
      <w:pPr>
        <w:spacing w:before="0" w:after="0" w:line="240" w:lineRule="auto"/>
      </w:pPr>
      <w:r>
        <w:rPr>
          <w:rFonts w:ascii="Times New Roman" w:hAnsi="Times New Roman" w:eastAsia="Times New Roman" w:cs="Times New Roman"/>
          <w:sz w:val="24"/>
        </w:rPr>
        <w:t>Print Name: ________________________</w:t>
      </w:r>
    </w:p>
    <w:p>
      <w:pPr>
        <w:spacing w:before="0" w:after="0" w:line="240" w:lineRule="auto"/>
      </w:pPr>
      <w:r>
        <w:rPr>
          <w:rFonts w:ascii="Times New Roman" w:hAnsi="Times New Roman" w:eastAsia="Times New Roman" w:cs="Times New Roman"/>
          <w:sz w:val="24"/>
        </w:rPr>
        <w:t>Address: ________________________________________________</w:t>
      </w:r>
    </w:p>
    <w:p>
      <w:pPr>
        <w:spacing w:before="0" w:after="0" w:line="240" w:lineRule="auto"/>
      </w:pPr>
      <w:r>
        <w:rPr>
          <w:rFonts w:ascii="Times New Roman" w:hAnsi="Times New Roman" w:eastAsia="Times New Roman" w:cs="Times New Roman"/>
          <w:sz w:val="24"/>
        </w:rPr>
        <w:t>Phone: ________________________</w:t>
      </w:r>
    </w:p>
    <w:p>
      <w:pPr>
        <w:spacing w:before="0" w:after="0" w:line="240" w:lineRule="auto"/>
      </w:pPr>
      <w:r>
        <w:rPr>
          <w:rFonts w:ascii="Times New Roman" w:hAnsi="Times New Roman" w:eastAsia="Times New Roman" w:cs="Times New Roman"/>
          <w:sz w:val="24"/>
        </w:rPr>
        <w:t>E-Mail: ________________________</w:t>
      </w:r>
    </w:p>
    <w:p>
      <w:pPr/>
    </w:p>
    <w:p>
      <w:pPr>
        <w:spacing w:before="0" w:after="0" w:line="240" w:lineRule="auto"/>
        <w:jc w:val="center"/>
      </w:pPr>
      <w:r>
        <w:rPr>
          <w:rFonts w:ascii="Times New Roman" w:hAnsi="Times New Roman" w:eastAsia="Times New Roman" w:cs="Times New Roman"/>
          <w:b/>
          <w:sz w:val="24"/>
        </w:rPr>
        <w:t>AFFIDAVIT OF SERVICE</w:t>
      </w:r>
    </w:p>
    <w:p>
      <w:pPr>
        <w:spacing w:before="0" w:after="0" w:line="240" w:lineRule="auto"/>
      </w:pPr>
    </w:p>
    <w:p>
      <w:pPr>
        <w:spacing w:before="0" w:after="0" w:line="240" w:lineRule="auto"/>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spacing w:before="0" w:after="0" w:line="240" w:lineRule="auto"/>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spacing w:before="0" w:after="0" w:line="240" w:lineRule="auto"/>
      </w:pPr>
    </w:p>
    <w:p>
      <w:pPr>
        <w:spacing w:before="0" w:after="0" w:line="240" w:lineRule="auto"/>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spacing w:before="0" w:after="0" w:line="240" w:lineRule="auto"/>
      </w:pPr>
    </w:p>
    <w:p>
      <w:pPr>
        <w:spacing w:before="0" w:after="0" w:line="240" w:lineRule="auto"/>
      </w:pPr>
      <w:r>
        <w:rPr>
          <w:rFonts w:ascii="Times New Roman" w:hAnsi="Times New Roman" w:eastAsia="Times New Roman" w:cs="Times New Roman"/>
          <w:b/>
          <w:sz w:val="24"/>
        </w:rPr>
        <w:t>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spacing w:before="0" w:after="0" w:line="240" w:lineRule="auto"/>
      </w:pPr>
    </w:p>
    <w:p>
      <w:pPr>
        <w:spacing w:before="0" w:after="0" w:line="240" w:lineRule="auto"/>
      </w:pPr>
      <w:r>
        <w:rPr>
          <w:rFonts w:ascii="Times New Roman" w:hAnsi="Times New Roman" w:eastAsia="Times New Roman" w:cs="Times New Roman"/>
          <w:b/>
          <w:sz w:val="24"/>
        </w:rPr>
        <w:t>RECIPIENT</w:t>
      </w:r>
      <w:r>
        <w:rPr>
          <w:rFonts w:ascii="Times New Roman" w:hAnsi="Times New Roman" w:eastAsia="Times New Roman" w:cs="Times New Roman"/>
          <w:sz w:val="24"/>
        </w:rPr>
        <w:t>. The notice for eviction was delivered to:</w:t>
      </w:r>
    </w:p>
    <w:p>
      <w:pPr>
        <w:spacing w:before="0" w:after="0" w:line="240" w:lineRule="auto"/>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spacing w:before="0" w:after="0" w:line="240" w:lineRule="auto"/>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spacing w:before="0" w:after="0" w:line="240" w:lineRule="auto"/>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spacing w:before="0" w:after="0" w:line="240" w:lineRule="auto"/>
      </w:pPr>
    </w:p>
    <w:p>
      <w:pPr>
        <w:spacing w:before="0" w:after="0" w:line="240" w:lineRule="auto"/>
      </w:pPr>
      <w:r>
        <w:rPr>
          <w:rFonts w:ascii="Times New Roman" w:hAnsi="Times New Roman" w:eastAsia="Times New Roman" w:cs="Times New Roman"/>
          <w:b/>
          <w:sz w:val="24"/>
        </w:rPr>
        <w:t>DELIVERY</w:t>
      </w:r>
      <w:r>
        <w:rPr>
          <w:rFonts w:ascii="Times New Roman" w:hAnsi="Times New Roman" w:eastAsia="Times New Roman" w:cs="Times New Roman"/>
          <w:sz w:val="24"/>
        </w:rPr>
        <w:t>. The Recipient received the eviction notice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spacing w:before="0" w:after="0" w:line="240" w:lineRule="auto"/>
      </w:pPr>
    </w:p>
    <w:p>
      <w:pPr>
        <w:spacing w:before="0" w:after="0" w:line="240" w:lineRule="auto"/>
      </w:pPr>
      <w:r>
        <w:rPr>
          <w:rFonts w:ascii="Times New Roman" w:hAnsi="Times New Roman" w:eastAsia="Times New Roman" w:cs="Times New Roman"/>
          <w:b/>
          <w:sz w:val="24"/>
        </w:rPr>
        <w:t>VERIFICATION</w:t>
      </w:r>
      <w:r>
        <w:rPr>
          <w:rFonts w:ascii="Times New Roman" w:hAnsi="Times New Roman" w:eastAsia="Times New Roman" w:cs="Times New Roman"/>
          <w:sz w:val="24"/>
        </w:rPr>
        <w:t>. I declare under penalty of perjury under the laws located in this State that the foregoing is true and correct.</w:t>
      </w:r>
    </w:p>
    <w:p>
      <w:pPr>
        <w:spacing w:before="0" w:after="0" w:line="240" w:lineRule="auto"/>
      </w:pPr>
    </w:p>
    <w:p>
      <w:pPr>
        <w:spacing w:before="0" w:after="0" w:line="240" w:lineRule="auto"/>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spacing w:before="0" w:after="0" w:line="240" w:lineRule="auto"/>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