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jc w:val="center"/>
      </w:pPr>
      <w:r>
        <w:rPr>
          <w:rFonts w:ascii="Times New Roman" w:hAnsi="Times New Roman" w:eastAsia="Times New Roman" w:cs="Times New Roman"/>
          <w:b/>
          <w:sz w:val="24"/>
        </w:rPr>
        <w:t>CALIFORNIA ESTATE PLANNING CHECKLIST</w:t>
      </w:r>
    </w:p>
    <w:p>
      <w:pPr>
        <w:spacing w:before="0" w:after="240"/>
        <w:jc w:val="center"/>
      </w:pPr>
    </w:p>
    <w:p>
      <w:pPr>
        <w:spacing w:before="200" w:after="200"/>
      </w:pPr>
      <w:r>
        <w:rPr>
          <w:rFonts w:ascii="Times New Roman" w:hAnsi="Times New Roman" w:eastAsia="Times New Roman" w:cs="Times New Roman"/>
          <w:sz w:val="24"/>
        </w:rPr>
        <w:t>The information available in the guide below can be used to adequately prepare an estate before death and ensure that one’s best interests are protected in medical emergencies resulting in incapacity. Before completing any paperwork provided in the checklist, the estate owner (a.k.a. the “principal”) is encouraged to seek legal counsel to determine whether the documents are well suited for their lifestyle and financial needs.</w:t>
      </w:r>
    </w:p>
    <w:p>
      <w:pPr>
        <w:spacing w:before="200" w:after="200" w:line="360" w:lineRule="exact"/>
      </w:pPr>
      <w:r>
        <w:rPr>
          <w:rFonts w:ascii="Times New Roman" w:hAnsi="Times New Roman" w:eastAsia="Times New Roman" w:cs="Times New Roman"/>
          <w:b/>
          <w:sz w:val="24"/>
        </w:rPr>
        <w:t>Step 1 – Define Medical Requests</w:t>
      </w:r>
    </w:p>
    <w:p>
      <w:pPr>
        <w:spacing w:before="200" w:after="200"/>
      </w:pPr>
      <w:r>
        <w:rPr>
          <w:rFonts w:ascii="Times New Roman" w:hAnsi="Times New Roman" w:eastAsia="Times New Roman" w:cs="Times New Roman"/>
          <w:sz w:val="24"/>
        </w:rPr>
        <w:t xml:space="preserve">It is imperative that the principal defines the medical treatment they wish to receive upon the occurrence of a condition that prevents them from making their own decisions. Part of preparing for such situations requires the selection of a </w:t>
      </w:r>
      <w:r>
        <w:rPr>
          <w:rFonts w:ascii="Times New Roman" w:hAnsi="Times New Roman" w:eastAsia="Times New Roman" w:cs="Times New Roman"/>
          <w:b/>
          <w:sz w:val="24"/>
        </w:rPr>
        <w:t xml:space="preserve">health care agent </w:t>
      </w:r>
      <w:r>
        <w:rPr>
          <w:rFonts w:ascii="Times New Roman" w:hAnsi="Times New Roman" w:eastAsia="Times New Roman" w:cs="Times New Roman"/>
          <w:sz w:val="24"/>
        </w:rPr>
        <w:t>who will act on the principal’s behalf and communicate their health care requests. To officially appoint a health care agent, the principal will need to complete an Advanced Health Care Directive which includes a Medical Power of Attorney.</w:t>
      </w:r>
    </w:p>
    <w:p>
      <w:pPr>
        <w:spacing w:before="200" w:after="200"/>
      </w:pPr>
      <w:r>
        <w:rPr>
          <w:rFonts w:ascii="Times New Roman" w:hAnsi="Times New Roman" w:eastAsia="Times New Roman" w:cs="Times New Roman"/>
          <w:sz w:val="24"/>
        </w:rPr>
        <w:t>Medical Power of Attorney (Advanced Health Care Directive)</w:t>
      </w:r>
      <w:r>
        <w:rPr>
          <w:rFonts w:ascii="Times New Roman" w:hAnsi="Times New Roman" w:eastAsia="Times New Roman" w:cs="Times New Roman"/>
          <w:sz w:val="24"/>
        </w:rPr>
        <w:t xml:space="preserve"> – Allows the principal to choose a health care agent and specify additional preferences relating to end-of-life decisions.</w:t>
      </w:r>
    </w:p>
    <w:p>
      <w:pPr>
        <w:spacing w:before="200" w:after="200" w:line="300" w:lineRule="exact"/>
        <w:ind w:hanging="360"/>
      </w:pPr>
      <w:r>
        <w:rPr>
          <w:rFonts w:ascii="Times New Roman" w:hAnsi="Times New Roman" w:eastAsia="Times New Roman" w:cs="Times New Roman"/>
          <w:b/>
          <w:sz w:val="24"/>
        </w:rPr>
        <w:t xml:space="preserve">Signing Requirements </w:t>
      </w:r>
      <w:r>
        <w:rPr>
          <w:rFonts w:ascii="Times New Roman" w:hAnsi="Times New Roman" w:eastAsia="Times New Roman" w:cs="Times New Roman"/>
          <w:sz w:val="24"/>
        </w:rPr>
        <w:t>(</w:t>
      </w:r>
      <w:r>
        <w:rPr>
          <w:rFonts w:ascii="Times New Roman" w:hAnsi="Times New Roman" w:eastAsia="Times New Roman" w:cs="Times New Roman"/>
          <w:sz w:val="24"/>
        </w:rPr>
        <w:t>§ 4673</w:t>
      </w:r>
      <w:r>
        <w:rPr>
          <w:rFonts w:ascii="Times New Roman" w:hAnsi="Times New Roman" w:eastAsia="Times New Roman" w:cs="Times New Roman"/>
          <w:sz w:val="24"/>
        </w:rPr>
        <w:t xml:space="preserve">) – Must be signed by the principal and either acknowledged in the presence of a notary public or signed by two (2) or more witnesses who meet the requirements set forth in </w:t>
      </w:r>
      <w:r>
        <w:rPr>
          <w:rFonts w:ascii="Times New Roman" w:hAnsi="Times New Roman" w:eastAsia="Times New Roman" w:cs="Times New Roman"/>
          <w:sz w:val="24"/>
        </w:rPr>
        <w:t>§ 4674</w:t>
      </w:r>
      <w:r>
        <w:rPr>
          <w:rFonts w:ascii="Times New Roman" w:hAnsi="Times New Roman" w:eastAsia="Times New Roman" w:cs="Times New Roman"/>
          <w:sz w:val="24"/>
        </w:rPr>
        <w:t>.</w:t>
      </w:r>
    </w:p>
    <w:p>
      <w:pPr>
        <w:spacing w:before="200" w:after="200" w:line="360" w:lineRule="exact"/>
      </w:pPr>
      <w:r>
        <w:rPr>
          <w:rFonts w:ascii="Times New Roman" w:hAnsi="Times New Roman" w:eastAsia="Times New Roman" w:cs="Times New Roman"/>
          <w:b/>
          <w:sz w:val="24"/>
        </w:rPr>
        <w:t>Step 2 – Establish Financial Preferences</w:t>
      </w:r>
    </w:p>
    <w:p>
      <w:pPr>
        <w:spacing w:before="200" w:after="200"/>
      </w:pPr>
      <w:r>
        <w:rPr>
          <w:rFonts w:ascii="Times New Roman" w:hAnsi="Times New Roman" w:eastAsia="Times New Roman" w:cs="Times New Roman"/>
          <w:sz w:val="24"/>
        </w:rPr>
        <w:t xml:space="preserve">To ensure that one’s financial interests are cared for during medical emergencies, residents must appoint a </w:t>
      </w:r>
      <w:r>
        <w:rPr>
          <w:rFonts w:ascii="Times New Roman" w:hAnsi="Times New Roman" w:eastAsia="Times New Roman" w:cs="Times New Roman"/>
          <w:b/>
          <w:sz w:val="24"/>
        </w:rPr>
        <w:t xml:space="preserve">financial agent </w:t>
      </w:r>
      <w:r>
        <w:rPr>
          <w:rFonts w:ascii="Times New Roman" w:hAnsi="Times New Roman" w:eastAsia="Times New Roman" w:cs="Times New Roman"/>
          <w:sz w:val="24"/>
        </w:rPr>
        <w:t>via the completion of a Durable (Financial) Power of Attorney. The financial agent is an individual that acts on behalf of the principal and handles their financial affairs. If the principal becomes incapacitated, the agent may pay the principal’s taxes, manage real estate, conduct business transactions, and otherwise execute the principal’s financial preferences.</w:t>
      </w:r>
    </w:p>
    <w:p>
      <w:pPr>
        <w:spacing w:before="200" w:after="200"/>
      </w:pPr>
      <w:r>
        <w:rPr>
          <w:rFonts w:ascii="Times New Roman" w:hAnsi="Times New Roman" w:eastAsia="Times New Roman" w:cs="Times New Roman"/>
          <w:sz w:val="24"/>
        </w:rPr>
        <w:t>Durable (Financial) Power of Attorney</w:t>
      </w:r>
      <w:r>
        <w:rPr>
          <w:rFonts w:ascii="Times New Roman" w:hAnsi="Times New Roman" w:eastAsia="Times New Roman" w:cs="Times New Roman"/>
          <w:sz w:val="24"/>
        </w:rPr>
        <w:t xml:space="preserve"> – A legal document used by the principal to appoint their financial agent and designate the financial authority bestowed upon the individual.</w:t>
      </w:r>
    </w:p>
    <w:p>
      <w:pPr>
        <w:spacing w:before="200" w:after="200" w:line="300" w:lineRule="exact"/>
        <w:ind w:hanging="360"/>
      </w:pPr>
      <w:r>
        <w:rPr>
          <w:rFonts w:ascii="Times New Roman" w:hAnsi="Times New Roman" w:eastAsia="Times New Roman" w:cs="Times New Roman"/>
          <w:b/>
          <w:sz w:val="24"/>
        </w:rPr>
        <w:t xml:space="preserve">Signing Requirements </w:t>
      </w:r>
      <w:r>
        <w:rPr>
          <w:rFonts w:ascii="Times New Roman" w:hAnsi="Times New Roman" w:eastAsia="Times New Roman" w:cs="Times New Roman"/>
          <w:sz w:val="24"/>
        </w:rPr>
        <w:t>(</w:t>
      </w:r>
      <w:r>
        <w:rPr>
          <w:rFonts w:ascii="Times New Roman" w:hAnsi="Times New Roman" w:eastAsia="Times New Roman" w:cs="Times New Roman"/>
          <w:sz w:val="24"/>
        </w:rPr>
        <w:t>§ 4121</w:t>
      </w:r>
      <w:r>
        <w:rPr>
          <w:rFonts w:ascii="Times New Roman" w:hAnsi="Times New Roman" w:eastAsia="Times New Roman" w:cs="Times New Roman"/>
          <w:sz w:val="24"/>
        </w:rPr>
        <w:t xml:space="preserve">) – The principal’s signature must either be acknowledged before a notary public or witnessed by two (2) or more individuals who meet the qualifications set forth in </w:t>
      </w:r>
      <w:r>
        <w:rPr>
          <w:rFonts w:ascii="Times New Roman" w:hAnsi="Times New Roman" w:eastAsia="Times New Roman" w:cs="Times New Roman"/>
          <w:sz w:val="24"/>
        </w:rPr>
        <w:t>§ 4122</w:t>
      </w:r>
      <w:r>
        <w:rPr>
          <w:rFonts w:ascii="Times New Roman" w:hAnsi="Times New Roman" w:eastAsia="Times New Roman" w:cs="Times New Roman"/>
          <w:sz w:val="24"/>
        </w:rPr>
        <w:t xml:space="preserve"> (if witnessed, the individuals must also sign the power of attorney).</w:t>
      </w:r>
    </w:p>
    <w:p>
      <w:pPr/>
      <w:r>
        <w:rPr>
          <w:rFonts w:ascii="Times New Roman" w:hAnsi="Times New Roman" w:eastAsia="Times New Roman" w:cs="Times New Roman"/>
          <w:b/>
          <w:sz w:val="24"/>
        </w:rPr>
        <w:t>Financial Powers Allowed</w:t>
      </w:r>
    </w:p>
    <w:p>
      <w:pPr>
        <w:spacing w:line="300" w:lineRule="exact"/>
        <w:ind w:hanging="360"/>
      </w:pPr>
      <w:r>
        <w:rPr>
          <w:rFonts w:ascii="Times New Roman" w:hAnsi="Times New Roman" w:eastAsia="Times New Roman" w:cs="Times New Roman"/>
          <w:sz w:val="24"/>
        </w:rPr>
        <w:t>Real Property (</w:t>
      </w:r>
      <w:r>
        <w:rPr>
          <w:rFonts w:ascii="Times New Roman" w:hAnsi="Times New Roman" w:eastAsia="Times New Roman" w:cs="Times New Roman"/>
          <w:sz w:val="24"/>
        </w:rPr>
        <w:t>§ 4451</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Tangible Personal Property (</w:t>
      </w:r>
      <w:r>
        <w:rPr>
          <w:rFonts w:ascii="Times New Roman" w:hAnsi="Times New Roman" w:eastAsia="Times New Roman" w:cs="Times New Roman"/>
          <w:sz w:val="24"/>
        </w:rPr>
        <w:t>§ 4452</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Stocks and Bonds (</w:t>
      </w:r>
      <w:r>
        <w:rPr>
          <w:rFonts w:ascii="Times New Roman" w:hAnsi="Times New Roman" w:eastAsia="Times New Roman" w:cs="Times New Roman"/>
          <w:sz w:val="24"/>
        </w:rPr>
        <w:t>§ 4453</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Commodity and Options (</w:t>
      </w:r>
      <w:r>
        <w:rPr>
          <w:rFonts w:ascii="Times New Roman" w:hAnsi="Times New Roman" w:eastAsia="Times New Roman" w:cs="Times New Roman"/>
          <w:sz w:val="24"/>
        </w:rPr>
        <w:t>§ 4454</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Banking and Other Financial Institutions (</w:t>
      </w:r>
      <w:r>
        <w:rPr>
          <w:rFonts w:ascii="Times New Roman" w:hAnsi="Times New Roman" w:eastAsia="Times New Roman" w:cs="Times New Roman"/>
          <w:sz w:val="24"/>
        </w:rPr>
        <w:t>§ 4455</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Business Operating Transactions (</w:t>
      </w:r>
      <w:r>
        <w:rPr>
          <w:rFonts w:ascii="Times New Roman" w:hAnsi="Times New Roman" w:eastAsia="Times New Roman" w:cs="Times New Roman"/>
          <w:sz w:val="24"/>
        </w:rPr>
        <w:t>§ 4456</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Insurance and Annuity (</w:t>
      </w:r>
      <w:r>
        <w:rPr>
          <w:rFonts w:ascii="Times New Roman" w:hAnsi="Times New Roman" w:eastAsia="Times New Roman" w:cs="Times New Roman"/>
          <w:sz w:val="24"/>
        </w:rPr>
        <w:t>§ 4457</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Estate, Trust, and Other Beneficiary Transactions (</w:t>
      </w:r>
      <w:r>
        <w:rPr>
          <w:rFonts w:ascii="Times New Roman" w:hAnsi="Times New Roman" w:eastAsia="Times New Roman" w:cs="Times New Roman"/>
          <w:sz w:val="24"/>
        </w:rPr>
        <w:t>§ 4458</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Claims and Litigation (</w:t>
      </w:r>
      <w:r>
        <w:rPr>
          <w:rFonts w:ascii="Times New Roman" w:hAnsi="Times New Roman" w:eastAsia="Times New Roman" w:cs="Times New Roman"/>
          <w:sz w:val="24"/>
        </w:rPr>
        <w:t>§ 4459</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Personal and Family Maintenance (</w:t>
      </w:r>
      <w:r>
        <w:rPr>
          <w:rFonts w:ascii="Times New Roman" w:hAnsi="Times New Roman" w:eastAsia="Times New Roman" w:cs="Times New Roman"/>
          <w:sz w:val="24"/>
        </w:rPr>
        <w:t>§ 4460</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Benefits From Social Security, Medicare, Medicaid, or Other Governmental Programs, or Civil or Military Service (</w:t>
      </w:r>
      <w:r>
        <w:rPr>
          <w:rFonts w:ascii="Times New Roman" w:hAnsi="Times New Roman" w:eastAsia="Times New Roman" w:cs="Times New Roman"/>
          <w:sz w:val="24"/>
        </w:rPr>
        <w:t>§ 4461</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Retirement Plan Transactions (</w:t>
      </w:r>
      <w:r>
        <w:rPr>
          <w:rFonts w:ascii="Times New Roman" w:hAnsi="Times New Roman" w:eastAsia="Times New Roman" w:cs="Times New Roman"/>
          <w:sz w:val="24"/>
        </w:rPr>
        <w:t>§ 4462</w:t>
      </w:r>
      <w:r>
        <w:rPr>
          <w:rFonts w:ascii="Times New Roman" w:hAnsi="Times New Roman" w:eastAsia="Times New Roman" w:cs="Times New Roman"/>
          <w:sz w:val="24"/>
        </w:rPr>
        <w:t>);</w:t>
      </w:r>
    </w:p>
    <w:p>
      <w:pPr>
        <w:spacing w:line="300" w:lineRule="exact"/>
        <w:ind w:hanging="360"/>
      </w:pPr>
      <w:r>
        <w:rPr>
          <w:rFonts w:ascii="Times New Roman" w:hAnsi="Times New Roman" w:eastAsia="Times New Roman" w:cs="Times New Roman"/>
          <w:sz w:val="24"/>
        </w:rPr>
        <w:t>Tax matters (</w:t>
      </w:r>
      <w:r>
        <w:rPr>
          <w:rFonts w:ascii="Times New Roman" w:hAnsi="Times New Roman" w:eastAsia="Times New Roman" w:cs="Times New Roman"/>
          <w:sz w:val="24"/>
        </w:rPr>
        <w:t>§ 4463</w:t>
      </w:r>
      <w:r>
        <w:rPr>
          <w:rFonts w:ascii="Times New Roman" w:hAnsi="Times New Roman" w:eastAsia="Times New Roman" w:cs="Times New Roman"/>
          <w:sz w:val="24"/>
        </w:rPr>
        <w:t>).</w:t>
      </w:r>
    </w:p>
    <w:p>
      <w:pPr>
        <w:spacing w:before="200" w:after="200" w:line="360" w:lineRule="exact"/>
      </w:pPr>
      <w:r>
        <w:rPr>
          <w:rFonts w:ascii="Times New Roman" w:hAnsi="Times New Roman" w:eastAsia="Times New Roman" w:cs="Times New Roman"/>
          <w:b/>
          <w:sz w:val="24"/>
        </w:rPr>
        <w:t>Step 3 – Describe Assets in the Estate</w:t>
      </w:r>
    </w:p>
    <w:p>
      <w:pPr>
        <w:spacing w:before="200" w:after="200"/>
      </w:pPr>
      <w:r>
        <w:rPr>
          <w:rFonts w:ascii="Times New Roman" w:hAnsi="Times New Roman" w:eastAsia="Times New Roman" w:cs="Times New Roman"/>
          <w:sz w:val="24"/>
        </w:rPr>
        <w:t xml:space="preserve">Creating a list that itemizes and describes the principal’s assets can be a useful addition to the estate preparation process. With a clear summary of the principal’s current real estate, financial accounts, personal property, and other assets, there will be little confusion raised when distributing the estate between the heirs following the principal’s death. The </w:t>
      </w:r>
      <w:r>
        <w:rPr>
          <w:rFonts w:ascii="Times New Roman" w:hAnsi="Times New Roman" w:eastAsia="Times New Roman" w:cs="Times New Roman"/>
          <w:sz w:val="24"/>
        </w:rPr>
        <w:t>Current Assets List</w:t>
      </w:r>
      <w:r>
        <w:rPr>
          <w:rFonts w:ascii="Times New Roman" w:hAnsi="Times New Roman" w:eastAsia="Times New Roman" w:cs="Times New Roman"/>
          <w:sz w:val="24"/>
        </w:rPr>
        <w:t xml:space="preserve"> may be used for this purpose and attached to an estate distribution document once completed.</w:t>
      </w:r>
    </w:p>
    <w:p>
      <w:pPr>
        <w:spacing w:before="200" w:after="200" w:line="360" w:lineRule="exact"/>
      </w:pPr>
      <w:r>
        <w:rPr>
          <w:rFonts w:ascii="Times New Roman" w:hAnsi="Times New Roman" w:eastAsia="Times New Roman" w:cs="Times New Roman"/>
          <w:b/>
          <w:sz w:val="24"/>
        </w:rPr>
        <w:t>Step 4 – Beneficiary Selection</w:t>
      </w:r>
    </w:p>
    <w:p>
      <w:pPr>
        <w:spacing w:before="200" w:after="200"/>
      </w:pPr>
      <w:r>
        <w:rPr>
          <w:rFonts w:ascii="Times New Roman" w:hAnsi="Times New Roman" w:eastAsia="Times New Roman" w:cs="Times New Roman"/>
          <w:sz w:val="24"/>
        </w:rPr>
        <w:t>To be sure that the principal’s property and assets will be distributed to the individuals of their choosing, the principal will need to name the beneficiaries, or “heirs,” of the estate. The decision should not be taken lightly and the parties should be selected only after considerable deliberation. Once chosen, the principal should communicate with the individuals to inform them of any asset they may acquire upon the administration of the estate.</w:t>
      </w:r>
    </w:p>
    <w:p>
      <w:pPr>
        <w:spacing w:before="200" w:after="200" w:line="360" w:lineRule="exact"/>
      </w:pPr>
    </w:p>
    <w:p>
      <w:pPr>
        <w:spacing w:before="200" w:after="200" w:line="360" w:lineRule="exact"/>
      </w:pPr>
    </w:p>
    <w:p>
      <w:pPr>
        <w:spacing w:before="200" w:after="200" w:line="360" w:lineRule="exact"/>
      </w:pPr>
      <w:r>
        <w:rPr>
          <w:rFonts w:ascii="Times New Roman" w:hAnsi="Times New Roman" w:eastAsia="Times New Roman" w:cs="Times New Roman"/>
          <w:b/>
          <w:sz w:val="24"/>
        </w:rPr>
        <w:t>Step 5 – Draft an Estate Distribution Document</w:t>
      </w:r>
    </w:p>
    <w:p>
      <w:pPr>
        <w:spacing w:before="200" w:after="200"/>
      </w:pPr>
      <w:r>
        <w:rPr>
          <w:rFonts w:ascii="Times New Roman" w:hAnsi="Times New Roman" w:eastAsia="Times New Roman" w:cs="Times New Roman"/>
          <w:sz w:val="24"/>
        </w:rPr>
        <w:t>After the principal’s assets have been itemized and the beneficiaries have been selected, it will be necessary to draft an estate distribution document that outlines how the assets will be handled following the principal’s death. This process can be accomplished through the execution of one (1) or both of the following documents:</w:t>
      </w:r>
    </w:p>
    <w:p>
      <w:pPr>
        <w:spacing w:before="200" w:after="200"/>
      </w:pPr>
      <w:r>
        <w:rPr>
          <w:rFonts w:ascii="Times New Roman" w:hAnsi="Times New Roman" w:eastAsia="Times New Roman" w:cs="Times New Roman"/>
          <w:sz w:val="24"/>
        </w:rPr>
        <w:t>Last Will and Testament (‘Will’)</w:t>
      </w:r>
      <w:r>
        <w:rPr>
          <w:rFonts w:ascii="Times New Roman" w:hAnsi="Times New Roman" w:eastAsia="Times New Roman" w:cs="Times New Roman"/>
          <w:sz w:val="24"/>
        </w:rPr>
        <w:t xml:space="preserve"> – A standard document that allows the principal to indicate the beneficiaries of their estate along with the assets each party will be given following the principal’s death. While a Last Will and Testament can be simple to create and requires no costs at its inception, the document </w:t>
      </w:r>
      <w:r>
        <w:rPr>
          <w:rFonts w:ascii="Times New Roman" w:hAnsi="Times New Roman" w:eastAsia="Times New Roman" w:cs="Times New Roman"/>
          <w:b/>
          <w:sz w:val="24"/>
        </w:rPr>
        <w:t>will need to go through the probate court</w:t>
      </w:r>
      <w:r>
        <w:rPr>
          <w:rFonts w:ascii="Times New Roman" w:hAnsi="Times New Roman" w:eastAsia="Times New Roman" w:cs="Times New Roman"/>
          <w:sz w:val="24"/>
        </w:rPr>
        <w:t xml:space="preserve"> after the principal dies which can be a tedious process due to the additional costs and extended processing times.</w:t>
      </w:r>
    </w:p>
    <w:p>
      <w:pPr>
        <w:spacing w:before="200" w:after="200" w:line="300" w:lineRule="exact"/>
        <w:ind w:hanging="360"/>
      </w:pPr>
      <w:r>
        <w:rPr>
          <w:rFonts w:ascii="Times New Roman" w:hAnsi="Times New Roman" w:eastAsia="Times New Roman" w:cs="Times New Roman"/>
          <w:b/>
          <w:sz w:val="24"/>
        </w:rPr>
        <w:t xml:space="preserve">Signing Requirements </w:t>
      </w:r>
      <w:r>
        <w:rPr>
          <w:rFonts w:ascii="Times New Roman" w:hAnsi="Times New Roman" w:eastAsia="Times New Roman" w:cs="Times New Roman"/>
          <w:sz w:val="24"/>
        </w:rPr>
        <w:t>(</w:t>
      </w:r>
      <w:r>
        <w:rPr>
          <w:rFonts w:ascii="Times New Roman" w:hAnsi="Times New Roman" w:eastAsia="Times New Roman" w:cs="Times New Roman"/>
          <w:sz w:val="24"/>
        </w:rPr>
        <w:t>§ 6110</w:t>
      </w:r>
      <w:r>
        <w:rPr>
          <w:rFonts w:ascii="Times New Roman" w:hAnsi="Times New Roman" w:eastAsia="Times New Roman" w:cs="Times New Roman"/>
          <w:sz w:val="24"/>
        </w:rPr>
        <w:t>) – Signed by the principal and two (2) or more witnesses who were present either when the principal signed the Will, or when the principal acknowledged the signature or the Will itself.</w:t>
      </w:r>
    </w:p>
    <w:p>
      <w:pPr>
        <w:spacing w:before="200" w:after="200"/>
      </w:pPr>
      <w:r>
        <w:rPr>
          <w:rFonts w:ascii="Times New Roman" w:hAnsi="Times New Roman" w:eastAsia="Times New Roman" w:cs="Times New Roman"/>
          <w:sz w:val="24"/>
        </w:rPr>
        <w:t>Living Trust (Revocable)</w:t>
      </w:r>
      <w:r>
        <w:rPr>
          <w:rFonts w:ascii="Times New Roman" w:hAnsi="Times New Roman" w:eastAsia="Times New Roman" w:cs="Times New Roman"/>
          <w:sz w:val="24"/>
        </w:rPr>
        <w:t xml:space="preserve"> – Creates an entity that holds ownership of the principal’s assets until they die or the document is terminated or revoked. During the lifetime of the principal, they can continue to manage the estate as if the assets were still in their possession. The principal will specify the beneficiaries and designate a trustee or successor trustee who will have permission to distribute the estate after the principal passes away. Unlike a Last Will and Testament, a Living Trust </w:t>
      </w:r>
      <w:r>
        <w:rPr>
          <w:rFonts w:ascii="Times New Roman" w:hAnsi="Times New Roman" w:eastAsia="Times New Roman" w:cs="Times New Roman"/>
          <w:b/>
          <w:sz w:val="24"/>
        </w:rPr>
        <w:t>avoids the probate process</w:t>
      </w:r>
      <w:r>
        <w:rPr>
          <w:rFonts w:ascii="Times New Roman" w:hAnsi="Times New Roman" w:eastAsia="Times New Roman" w:cs="Times New Roman"/>
          <w:sz w:val="24"/>
        </w:rPr>
        <w:t xml:space="preserve"> and can therefore be administered immediately after death.</w:t>
      </w:r>
    </w:p>
    <w:p>
      <w:pPr>
        <w:spacing w:before="200" w:after="200" w:line="300" w:lineRule="exact"/>
        <w:ind w:hanging="360"/>
      </w:pPr>
      <w:r>
        <w:rPr>
          <w:rFonts w:ascii="Times New Roman" w:hAnsi="Times New Roman" w:eastAsia="Times New Roman" w:cs="Times New Roman"/>
          <w:b/>
          <w:sz w:val="24"/>
        </w:rPr>
        <w:t xml:space="preserve">Signing Requirements </w:t>
      </w:r>
      <w:r>
        <w:rPr>
          <w:rFonts w:ascii="Times New Roman" w:hAnsi="Times New Roman" w:eastAsia="Times New Roman" w:cs="Times New Roman"/>
          <w:sz w:val="24"/>
        </w:rPr>
        <w:t>(</w:t>
      </w:r>
      <w:r>
        <w:rPr>
          <w:rFonts w:ascii="Times New Roman" w:hAnsi="Times New Roman" w:eastAsia="Times New Roman" w:cs="Times New Roman"/>
          <w:sz w:val="24"/>
        </w:rPr>
        <w:t>§ 15200 – 15212</w:t>
      </w:r>
      <w:r>
        <w:rPr>
          <w:rFonts w:ascii="Times New Roman" w:hAnsi="Times New Roman" w:eastAsia="Times New Roman" w:cs="Times New Roman"/>
          <w:sz w:val="24"/>
        </w:rPr>
        <w:t>) – Should be signed by the principal, two (2) adult witnesses, and acknowledged before a notary public.</w:t>
      </w:r>
    </w:p>
    <w:p>
      <w:pPr>
        <w:spacing w:before="200" w:after="200" w:line="360" w:lineRule="exact"/>
      </w:pPr>
      <w:r>
        <w:rPr>
          <w:rFonts w:ascii="Times New Roman" w:hAnsi="Times New Roman" w:eastAsia="Times New Roman" w:cs="Times New Roman"/>
          <w:b/>
          <w:sz w:val="24"/>
        </w:rPr>
        <w:t>Step 6 – Store the Estate Documents</w:t>
      </w:r>
    </w:p>
    <w:p>
      <w:pPr>
        <w:spacing w:before="200" w:after="200"/>
      </w:pPr>
      <w:r>
        <w:rPr>
          <w:rFonts w:ascii="Times New Roman" w:hAnsi="Times New Roman" w:eastAsia="Times New Roman" w:cs="Times New Roman"/>
          <w:sz w:val="24"/>
        </w:rPr>
        <w:t>All estate preparation document should be stored in a secure location once completed. It is recommended that the paperwork be left with the principal’s attorney or a close relative such as a spouse or child. Furthermore, the principal should take care when informing others of the location of the documents. This is important to not only prevent unauthorized alterations but to also ensure that there is always someone who knows how to access the documents in the event of a medical emergency or death.</w:t>
      </w:r>
    </w:p>
    <w:p>
      <w:pPr>
        <w:spacing w:before="240" w:after="48" w:line="360" w:lineRule="exact"/>
      </w:pPr>
      <w:r>
        <w:rPr>
          <w:rFonts w:ascii="Times New Roman" w:hAnsi="Times New Roman" w:eastAsia="Times New Roman" w:cs="Times New Roman"/>
          <w:b/>
          <w:sz w:val="24"/>
        </w:rPr>
        <w:t>California Estate Planning Laws</w:t>
      </w:r>
    </w:p>
    <w:p>
      <w:pPr>
        <w:spacing w:before="280" w:after="0" w:line="300" w:lineRule="exact"/>
        <w:ind w:hanging="360"/>
      </w:pPr>
      <w:r>
        <w:rPr>
          <w:rFonts w:ascii="Times New Roman" w:hAnsi="Times New Roman" w:eastAsia="Times New Roman" w:cs="Times New Roman"/>
          <w:b/>
          <w:sz w:val="24"/>
        </w:rPr>
        <w:t>Medical Power of Attorney</w:t>
      </w:r>
      <w:r>
        <w:rPr>
          <w:rFonts w:ascii="Times New Roman" w:hAnsi="Times New Roman" w:eastAsia="Times New Roman" w:cs="Times New Roman"/>
          <w:sz w:val="24"/>
        </w:rPr>
        <w:t xml:space="preserve"> – </w:t>
      </w:r>
      <w:r>
        <w:rPr>
          <w:rFonts w:ascii="Times New Roman" w:hAnsi="Times New Roman" w:eastAsia="Times New Roman" w:cs="Times New Roman"/>
          <w:sz w:val="24"/>
        </w:rPr>
        <w:t>Division 4.7, Part 2</w:t>
      </w:r>
    </w:p>
    <w:p>
      <w:pPr>
        <w:spacing w:before="0" w:after="0" w:line="300" w:lineRule="exact"/>
        <w:ind w:hanging="360"/>
      </w:pPr>
      <w:r>
        <w:rPr>
          <w:rFonts w:ascii="Times New Roman" w:hAnsi="Times New Roman" w:eastAsia="Times New Roman" w:cs="Times New Roman"/>
          <w:b/>
          <w:sz w:val="24"/>
        </w:rPr>
        <w:t>Durable (Financial) Power of Attorney</w:t>
      </w:r>
      <w:r>
        <w:rPr>
          <w:rFonts w:ascii="Times New Roman" w:hAnsi="Times New Roman" w:eastAsia="Times New Roman" w:cs="Times New Roman"/>
          <w:sz w:val="24"/>
        </w:rPr>
        <w:t xml:space="preserve"> – </w:t>
      </w:r>
      <w:r>
        <w:rPr>
          <w:rFonts w:ascii="Times New Roman" w:hAnsi="Times New Roman" w:eastAsia="Times New Roman" w:cs="Times New Roman"/>
          <w:sz w:val="24"/>
        </w:rPr>
        <w:t>Division 4.5</w:t>
      </w:r>
    </w:p>
    <w:p>
      <w:pPr>
        <w:spacing w:before="0" w:after="0" w:line="300" w:lineRule="exact"/>
        <w:ind w:hanging="360"/>
      </w:pPr>
      <w:r>
        <w:rPr>
          <w:rFonts w:ascii="Times New Roman" w:hAnsi="Times New Roman" w:eastAsia="Times New Roman" w:cs="Times New Roman"/>
          <w:b/>
          <w:sz w:val="24"/>
        </w:rPr>
        <w:t>Last Will and Testament</w:t>
      </w:r>
      <w:r>
        <w:rPr>
          <w:rFonts w:ascii="Times New Roman" w:hAnsi="Times New Roman" w:eastAsia="Times New Roman" w:cs="Times New Roman"/>
          <w:sz w:val="24"/>
        </w:rPr>
        <w:t xml:space="preserve"> – </w:t>
      </w:r>
      <w:r>
        <w:rPr>
          <w:rFonts w:ascii="Times New Roman" w:hAnsi="Times New Roman" w:eastAsia="Times New Roman" w:cs="Times New Roman"/>
          <w:sz w:val="24"/>
        </w:rPr>
        <w:t>Division 6, Part 1</w:t>
      </w:r>
    </w:p>
    <w:p>
      <w:pPr>
        <w:spacing w:before="0" w:after="280" w:line="300" w:lineRule="exact"/>
        <w:ind w:hanging="360"/>
      </w:pPr>
      <w:r>
        <w:rPr>
          <w:rFonts w:ascii="Times New Roman" w:hAnsi="Times New Roman" w:eastAsia="Times New Roman" w:cs="Times New Roman"/>
          <w:b/>
          <w:sz w:val="24"/>
        </w:rPr>
        <w:t>Revocable Living Trust</w:t>
      </w:r>
      <w:r>
        <w:rPr>
          <w:rFonts w:ascii="Times New Roman" w:hAnsi="Times New Roman" w:eastAsia="Times New Roman" w:cs="Times New Roman"/>
          <w:sz w:val="24"/>
        </w:rPr>
        <w:t xml:space="preserve"> – </w:t>
      </w:r>
      <w:r>
        <w:rPr>
          <w:rFonts w:ascii="Times New Roman" w:hAnsi="Times New Roman" w:eastAsia="Times New Roman" w:cs="Times New Roman"/>
          <w:sz w:val="24"/>
        </w:rPr>
        <w:t>Division 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