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70" w:after="0"/>
      </w:pPr>
      <w:r>
        <w:rPr>
          <w:rFonts w:ascii="Times New Roman" w:hAnsi="Times New Roman" w:eastAsia="Times New Roman" w:cs="Times New Roman"/>
          <w:sz w:val="24"/>
        </w:rPr>
        <w:t xml:space="preserve">NAME: </w:t>
      </w:r>
      <w:r>
        <w:rPr>
          <w:rFonts w:ascii="Times New Roman" w:hAnsi="Times New Roman" w:eastAsia="Times New Roman" w:cs="Times New Roman"/>
          <w:sz w:val="24"/>
        </w:rPr>
        <w:t>[PETITIONER NAME]</w:t>
      </w:r>
    </w:p>
    <w:p>
      <w:pPr>
        <w:spacing w:before="4" w:after="0"/>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[PETITIONER ADDRESS]</w:t>
      </w:r>
    </w:p>
    <w:p>
      <w:pPr>
        <w:spacing w:before="4" w:after="0"/>
      </w:pPr>
      <w:r>
        <w:rPr>
          <w:rFonts w:ascii="Times New Roman" w:hAnsi="Times New Roman" w:eastAsia="Times New Roman" w:cs="Times New Roman"/>
          <w:sz w:val="24"/>
        </w:rPr>
        <w:t xml:space="preserve">CITY, STATE, ZIP: </w:t>
      </w:r>
      <w:r>
        <w:rPr>
          <w:rFonts w:ascii="Times New Roman" w:hAnsi="Times New Roman" w:eastAsia="Times New Roman" w:cs="Times New Roman"/>
          <w:sz w:val="24"/>
        </w:rPr>
        <w:t>[PETITIONER CITY, STATE, ZIP CODE]</w:t>
      </w:r>
    </w:p>
    <w:p>
      <w:pPr>
        <w:spacing w:line="274" w:lineRule="exact"/>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[PETITIONER PHONE NUMBER]</w:t>
      </w:r>
    </w:p>
    <w:p>
      <w:pPr/>
    </w:p>
    <w:p>
      <w:pPr>
        <w:spacing w:before="10" w:after="0"/>
      </w:pPr>
    </w:p>
    <w:p>
      <w:pPr>
        <w:spacing w:before="7" w:after="0"/>
      </w:pPr>
      <w:r>
        <w:rPr>
          <w:rFonts w:ascii="Times New Roman" w:hAnsi="Times New Roman" w:eastAsia="Times New Roman" w:cs="Times New Roman"/>
          <w:sz w:val="24"/>
        </w:rPr>
        <w:t>SUPERIOR</w:t>
      </w:r>
      <w:r>
        <w:rPr>
          <w:rFonts w:ascii="Times New Roman" w:hAnsi="Times New Roman" w:eastAsia="Times New Roman" w:cs="Times New Roman"/>
          <w:sz w:val="24"/>
        </w:rPr>
        <w:t xml:space="preserve"> </w:t>
      </w:r>
      <w:r>
        <w:rPr>
          <w:rFonts w:ascii="Times New Roman" w:hAnsi="Times New Roman" w:eastAsia="Times New Roman" w:cs="Times New Roman"/>
          <w:sz w:val="24"/>
        </w:rPr>
        <w:t>COURT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CALIFORNIA,</w:t>
      </w:r>
      <w:r>
        <w:rPr>
          <w:rFonts w:ascii="Times New Roman" w:hAnsi="Times New Roman" w:eastAsia="Times New Roman" w:cs="Times New Roman"/>
          <w:sz w:val="24"/>
        </w:rPr>
        <w:t xml:space="preserv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[COUNTY]</w:t>
      </w:r>
    </w:p>
    <w:p>
      <w:pPr>
        <w:spacing w:before="9" w:after="0"/>
      </w:pPr>
    </w:p>
    <w:p>
      <w:pPr>
        <w:spacing w:before="92" w:after="0"/>
      </w:pP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[SUPERIOR COURT PHYSICAL ADDRESS]</w:t>
      </w:r>
      <w:r>
        <w:rPr>
          <w:rFonts w:ascii="Times New Roman" w:hAnsi="Times New Roman" w:eastAsia="Times New Roman" w:cs="Times New Roman"/>
          <w:sz w:val="24"/>
        </w:rPr>
        <w:br/>
      </w: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[SUPERIOR COURT MAILING ADDRESS]</w:t>
      </w:r>
      <w:r>
        <w:rPr>
          <w:rFonts w:ascii="Times New Roman" w:hAnsi="Times New Roman" w:eastAsia="Times New Roman" w:cs="Times New Roman"/>
          <w:sz w:val="24"/>
        </w:rPr>
        <w:br/>
        <w:t xml:space="preserve">CITY AND ZIP CODE: </w:t>
      </w:r>
      <w:r>
        <w:rPr>
          <w:rFonts w:ascii="Times New Roman" w:hAnsi="Times New Roman" w:eastAsia="Times New Roman" w:cs="Times New Roman"/>
          <w:sz w:val="24"/>
        </w:rPr>
        <w:t>[CITY, ZIP CODE]</w:t>
      </w:r>
      <w:r>
        <w:rPr>
          <w:rFonts w:ascii="Times New Roman" w:hAnsi="Times New Roman" w:eastAsia="Times New Roman" w:cs="Times New Roman"/>
          <w:sz w:val="24"/>
        </w:rPr>
        <w:br/>
        <w:t xml:space="preserve">BRANCH NAME: </w:t>
      </w:r>
      <w:r>
        <w:rPr>
          <w:rFonts w:ascii="Times New Roman" w:hAnsi="Times New Roman" w:eastAsia="Times New Roman" w:cs="Times New Roman"/>
          <w:sz w:val="24"/>
        </w:rPr>
        <w:t>[BRANCH NAME]</w:t>
      </w:r>
    </w:p>
    <w:p>
      <w:pPr>
        <w:spacing w:before="1" w:after="0"/>
      </w:pPr>
    </w:p>
    <w:p>
      <w:pPr>
        <w:spacing w:before="92" w:after="0"/>
      </w:pPr>
      <w:r>
        <w:rPr>
          <w:rFonts w:ascii="Times New Roman" w:hAnsi="Times New Roman" w:eastAsia="Times New Roman" w:cs="Times New Roman"/>
          <w:sz w:val="24"/>
        </w:rPr>
        <w:t>MARRIAGE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p>
    <w:p>
      <w:pPr>
        <w:spacing w:before="9" w:after="0"/>
      </w:pPr>
    </w:p>
    <w:p>
      <w:pPr>
        <w:spacing w:before="1" w:after="0"/>
      </w:pPr>
      <w:r>
        <w:rPr>
          <w:rFonts w:ascii="Times New Roman" w:hAnsi="Times New Roman" w:eastAsia="Times New Roman" w:cs="Times New Roman"/>
          <w:sz w:val="24"/>
        </w:rPr>
        <w:t xml:space="preserve">PETITIONER: </w:t>
      </w:r>
      <w:r>
        <w:rPr>
          <w:rFonts w:ascii="Times New Roman" w:hAnsi="Times New Roman" w:eastAsia="Times New Roman" w:cs="Times New Roman"/>
          <w:sz w:val="24"/>
        </w:rPr>
        <w:t>[PETITIONER NAME]</w:t>
      </w:r>
    </w:p>
    <w:p>
      <w:pPr>
        <w:spacing w:before="3" w:after="0"/>
      </w:pPr>
    </w:p>
    <w:p>
      <w:pPr>
        <w:spacing w:before="92" w:after="0"/>
      </w:pPr>
      <w:r>
        <w:rPr>
          <w:rFonts w:ascii="Times New Roman" w:hAnsi="Times New Roman" w:eastAsia="Times New Roman" w:cs="Times New Roman"/>
          <w:sz w:val="24"/>
        </w:rPr>
        <w:t xml:space="preserve">DEFENDANT: </w:t>
      </w:r>
      <w:r>
        <w:rPr>
          <w:rFonts w:ascii="Times New Roman" w:hAnsi="Times New Roman" w:eastAsia="Times New Roman" w:cs="Times New Roman"/>
          <w:sz w:val="24"/>
        </w:rPr>
        <w:t>DEFENDANT NAME]</w:t>
      </w:r>
    </w:p>
    <w:p>
      <w:pPr>
        <w:spacing w:before="9" w:after="0"/>
      </w:pPr>
    </w:p>
    <w:p>
      <w:pPr>
        <w:spacing w:before="93" w:after="0"/>
      </w:pPr>
      <w:r>
        <w:rPr>
          <w:rFonts w:ascii="Times New Roman" w:hAnsi="Times New Roman" w:eastAsia="Times New Roman" w:cs="Times New Roman"/>
          <w:sz w:val="24"/>
        </w:rPr>
        <w:t xml:space="preserve">CASE NUMBER: </w:t>
      </w:r>
      <w:r>
        <w:rPr>
          <w:rFonts w:ascii="Times New Roman" w:hAnsi="Times New Roman" w:eastAsia="Times New Roman" w:cs="Times New Roman"/>
          <w:sz w:val="24"/>
        </w:rPr>
        <w:t>[CASE NUMBER]</w:t>
      </w:r>
    </w:p>
    <w:p>
      <w:pPr/>
    </w:p>
    <w:p>
      <w:pPr>
        <w:spacing w:before="2" w:after="0"/>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p>
    <w:p>
      <w:pPr/>
      <w:r>
        <w:rPr>
          <w:rFonts w:ascii="Times New Roman" w:hAnsi="Times New Roman" w:eastAsia="Times New Roman" w:cs="Times New Roman"/>
          <w:b/>
          <w:sz w:val="24"/>
        </w:rPr>
        <w:t>XXXV.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r>
        <w:rPr>
          <w:rFonts w:ascii="Times New Roman" w:hAnsi="Times New Roman" w:eastAsia="Times New Roman" w:cs="Times New Roman"/>
          <w:b/>
          <w:sz w:val="24"/>
        </w:rPr>
        <w:t>XXXVI.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p>
    <w:p>
      <w:pPr/>
      <w:r>
        <w:rPr>
          <w:rFonts w:ascii="Times New Roman" w:hAnsi="Times New Roman" w:eastAsia="Times New Roman" w:cs="Times New Roman"/>
          <w:b/>
          <w:sz w:val="24"/>
        </w:rPr>
        <w:t>XXXVII.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The foregoing is agreed to by:</w:t>
      </w:r>
    </w:p>
    <w:p>
      <w:pPr/>
    </w:p>
    <w:p>
      <w:pPr/>
    </w:p>
    <w:p>
      <w:pPr/>
      <w:r>
        <w:rPr>
          <w:rFonts w:ascii="Times New Roman" w:hAnsi="Times New Roman" w:eastAsia="Times New Roman" w:cs="Times New Roman"/>
          <w:sz w:val="24"/>
        </w:rPr>
        <w:t>________________________, ___________________ Date: ___________________________</w:t>
      </w:r>
    </w:p>
    <w:p>
      <w:pPr/>
      <w:r>
        <w:rPr>
          <w:rFonts w:ascii="Times New Roman" w:hAnsi="Times New Roman" w:eastAsia="Times New Roman" w:cs="Times New Roman"/>
          <w:sz w:val="24"/>
        </w:rPr>
        <w:t>(</w:t>
      </w:r>
      <w:r>
        <w:rPr>
          <w:rFonts w:ascii="Times New Roman" w:hAnsi="Times New Roman" w:eastAsia="Times New Roman" w:cs="Times New Roman"/>
          <w:sz w:val="24"/>
        </w:rPr>
        <w:t>Husband’s Signature &amp; Printed Name</w:t>
      </w:r>
      <w:r>
        <w:rPr>
          <w:rFonts w:ascii="Times New Roman" w:hAnsi="Times New Roman" w:eastAsia="Times New Roman" w:cs="Times New Roman"/>
          <w:sz w:val="24"/>
        </w:rPr>
        <w:t>)</w:t>
      </w:r>
    </w:p>
    <w:p>
      <w:pPr/>
    </w:p>
    <w:p>
      <w:pPr/>
      <w:r>
        <w:rPr>
          <w:rFonts w:ascii="Times New Roman" w:hAnsi="Times New Roman" w:eastAsia="Times New Roman" w:cs="Times New Roman"/>
          <w:sz w:val="24"/>
        </w:rPr>
        <w:t>________________________, ___________________ Date: ___________________________</w:t>
      </w:r>
    </w:p>
    <w:p>
      <w:pPr/>
      <w:r>
        <w:rPr>
          <w:rFonts w:ascii="Times New Roman" w:hAnsi="Times New Roman" w:eastAsia="Times New Roman" w:cs="Times New Roman"/>
          <w:sz w:val="24"/>
        </w:rPr>
        <w:t>(</w:t>
      </w:r>
      <w:r>
        <w:rPr>
          <w:rFonts w:ascii="Times New Roman" w:hAnsi="Times New Roman" w:eastAsia="Times New Roman" w:cs="Times New Roman"/>
          <w:sz w:val="24"/>
        </w:rPr>
        <w:t>Wife’s Signature &amp; Printed Name</w:t>
      </w:r>
      <w:r>
        <w:rPr>
          <w:rFonts w:ascii="Times New Roman" w:hAnsi="Times New Roman" w:eastAsia="Times New Roman" w:cs="Times New Roman"/>
          <w:sz w:val="24"/>
        </w:rPr>
        <w:t>)</w:t>
      </w:r>
    </w:p>
    <w:p>
      <w:pPr/>
    </w:p>
    <w:p>
      <w:pPr/>
      <w:r>
        <w:rPr>
          <w:rFonts w:ascii="Times New Roman" w:hAnsi="Times New Roman" w:eastAsia="Times New Roman" w:cs="Times New Roman"/>
          <w:sz w:val="24"/>
        </w:rPr>
        <w:t>________________________, ___________________ Date: ___________________________</w:t>
      </w:r>
    </w:p>
    <w:p>
      <w:pPr/>
      <w:r>
        <w:rPr>
          <w:rFonts w:ascii="Times New Roman" w:hAnsi="Times New Roman" w:eastAsia="Times New Roman" w:cs="Times New Roman"/>
          <w:sz w:val="24"/>
        </w:rPr>
        <w:t>(</w:t>
      </w:r>
      <w:r>
        <w:rPr>
          <w:rFonts w:ascii="Times New Roman" w:hAnsi="Times New Roman" w:eastAsia="Times New Roman" w:cs="Times New Roman"/>
          <w:sz w:val="24"/>
        </w:rPr>
        <w:t>Judicial Officer’s Signature &amp; Printed Name, If Any</w:t>
      </w:r>
      <w:r>
        <w:rPr>
          <w:rFonts w:ascii="Times New Roman" w:hAnsi="Times New Roman" w:eastAsia="Times New Roman" w:cs="Times New Roman"/>
          <w:sz w:val="24"/>
        </w:rPr>
        <w:t>)</w:t>
      </w:r>
    </w:p>
    <w:p>
      <w:pPr/>
    </w:p>
    <w:p>
      <w:pPr>
        <w:spacing w:before="3" w:after="0"/>
      </w:pPr>
    </w:p>
    <w:p>
      <w:pPr>
        <w:ind w:firstLine="0"/>
        <w:jc w:val="center"/>
      </w:pPr>
      <w:r>
        <w:rPr>
          <w:rFonts w:ascii="Times New Roman" w:hAnsi="Times New Roman" w:eastAsia="Times New Roman" w:cs="Times New Roman"/>
          <w:sz w:val="24"/>
        </w:rPr>
        <w:t>CALIFORNIA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ACKNOWLEDGMENT</w:t>
      </w:r>
    </w:p>
    <w:p>
      <w:pPr>
        <w:ind w:firstLine="0"/>
        <w:jc w:val="center"/>
      </w:pPr>
    </w:p>
    <w:p>
      <w:pPr/>
    </w:p>
    <w:p>
      <w:pPr>
        <w:spacing w:before="1" w:after="0"/>
      </w:pPr>
    </w:p>
    <w:p>
      <w:pPr/>
    </w:p>
    <w:p>
      <w:pPr/>
    </w:p>
    <w:p>
      <w:pPr>
        <w:spacing w:before="3" w:after="0"/>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ab/>
      </w:r>
      <w:r>
        <w:rPr>
          <w:rFonts w:ascii="Times New Roman" w:hAnsi="Times New Roman" w:eastAsia="Times New Roman" w:cs="Times New Roman"/>
          <w:sz w:val="24"/>
        </w:rPr>
        <w:t xml:space="preserve">before me, </w:t>
      </w:r>
      <w:r>
        <w:rPr>
          <w:rFonts w:ascii="Times New Roman" w:hAnsi="Times New Roman" w:eastAsia="Times New Roman" w:cs="Times New Roman"/>
          <w:sz w:val="24"/>
        </w:rPr>
        <w:tab/>
        <w:tab/>
      </w:r>
      <w:r>
        <w:rPr>
          <w:rFonts w:ascii="Times New Roman" w:hAnsi="Times New Roman" w:eastAsia="Times New Roman" w:cs="Times New Roman"/>
          <w:sz w:val="24"/>
        </w:rPr>
        <w:t xml:space="preserve">(name and title of officer), personally appeared </w:t>
      </w:r>
      <w:r>
        <w:rPr>
          <w:rFonts w:ascii="Times New Roman" w:hAnsi="Times New Roman" w:eastAsia="Times New Roman" w:cs="Times New Roman"/>
          <w:sz w:val="24"/>
        </w:rPr>
        <w:tab/>
        <w:tab/>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Husband</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satisfactory evidence to be the person(s) whose name(s) is/are subscribed to the within instrument and acknowledged to me that she/she/they executed the same in his/her/their authorized capacity(ies), and that by his/her/their signature(s) on the instrument the person(s), or the entity upon behalf of which the person(s) acted, executed the </w:t>
      </w:r>
      <w:r>
        <w:rPr>
          <w:rFonts w:ascii="Times New Roman" w:hAnsi="Times New Roman" w:eastAsia="Times New Roman" w:cs="Times New Roman"/>
          <w:sz w:val="24"/>
        </w:rPr>
        <w:t>instrument.</w:t>
      </w:r>
    </w:p>
    <w:p>
      <w:pPr/>
    </w:p>
    <w:p>
      <w:pPr/>
      <w:r>
        <w:rPr>
          <w:rFonts w:ascii="Times New Roman" w:hAnsi="Times New Roman" w:eastAsia="Times New Roman" w:cs="Times New Roman"/>
          <w:sz w:val="24"/>
        </w:rPr>
        <w:t>I</w:t>
      </w:r>
      <w:r>
        <w:rPr>
          <w:rFonts w:ascii="Times New Roman" w:hAnsi="Times New Roman" w:eastAsia="Times New Roman" w:cs="Times New Roman"/>
          <w:sz w:val="24"/>
        </w:rPr>
        <w:t xml:space="preserve"> </w:t>
      </w:r>
      <w:r>
        <w:rPr>
          <w:rFonts w:ascii="Times New Roman" w:hAnsi="Times New Roman" w:eastAsia="Times New Roman" w:cs="Times New Roman"/>
          <w:sz w:val="24"/>
        </w:rPr>
        <w:t>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California</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the foregoing paragraph is true and correct.</w:t>
      </w:r>
    </w:p>
    <w:p>
      <w:pPr/>
    </w:p>
    <w:p>
      <w:pPr/>
    </w:p>
    <w:p>
      <w:pPr>
        <w:spacing w:before="1" w:after="0"/>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p>
    <w:p>
      <w:pPr/>
    </w:p>
    <w:p>
      <w:pPr/>
    </w:p>
    <w:p>
      <w:pPr>
        <w:spacing w:before="2" w:after="0"/>
      </w:pPr>
    </w:p>
    <w:p>
      <w:pPr>
        <w:spacing w:before="92" w:after="0"/>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ab/>
      </w:r>
      <w:r>
        <w:rPr>
          <w:rFonts w:ascii="Times New Roman" w:hAnsi="Times New Roman" w:eastAsia="Times New Roman" w:cs="Times New Roman"/>
          <w:sz w:val="24"/>
        </w:rPr>
        <w:tab/>
      </w:r>
      <w:r>
        <w:rPr>
          <w:rFonts w:ascii="Times New Roman" w:hAnsi="Times New Roman" w:eastAsia="Times New Roman" w:cs="Times New Roman"/>
          <w:sz w:val="24"/>
        </w:rPr>
        <w:t>(Seal)</w:t>
      </w:r>
    </w:p>
    <w:p>
      <w:pPr/>
    </w:p>
    <w:p>
      <w:pPr/>
    </w:p>
    <w:p>
      <w:pPr/>
    </w:p>
    <w:p>
      <w:pPr>
        <w:spacing w:before="0" w:after="0"/>
        <w:ind w:firstLine="0"/>
        <w:jc w:val="center"/>
      </w:pPr>
      <w:r>
        <w:rPr>
          <w:rFonts w:ascii="Times New Roman" w:hAnsi="Times New Roman" w:eastAsia="Times New Roman" w:cs="Times New Roman"/>
          <w:sz w:val="24"/>
        </w:rPr>
        <w:t>CALIFORNIA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ACKNOWLEDGMENT</w:t>
      </w:r>
    </w:p>
    <w:p>
      <w:pPr/>
    </w:p>
    <w:p>
      <w:pPr>
        <w:spacing w:before="1" w:after="0"/>
      </w:pPr>
    </w:p>
    <w:p>
      <w:pPr/>
    </w:p>
    <w:p>
      <w:pPr/>
    </w:p>
    <w:p>
      <w:pPr>
        <w:spacing w:before="3" w:after="0"/>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ab/>
      </w:r>
      <w:r>
        <w:rPr>
          <w:rFonts w:ascii="Times New Roman" w:hAnsi="Times New Roman" w:eastAsia="Times New Roman" w:cs="Times New Roman"/>
          <w:sz w:val="24"/>
        </w:rPr>
        <w:t xml:space="preserve">before me, </w:t>
      </w:r>
      <w:r>
        <w:rPr>
          <w:rFonts w:ascii="Times New Roman" w:hAnsi="Times New Roman" w:eastAsia="Times New Roman" w:cs="Times New Roman"/>
          <w:sz w:val="24"/>
        </w:rPr>
        <w:tab/>
        <w:tab/>
      </w:r>
      <w:r>
        <w:rPr>
          <w:rFonts w:ascii="Times New Roman" w:hAnsi="Times New Roman" w:eastAsia="Times New Roman" w:cs="Times New Roman"/>
          <w:sz w:val="24"/>
        </w:rPr>
        <w:t xml:space="preserve">(name and title of officer), personally appeared </w:t>
      </w:r>
      <w:r>
        <w:rPr>
          <w:rFonts w:ascii="Times New Roman" w:hAnsi="Times New Roman" w:eastAsia="Times New Roman" w:cs="Times New Roman"/>
          <w:sz w:val="24"/>
        </w:rPr>
        <w:tab/>
        <w:tab/>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Wife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satisfactory evidence to be the person(s) whose name(s) is/are subscribed to the within instrument and acknowledged to me that she/she/they executed the same in his/her/their authorized capacity(ies), and that by his/her/their signature(s) on the instrument the person(s), or the entity upon behalf of which the person(s) acted, executed the </w:t>
      </w:r>
      <w:r>
        <w:rPr>
          <w:rFonts w:ascii="Times New Roman" w:hAnsi="Times New Roman" w:eastAsia="Times New Roman" w:cs="Times New Roman"/>
          <w:sz w:val="24"/>
        </w:rPr>
        <w:t>instrument.</w:t>
      </w:r>
    </w:p>
    <w:p>
      <w:pPr/>
    </w:p>
    <w:p>
      <w:pPr/>
      <w:r>
        <w:rPr>
          <w:rFonts w:ascii="Times New Roman" w:hAnsi="Times New Roman" w:eastAsia="Times New Roman" w:cs="Times New Roman"/>
          <w:sz w:val="24"/>
        </w:rPr>
        <w:t>I</w:t>
      </w:r>
      <w:r>
        <w:rPr>
          <w:rFonts w:ascii="Times New Roman" w:hAnsi="Times New Roman" w:eastAsia="Times New Roman" w:cs="Times New Roman"/>
          <w:sz w:val="24"/>
        </w:rPr>
        <w:t xml:space="preserve"> </w:t>
      </w:r>
      <w:r>
        <w:rPr>
          <w:rFonts w:ascii="Times New Roman" w:hAnsi="Times New Roman" w:eastAsia="Times New Roman" w:cs="Times New Roman"/>
          <w:sz w:val="24"/>
        </w:rPr>
        <w:t>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California</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the foregoing paragraph is true and correct.</w:t>
      </w:r>
    </w:p>
    <w:p>
      <w:pPr/>
    </w:p>
    <w:p>
      <w:pPr/>
    </w:p>
    <w:p>
      <w:pPr>
        <w:spacing w:before="1" w:after="0"/>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p>
    <w:p>
      <w:pPr/>
    </w:p>
    <w:p>
      <w:pPr/>
    </w:p>
    <w:p>
      <w:pPr>
        <w:spacing w:before="2" w:after="0"/>
      </w:pPr>
    </w:p>
    <w:p>
      <w:pPr>
        <w:spacing w:before="92" w:after="0"/>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ab/>
      </w:r>
      <w:r>
        <w:rPr>
          <w:rFonts w:ascii="Times New Roman" w:hAnsi="Times New Roman" w:eastAsia="Times New Roman" w:cs="Times New Roman"/>
          <w:sz w:val="24"/>
        </w:rPr>
        <w:tab/>
      </w:r>
      <w:r>
        <w:rPr>
          <w:rFonts w:ascii="Times New Roman" w:hAnsi="Times New Roman" w:eastAsia="Times New Roman" w:cs="Times New Roman"/>
          <w:sz w:val="24"/>
        </w:rPr>
        <w:t>(Seal)</w:t>
      </w:r>
    </w:p>
    <w:p>
      <w:pPr>
        <w:spacing w:before="70" w:after="2"/>
      </w:pPr>
      <w:r>
        <w:rPr>
          <w:rFonts w:ascii="Times New Roman" w:hAnsi="Times New Roman" w:eastAsia="Times New Roman" w:cs="Times New Roman"/>
          <w:b/>
          <w:sz w:val="24"/>
        </w:rPr>
        <w:t>FL-</w:t>
      </w:r>
      <w:r>
        <w:rPr>
          <w:rFonts w:ascii="Times New Roman" w:hAnsi="Times New Roman" w:eastAsia="Times New Roman" w:cs="Times New Roman"/>
          <w:b/>
          <w:sz w:val="24"/>
        </w:rPr>
        <w:t>342</w:t>
      </w:r>
    </w:p>
    <w:p>
      <w:pPr/>
    </w:p>
    <w:p>
      <w:pPr>
        <w:spacing w:before="36" w:after="0"/>
        <w:jc w:val="center"/>
      </w:pP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SUPPORT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INFORMATION</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AND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ATTACHMENT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A</w:t>
      </w:r>
    </w:p>
    <w:p>
      <w:pPr>
        <w:spacing w:before="71" w:after="0"/>
        <w:jc w:val="both"/>
      </w:pPr>
      <w:r>
        <w:rPr>
          <w:rFonts w:ascii="Times New Roman" w:hAnsi="Times New Roman" w:eastAsia="Times New Roman" w:cs="Times New Roman"/>
          <w:b/>
          <w:sz w:val="24"/>
        </w:rPr>
        <w:t>TO</w:t>
      </w:r>
      <w:r>
        <w:rPr>
          <w:rFonts w:ascii="Times New Roman" w:hAnsi="Times New Roman" w:eastAsia="Times New Roman" w:cs="Times New Roman"/>
          <w:b/>
          <w:sz w:val="24"/>
        </w:rPr>
        <w:tab/>
        <w:t>Findings</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and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 After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Hearing (form FL-</w:t>
      </w:r>
      <w:r>
        <w:rPr>
          <w:rFonts w:ascii="Times New Roman" w:hAnsi="Times New Roman" w:eastAsia="Times New Roman" w:cs="Times New Roman"/>
          <w:b/>
          <w:sz w:val="24"/>
        </w:rPr>
        <w:t>340)</w:t>
      </w:r>
    </w:p>
    <w:p>
      <w:pPr>
        <w:spacing w:before="71" w:after="0" w:line="324" w:lineRule="auto"/>
        <w:jc w:val="both"/>
      </w:pPr>
      <w:r>
        <w:rPr>
          <w:rFonts w:ascii="Times New Roman" w:hAnsi="Times New Roman" w:eastAsia="Times New Roman" w:cs="Times New Roman"/>
          <w:b/>
          <w:sz w:val="24"/>
        </w:rPr>
        <w:t>Judgment (form FL-180)</w:t>
        <w:tab/>
        <w:t>Judgment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(form</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FL-250) Restraining</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After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Hearing</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(CLETS-OAH)</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(form</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 xml:space="preserve">DV-130) </w:t>
      </w:r>
      <w:r>
        <w:rPr>
          <w:rFonts w:ascii="Times New Roman" w:hAnsi="Times New Roman" w:eastAsia="Times New Roman" w:cs="Times New Roman"/>
          <w:b/>
          <w:sz w:val="24"/>
        </w:rPr>
        <w:t xml:space="preserve">Other </w:t>
      </w:r>
      <w:r>
        <w:rPr>
          <w:rFonts w:ascii="Times New Roman" w:hAnsi="Times New Roman" w:eastAsia="Times New Roman" w:cs="Times New Roman"/>
          <w:sz w:val="24"/>
        </w:rPr>
        <w:t>(specify):</w:t>
      </w:r>
    </w:p>
    <w:p>
      <w:pPr>
        <w:spacing w:before="66" w:after="0"/>
      </w:pPr>
      <w:r>
        <w:rPr>
          <w:rFonts w:ascii="Times New Roman" w:hAnsi="Times New Roman" w:eastAsia="Times New Roman" w:cs="Times New Roman"/>
          <w:b/>
          <w:sz w:val="24"/>
        </w:rPr>
        <w:t>THE</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COURT USED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THE FOLLOWING</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INFORMATION IN DETERMINING</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THE AMOUNT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 xml:space="preserve">OF CHILD </w:t>
      </w:r>
      <w:r>
        <w:rPr>
          <w:rFonts w:ascii="Times New Roman" w:hAnsi="Times New Roman" w:eastAsia="Times New Roman" w:cs="Times New Roman"/>
          <w:b/>
          <w:sz w:val="24"/>
        </w:rPr>
        <w:t>SUPPORT:</w:t>
      </w:r>
    </w:p>
    <w:p>
      <w:pPr>
        <w:spacing w:before="24" w:after="0" w:line="247" w:lineRule="auto"/>
        <w:ind w:hanging="824"/>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printout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computer</w:t>
      </w:r>
      <w:r>
        <w:rPr>
          <w:rFonts w:ascii="Times New Roman" w:hAnsi="Times New Roman" w:eastAsia="Times New Roman" w:cs="Times New Roman"/>
          <w:sz w:val="24"/>
        </w:rPr>
        <w:t xml:space="preserve"> </w:t>
      </w:r>
      <w:r>
        <w:rPr>
          <w:rFonts w:ascii="Times New Roman" w:hAnsi="Times New Roman" w:eastAsia="Times New Roman" w:cs="Times New Roman"/>
          <w:sz w:val="24"/>
        </w:rPr>
        <w:t>calculation</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findings</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incorporated</w:t>
      </w:r>
      <w:r>
        <w:rPr>
          <w:rFonts w:ascii="Times New Roman" w:hAnsi="Times New Roman" w:eastAsia="Times New Roman" w:cs="Times New Roman"/>
          <w:sz w:val="24"/>
        </w:rPr>
        <w:t xml:space="preserve"> </w:t>
      </w:r>
      <w:r>
        <w:rPr>
          <w:rFonts w:ascii="Times New Roman" w:hAnsi="Times New Roman" w:eastAsia="Times New Roman" w:cs="Times New Roman"/>
          <w:sz w:val="24"/>
        </w:rPr>
        <w:t>in</w:t>
      </w:r>
      <w:r>
        <w:rPr>
          <w:rFonts w:ascii="Times New Roman" w:hAnsi="Times New Roman" w:eastAsia="Times New Roman" w:cs="Times New Roman"/>
          <w:sz w:val="24"/>
        </w:rPr>
        <w:t xml:space="preserve"> </w:t>
      </w: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all</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w:t>
      </w:r>
      <w:r>
        <w:rPr>
          <w:rFonts w:ascii="Times New Roman" w:hAnsi="Times New Roman" w:eastAsia="Times New Roman" w:cs="Times New Roman"/>
          <w:sz w:val="24"/>
        </w:rPr>
        <w:t xml:space="preserve"> </w:t>
      </w:r>
      <w:r>
        <w:rPr>
          <w:rFonts w:ascii="Times New Roman" w:hAnsi="Times New Roman" w:eastAsia="Times New Roman" w:cs="Times New Roman"/>
          <w:sz w:val="24"/>
        </w:rPr>
        <w:t>items</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filled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out </w:t>
      </w:r>
      <w:r>
        <w:rPr>
          <w:rFonts w:ascii="Times New Roman" w:hAnsi="Times New Roman" w:eastAsia="Times New Roman" w:cs="Times New Roman"/>
          <w:sz w:val="24"/>
        </w:rPr>
        <w:t>below.</w:t>
      </w:r>
    </w:p>
    <w:p>
      <w:pPr/>
    </w:p>
    <w:p>
      <w:pPr>
        <w:spacing w:before="57" w:after="0"/>
        <w:ind w:hanging="820"/>
      </w:pPr>
      <w:r>
        <w:rPr>
          <w:rFonts w:ascii="Times New Roman" w:hAnsi="Times New Roman" w:eastAsia="Times New Roman" w:cs="Times New Roman"/>
          <w:b/>
          <w:sz w:val="24"/>
        </w:rPr>
        <w:t>Income</w:t>
      </w:r>
    </w:p>
    <w:p>
      <w:pPr>
        <w:spacing w:before="22" w:after="0"/>
        <w:ind w:hanging="267"/>
      </w:pP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parent’s</w:t>
      </w:r>
      <w:r>
        <w:rPr>
          <w:rFonts w:ascii="Times New Roman" w:hAnsi="Times New Roman" w:eastAsia="Times New Roman" w:cs="Times New Roman"/>
          <w:sz w:val="24"/>
        </w:rPr>
        <w:t xml:space="preserve"> </w:t>
      </w:r>
      <w:r>
        <w:rPr>
          <w:rFonts w:ascii="Times New Roman" w:hAnsi="Times New Roman" w:eastAsia="Times New Roman" w:cs="Times New Roman"/>
          <w:sz w:val="24"/>
        </w:rPr>
        <w:t>monthly</w:t>
      </w:r>
      <w:r>
        <w:rPr>
          <w:rFonts w:ascii="Times New Roman" w:hAnsi="Times New Roman" w:eastAsia="Times New Roman" w:cs="Times New Roman"/>
          <w:sz w:val="24"/>
        </w:rPr>
        <w:t xml:space="preserve"> </w:t>
      </w:r>
      <w:r>
        <w:rPr>
          <w:rFonts w:ascii="Times New Roman" w:hAnsi="Times New Roman" w:eastAsia="Times New Roman" w:cs="Times New Roman"/>
          <w:sz w:val="24"/>
        </w:rPr>
        <w:t>income</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p>
    <w:p>
      <w:pPr>
        <w:spacing w:before="95" w:after="0" w:line="290" w:lineRule="auto"/>
        <w:ind w:firstLine="454"/>
      </w:pPr>
      <w:r>
        <w:rPr>
          <w:rFonts w:ascii="Times New Roman" w:hAnsi="Times New Roman" w:eastAsia="Times New Roman" w:cs="Times New Roman"/>
          <w:sz w:val="24"/>
        </w:rPr>
        <w:t>Petitioner/plaintiff:</w:t>
      </w:r>
      <w:r>
        <w:rPr>
          <w:rFonts w:ascii="Times New Roman" w:hAnsi="Times New Roman" w:eastAsia="Times New Roman" w:cs="Times New Roman"/>
          <w:sz w:val="24"/>
        </w:rPr>
        <w:t xml:space="preserve"> </w:t>
      </w:r>
      <w:r>
        <w:rPr>
          <w:rFonts w:ascii="Times New Roman" w:hAnsi="Times New Roman" w:eastAsia="Times New Roman" w:cs="Times New Roman"/>
          <w:sz w:val="24"/>
        </w:rPr>
        <w:t>$ Respondent/defendant: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parent/party: $</w:t>
      </w:r>
    </w:p>
    <w:p>
      <w:pPr>
        <w:spacing w:before="85" w:after="0" w:line="247" w:lineRule="auto"/>
        <w:ind w:hanging="290"/>
      </w:pPr>
      <w:r>
        <w:rPr>
          <w:rFonts w:ascii="Times New Roman" w:hAnsi="Times New Roman" w:eastAsia="Times New Roman" w:cs="Times New Roman"/>
          <w:sz w:val="24"/>
        </w:rPr>
        <w:t>Gross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monthly </w:t>
      </w:r>
      <w:r>
        <w:rPr>
          <w:rFonts w:ascii="Times New Roman" w:hAnsi="Times New Roman" w:eastAsia="Times New Roman" w:cs="Times New Roman"/>
          <w:sz w:val="24"/>
        </w:rPr>
        <w:t>income</w:t>
      </w:r>
    </w:p>
    <w:p>
      <w:pPr>
        <w:spacing w:before="85" w:after="0" w:line="247" w:lineRule="auto"/>
        <w:ind w:hanging="191"/>
      </w:pPr>
      <w:r>
        <w:rPr>
          <w:rFonts w:ascii="Times New Roman" w:hAnsi="Times New Roman" w:eastAsia="Times New Roman" w:cs="Times New Roman"/>
          <w:sz w:val="24"/>
        </w:rPr>
        <w:t>Net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monthly </w:t>
      </w:r>
      <w:r>
        <w:rPr>
          <w:rFonts w:ascii="Times New Roman" w:hAnsi="Times New Roman" w:eastAsia="Times New Roman" w:cs="Times New Roman"/>
          <w:sz w:val="24"/>
        </w:rPr>
        <w:t>income</w:t>
      </w:r>
    </w:p>
    <w:p>
      <w:pPr>
        <w:spacing w:before="83" w:after="0"/>
      </w:pPr>
      <w:r>
        <w:rPr>
          <w:rFonts w:ascii="Times New Roman" w:hAnsi="Times New Roman" w:eastAsia="Times New Roman" w:cs="Times New Roman"/>
          <w:sz w:val="24"/>
        </w:rPr>
        <w:t>$</w:t>
      </w:r>
    </w:p>
    <w:p>
      <w:pPr>
        <w:spacing w:before="42" w:after="0"/>
      </w:pPr>
      <w:r>
        <w:rPr>
          <w:rFonts w:ascii="Times New Roman" w:hAnsi="Times New Roman" w:eastAsia="Times New Roman" w:cs="Times New Roman"/>
          <w:sz w:val="24"/>
        </w:rPr>
        <w:t>$</w:t>
      </w:r>
    </w:p>
    <w:p>
      <w:pPr>
        <w:spacing w:before="27" w:after="0"/>
      </w:pPr>
      <w:r>
        <w:rPr>
          <w:rFonts w:ascii="Times New Roman" w:hAnsi="Times New Roman" w:eastAsia="Times New Roman" w:cs="Times New Roman"/>
          <w:sz w:val="24"/>
        </w:rPr>
        <w:t>$</w:t>
      </w:r>
    </w:p>
    <w:p>
      <w:pPr>
        <w:spacing w:before="85" w:after="0" w:line="247" w:lineRule="auto"/>
        <w:ind w:firstLine="344"/>
      </w:pPr>
      <w:r>
        <w:rPr>
          <w:rFonts w:ascii="Times New Roman" w:hAnsi="Times New Roman" w:eastAsia="Times New Roman" w:cs="Times New Roman"/>
          <w:sz w:val="24"/>
        </w:rPr>
        <w:t xml:space="preserve">Receiving </w:t>
      </w:r>
      <w:r>
        <w:rPr>
          <w:rFonts w:ascii="Times New Roman" w:hAnsi="Times New Roman" w:eastAsia="Times New Roman" w:cs="Times New Roman"/>
          <w:sz w:val="24"/>
        </w:rPr>
        <w:t>TANF/CaIWORKS</w:t>
      </w:r>
    </w:p>
    <w:p>
      <w:pPr/>
    </w:p>
    <w:p>
      <w:pPr/>
    </w:p>
    <w:p>
      <w:pPr/>
    </w:p>
    <w:p>
      <w:pPr>
        <w:spacing w:before="16" w:after="0"/>
        <w:ind w:hanging="224"/>
      </w:pPr>
      <w:r>
        <w:rPr>
          <w:rFonts w:ascii="Times New Roman" w:hAnsi="Times New Roman" w:eastAsia="Times New Roman" w:cs="Times New Roman"/>
          <w:sz w:val="24"/>
        </w:rPr>
        <w:t>Imputation</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income.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court</w:t>
      </w:r>
      <w:r>
        <w:rPr>
          <w:rFonts w:ascii="Times New Roman" w:hAnsi="Times New Roman" w:eastAsia="Times New Roman" w:cs="Times New Roman"/>
          <w:sz w:val="24"/>
        </w:rPr>
        <w:t xml:space="preserve"> </w:t>
      </w:r>
      <w:r>
        <w:rPr>
          <w:rFonts w:ascii="Times New Roman" w:hAnsi="Times New Roman" w:eastAsia="Times New Roman" w:cs="Times New Roman"/>
          <w:sz w:val="24"/>
        </w:rPr>
        <w:t>finds</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p>
    <w:p>
      <w:pPr>
        <w:spacing w:line="188" w:lineRule="exact"/>
      </w:pPr>
      <w:r>
        <w:rPr>
          <w:rFonts w:ascii="Times New Roman" w:hAnsi="Times New Roman" w:eastAsia="Times New Roman" w:cs="Times New Roman"/>
          <w:sz w:val="24"/>
        </w:rPr>
        <w:t>Petitioner/plaintiff</w:t>
      </w:r>
    </w:p>
    <w:p>
      <w:pPr>
        <w:spacing w:before="56" w:after="0"/>
      </w:pPr>
      <w:r>
        <w:rPr>
          <w:rFonts w:ascii="Times New Roman" w:hAnsi="Times New Roman" w:eastAsia="Times New Roman" w:cs="Times New Roman"/>
          <w:sz w:val="24"/>
        </w:rPr>
        <w:t xml:space="preserve">Other </w:t>
      </w:r>
      <w:r>
        <w:rPr>
          <w:rFonts w:ascii="Times New Roman" w:hAnsi="Times New Roman" w:eastAsia="Times New Roman" w:cs="Times New Roman"/>
          <w:sz w:val="24"/>
        </w:rPr>
        <w:t>parent/party</w:t>
      </w:r>
    </w:p>
    <w:p>
      <w:pPr>
        <w:spacing w:line="312" w:lineRule="auto"/>
        <w:ind w:firstLine="539"/>
      </w:pPr>
      <w:r>
        <w:rPr>
          <w:rFonts w:ascii="Times New Roman" w:hAnsi="Times New Roman" w:eastAsia="Times New Roman" w:cs="Times New Roman"/>
          <w:sz w:val="24"/>
        </w:rPr>
        <w:t xml:space="preserve">Respondent/defendant </w:t>
      </w:r>
      <w:r>
        <w:rPr>
          <w:rFonts w:ascii="Times New Roman" w:hAnsi="Times New Roman" w:eastAsia="Times New Roman" w:cs="Times New Roman"/>
          <w:sz w:val="24"/>
        </w:rPr>
        <w:t>has the capacity to earn:</w:t>
      </w:r>
    </w:p>
    <w:p>
      <w:pPr/>
    </w:p>
    <w:p>
      <w:pPr/>
      <w:r>
        <w:rPr>
          <w:rFonts w:ascii="Times New Roman" w:hAnsi="Times New Roman" w:eastAsia="Times New Roman" w:cs="Times New Roman"/>
          <w:sz w:val="24"/>
        </w:rPr>
        <w:t>$</w:t>
      </w:r>
      <w:r>
        <w:rPr>
          <w:rFonts w:ascii="Times New Roman" w:hAnsi="Times New Roman" w:eastAsia="Times New Roman" w:cs="Times New Roman"/>
          <w:sz w:val="24"/>
        </w:rPr>
        <w:tab/>
      </w:r>
      <w:r>
        <w:rPr>
          <w:rFonts w:ascii="Times New Roman" w:hAnsi="Times New Roman" w:eastAsia="Times New Roman" w:cs="Times New Roman"/>
          <w:sz w:val="24"/>
        </w:rPr>
        <w:t>per</w:t>
      </w:r>
    </w:p>
    <w:p>
      <w:pPr>
        <w:spacing w:before="60" w:after="0"/>
        <w:ind w:hanging="820"/>
      </w:pPr>
      <w:r>
        <w:rPr>
          <w:rFonts w:ascii="Times New Roman" w:hAnsi="Times New Roman" w:eastAsia="Times New Roman" w:cs="Times New Roman"/>
          <w:b/>
          <w:sz w:val="24"/>
        </w:rPr>
        <w:t xml:space="preserve">Children of this </w:t>
      </w:r>
      <w:r>
        <w:rPr>
          <w:rFonts w:ascii="Times New Roman" w:hAnsi="Times New Roman" w:eastAsia="Times New Roman" w:cs="Times New Roman"/>
          <w:b/>
          <w:sz w:val="24"/>
        </w:rPr>
        <w:t>relationship</w:t>
      </w:r>
    </w:p>
    <w:p>
      <w:pPr>
        <w:spacing w:before="8" w:after="0"/>
      </w:pP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has</w:t>
      </w:r>
      <w:r>
        <w:rPr>
          <w:rFonts w:ascii="Times New Roman" w:hAnsi="Times New Roman" w:eastAsia="Times New Roman" w:cs="Times New Roman"/>
          <w:sz w:val="24"/>
        </w:rPr>
        <w:t xml:space="preserve"> </w:t>
      </w:r>
      <w:r>
        <w:rPr>
          <w:rFonts w:ascii="Times New Roman" w:hAnsi="Times New Roman" w:eastAsia="Times New Roman" w:cs="Times New Roman"/>
          <w:sz w:val="24"/>
        </w:rPr>
        <w:t>based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imputed</w:t>
      </w:r>
      <w:r>
        <w:rPr>
          <w:rFonts w:ascii="Times New Roman" w:hAnsi="Times New Roman" w:eastAsia="Times New Roman" w:cs="Times New Roman"/>
          <w:sz w:val="24"/>
        </w:rPr>
        <w:t xml:space="preserve"> </w:t>
      </w:r>
      <w:r>
        <w:rPr>
          <w:rFonts w:ascii="Times New Roman" w:hAnsi="Times New Roman" w:eastAsia="Times New Roman" w:cs="Times New Roman"/>
          <w:sz w:val="24"/>
        </w:rPr>
        <w:t>income.</w:t>
      </w:r>
    </w:p>
    <w:p>
      <w:pPr/>
    </w:p>
    <w:p>
      <w:pPr>
        <w:spacing w:before="41" w:after="0"/>
        <w:ind w:hanging="274"/>
      </w:pPr>
      <w:r>
        <w:rPr>
          <w:rFonts w:ascii="Times New Roman" w:hAnsi="Times New Roman" w:eastAsia="Times New Roman" w:cs="Times New Roman"/>
          <w:sz w:val="24"/>
        </w:rPr>
        <w:t>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children</w:t>
      </w:r>
      <w:r>
        <w:rPr>
          <w:rFonts w:ascii="Times New Roman" w:hAnsi="Times New Roman" w:eastAsia="Times New Roman" w:cs="Times New Roman"/>
          <w:sz w:val="24"/>
        </w:rPr>
        <w:t xml:space="preserve"> </w:t>
      </w:r>
      <w:r>
        <w:rPr>
          <w:rFonts w:ascii="Times New Roman" w:hAnsi="Times New Roman" w:eastAsia="Times New Roman" w:cs="Times New Roman"/>
          <w:sz w:val="24"/>
        </w:rPr>
        <w:t>who</w:t>
      </w:r>
      <w:r>
        <w:rPr>
          <w:rFonts w:ascii="Times New Roman" w:hAnsi="Times New Roman" w:eastAsia="Times New Roman" w:cs="Times New Roman"/>
          <w:sz w:val="24"/>
        </w:rPr>
        <w:t xml:space="preserve"> </w:t>
      </w:r>
      <w:r>
        <w:rPr>
          <w:rFonts w:ascii="Times New Roman" w:hAnsi="Times New Roman" w:eastAsia="Times New Roman" w:cs="Times New Roman"/>
          <w:sz w:val="24"/>
        </w:rPr>
        <w:t>are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subjects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order </w:t>
      </w:r>
      <w:r>
        <w:rPr>
          <w:rFonts w:ascii="Times New Roman" w:hAnsi="Times New Roman" w:eastAsia="Times New Roman" w:cs="Times New Roman"/>
          <w:sz w:val="24"/>
        </w:rPr>
        <w:t>(specify):</w:t>
      </w:r>
    </w:p>
    <w:p>
      <w:pPr>
        <w:spacing w:before="6" w:after="0"/>
      </w:pPr>
    </w:p>
    <w:p>
      <w:pPr/>
    </w:p>
    <w:p>
      <w:pPr/>
    </w:p>
    <w:p>
      <w:pPr>
        <w:spacing w:before="8" w:after="0"/>
      </w:pPr>
    </w:p>
    <w:p>
      <w:pPr/>
      <w:r>
        <w:rPr>
          <w:rFonts w:ascii="Times New Roman" w:hAnsi="Times New Roman" w:eastAsia="Times New Roman" w:cs="Times New Roman"/>
          <w:sz w:val="24"/>
        </w:rPr>
        <w:t xml:space="preserve">Other minor </w:t>
      </w:r>
      <w:r>
        <w:rPr>
          <w:rFonts w:ascii="Times New Roman" w:hAnsi="Times New Roman" w:eastAsia="Times New Roman" w:cs="Times New Roman"/>
          <w:sz w:val="24"/>
        </w:rPr>
        <w:t>children:</w:t>
      </w:r>
    </w:p>
    <w:p>
      <w:pPr>
        <w:spacing w:before="74" w:after="0"/>
        <w:ind w:hanging="816"/>
      </w:pPr>
      <w:r>
        <w:rPr>
          <w:rFonts w:ascii="Times New Roman" w:hAnsi="Times New Roman" w:eastAsia="Times New Roman" w:cs="Times New Roman"/>
          <w:sz w:val="24"/>
        </w:rPr>
        <w:t xml:space="preserve">Extraordinary medical </w:t>
      </w:r>
      <w:r>
        <w:rPr>
          <w:rFonts w:ascii="Times New Roman" w:hAnsi="Times New Roman" w:eastAsia="Times New Roman" w:cs="Times New Roman"/>
          <w:sz w:val="24"/>
        </w:rPr>
        <w:t>expenses:</w:t>
      </w:r>
    </w:p>
    <w:p>
      <w:pPr>
        <w:spacing w:before="67" w:after="0"/>
        <w:ind w:hanging="809"/>
      </w:pPr>
      <w:r>
        <w:rPr>
          <w:rFonts w:ascii="Times New Roman" w:hAnsi="Times New Roman" w:eastAsia="Times New Roman" w:cs="Times New Roman"/>
          <w:sz w:val="24"/>
        </w:rPr>
        <w:t xml:space="preserve">Catastrophic </w:t>
      </w:r>
      <w:r>
        <w:rPr>
          <w:rFonts w:ascii="Times New Roman" w:hAnsi="Times New Roman" w:eastAsia="Times New Roman" w:cs="Times New Roman"/>
          <w:sz w:val="24"/>
        </w:rPr>
        <w:t>losses:</w:t>
      </w:r>
    </w:p>
    <w:p>
      <w:pPr>
        <w:spacing w:line="247" w:lineRule="auto"/>
        <w:ind w:hanging="121"/>
      </w:pPr>
      <w:r>
        <w:rPr>
          <w:rFonts w:ascii="Times New Roman" w:hAnsi="Times New Roman" w:eastAsia="Times New Roman" w:cs="Times New Roman"/>
          <w:sz w:val="24"/>
        </w:rPr>
        <w:t xml:space="preserve">Petitioner/ </w:t>
      </w:r>
      <w:r>
        <w:rPr>
          <w:rFonts w:ascii="Times New Roman" w:hAnsi="Times New Roman" w:eastAsia="Times New Roman" w:cs="Times New Roman"/>
          <w:sz w:val="24"/>
        </w:rPr>
        <w:t>plaintiff</w:t>
      </w:r>
    </w:p>
    <w:p>
      <w:pPr>
        <w:spacing w:before="95" w:after="0"/>
      </w:pPr>
      <w:r>
        <w:rPr>
          <w:rFonts w:ascii="Times New Roman" w:hAnsi="Times New Roman" w:eastAsia="Times New Roman" w:cs="Times New Roman"/>
          <w:sz w:val="24"/>
        </w:rPr>
        <w:t>$</w:t>
      </w:r>
    </w:p>
    <w:p>
      <w:pPr>
        <w:spacing w:before="73" w:after="0"/>
      </w:pPr>
      <w:r>
        <w:rPr>
          <w:rFonts w:ascii="Times New Roman" w:hAnsi="Times New Roman" w:eastAsia="Times New Roman" w:cs="Times New Roman"/>
          <w:sz w:val="24"/>
        </w:rPr>
        <w:t>$</w:t>
      </w:r>
    </w:p>
    <w:p>
      <w:pPr>
        <w:spacing w:before="68" w:after="0"/>
      </w:pPr>
      <w:r>
        <w:rPr>
          <w:rFonts w:ascii="Times New Roman" w:hAnsi="Times New Roman" w:eastAsia="Times New Roman" w:cs="Times New Roman"/>
          <w:sz w:val="24"/>
        </w:rPr>
        <w:t>$</w:t>
      </w:r>
    </w:p>
    <w:p>
      <w:pPr>
        <w:spacing w:line="247" w:lineRule="auto"/>
        <w:ind w:hanging="110"/>
      </w:pPr>
      <w:r>
        <w:rPr>
          <w:rFonts w:ascii="Times New Roman" w:hAnsi="Times New Roman" w:eastAsia="Times New Roman" w:cs="Times New Roman"/>
          <w:sz w:val="24"/>
        </w:rPr>
        <w:t xml:space="preserve">Respondent/ </w:t>
      </w:r>
      <w:r>
        <w:rPr>
          <w:rFonts w:ascii="Times New Roman" w:hAnsi="Times New Roman" w:eastAsia="Times New Roman" w:cs="Times New Roman"/>
          <w:sz w:val="24"/>
        </w:rPr>
        <w:t>defendant</w:t>
      </w:r>
    </w:p>
    <w:p>
      <w:pPr>
        <w:spacing w:before="95" w:after="0"/>
      </w:pPr>
      <w:r>
        <w:rPr>
          <w:rFonts w:ascii="Times New Roman" w:hAnsi="Times New Roman" w:eastAsia="Times New Roman" w:cs="Times New Roman"/>
          <w:sz w:val="24"/>
        </w:rPr>
        <w:t>$</w:t>
      </w:r>
    </w:p>
    <w:p>
      <w:pPr>
        <w:spacing w:before="73" w:after="0"/>
      </w:pPr>
      <w:r>
        <w:rPr>
          <w:rFonts w:ascii="Times New Roman" w:hAnsi="Times New Roman" w:eastAsia="Times New Roman" w:cs="Times New Roman"/>
          <w:sz w:val="24"/>
        </w:rPr>
        <w:t>$</w:t>
      </w:r>
    </w:p>
    <w:p>
      <w:pPr>
        <w:spacing w:before="68" w:after="0"/>
      </w:pPr>
      <w:r>
        <w:rPr>
          <w:rFonts w:ascii="Times New Roman" w:hAnsi="Times New Roman" w:eastAsia="Times New Roman" w:cs="Times New Roman"/>
          <w:sz w:val="24"/>
        </w:rPr>
        <w:t>$</w:t>
      </w:r>
    </w:p>
    <w:p>
      <w:pPr>
        <w:spacing w:line="247" w:lineRule="auto"/>
        <w:ind w:hanging="331"/>
      </w:pP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parent/ </w:t>
      </w:r>
      <w:r>
        <w:rPr>
          <w:rFonts w:ascii="Times New Roman" w:hAnsi="Times New Roman" w:eastAsia="Times New Roman" w:cs="Times New Roman"/>
          <w:sz w:val="24"/>
        </w:rPr>
        <w:t>party</w:t>
      </w:r>
    </w:p>
    <w:p>
      <w:pPr>
        <w:spacing w:before="95" w:after="0"/>
      </w:pPr>
      <w:r>
        <w:rPr>
          <w:rFonts w:ascii="Times New Roman" w:hAnsi="Times New Roman" w:eastAsia="Times New Roman" w:cs="Times New Roman"/>
          <w:sz w:val="24"/>
        </w:rPr>
        <w:t>$</w:t>
      </w:r>
    </w:p>
    <w:p>
      <w:pPr>
        <w:spacing w:before="73" w:after="0"/>
      </w:pPr>
      <w:r>
        <w:rPr>
          <w:rFonts w:ascii="Times New Roman" w:hAnsi="Times New Roman" w:eastAsia="Times New Roman" w:cs="Times New Roman"/>
          <w:sz w:val="24"/>
        </w:rPr>
        <w:t>$</w:t>
      </w:r>
    </w:p>
    <w:p>
      <w:pPr>
        <w:spacing w:before="68" w:after="0"/>
      </w:pPr>
      <w:r>
        <w:rPr>
          <w:rFonts w:ascii="Times New Roman" w:hAnsi="Times New Roman" w:eastAsia="Times New Roman" w:cs="Times New Roman"/>
          <w:sz w:val="24"/>
        </w:rPr>
        <w:t>$</w:t>
      </w:r>
    </w:p>
    <w:p>
      <w:pPr>
        <w:spacing w:line="247" w:lineRule="auto"/>
        <w:ind w:hanging="371"/>
      </w:pPr>
      <w:r>
        <w:rPr>
          <w:rFonts w:ascii="Times New Roman" w:hAnsi="Times New Roman" w:eastAsia="Times New Roman" w:cs="Times New Roman"/>
          <w:sz w:val="24"/>
        </w:rPr>
        <w:t>Approximate</w:t>
      </w:r>
      <w:r>
        <w:rPr>
          <w:rFonts w:ascii="Times New Roman" w:hAnsi="Times New Roman" w:eastAsia="Times New Roman" w:cs="Times New Roman"/>
          <w:sz w:val="24"/>
        </w:rPr>
        <w:t xml:space="preserve"> </w:t>
      </w:r>
      <w:r>
        <w:rPr>
          <w:rFonts w:ascii="Times New Roman" w:hAnsi="Times New Roman" w:eastAsia="Times New Roman" w:cs="Times New Roman"/>
          <w:sz w:val="24"/>
        </w:rPr>
        <w:t>ending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time </w:t>
      </w:r>
      <w:r>
        <w:rPr>
          <w:rFonts w:ascii="Times New Roman" w:hAnsi="Times New Roman" w:eastAsia="Times New Roman" w:cs="Times New Roman"/>
          <w:sz w:val="24"/>
        </w:rPr>
        <w:t>for the hardship</w:t>
      </w:r>
    </w:p>
    <w:p>
      <w:pPr/>
    </w:p>
    <w:p>
      <w:pPr>
        <w:spacing w:before="66" w:after="0"/>
      </w:pPr>
      <w:r>
        <w:rPr>
          <w:rFonts w:ascii="Times New Roman" w:hAnsi="Times New Roman" w:eastAsia="Times New Roman" w:cs="Times New Roman"/>
          <w:b/>
          <w:sz w:val="24"/>
        </w:rPr>
        <w:t xml:space="preserve">THE COURT </w:t>
      </w:r>
      <w:r>
        <w:rPr>
          <w:rFonts w:ascii="Times New Roman" w:hAnsi="Times New Roman" w:eastAsia="Times New Roman" w:cs="Times New Roman"/>
          <w:b/>
          <w:sz w:val="24"/>
        </w:rPr>
        <w:t>ORDERS</w:t>
      </w:r>
    </w:p>
    <w:p>
      <w:pPr>
        <w:spacing w:before="80" w:after="0"/>
        <w:ind w:hanging="861"/>
      </w:pPr>
      <w:r>
        <w:rPr>
          <w:rFonts w:ascii="Times New Roman" w:hAnsi="Times New Roman" w:eastAsia="Times New Roman" w:cs="Times New Roman"/>
          <w:b/>
          <w:sz w:val="24"/>
        </w:rPr>
        <w:t xml:space="preserve">Low-income </w:t>
      </w:r>
      <w:r>
        <w:rPr>
          <w:rFonts w:ascii="Times New Roman" w:hAnsi="Times New Roman" w:eastAsia="Times New Roman" w:cs="Times New Roman"/>
          <w:b/>
          <w:sz w:val="24"/>
        </w:rPr>
        <w:t>adjustment</w:t>
      </w:r>
    </w:p>
    <w:p>
      <w:pPr>
        <w:spacing w:before="58" w:after="0"/>
        <w:ind w:hanging="812"/>
      </w:pP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low-income</w:t>
      </w:r>
      <w:r>
        <w:rPr>
          <w:rFonts w:ascii="Times New Roman" w:hAnsi="Times New Roman" w:eastAsia="Times New Roman" w:cs="Times New Roman"/>
          <w:sz w:val="24"/>
        </w:rPr>
        <w:t xml:space="preserve"> </w:t>
      </w:r>
      <w:r>
        <w:rPr>
          <w:rFonts w:ascii="Times New Roman" w:hAnsi="Times New Roman" w:eastAsia="Times New Roman" w:cs="Times New Roman"/>
          <w:sz w:val="24"/>
        </w:rPr>
        <w:t>adjustment</w:t>
      </w:r>
      <w:r>
        <w:rPr>
          <w:rFonts w:ascii="Times New Roman" w:hAnsi="Times New Roman" w:eastAsia="Times New Roman" w:cs="Times New Roman"/>
          <w:sz w:val="24"/>
        </w:rPr>
        <w:t xml:space="preserve"> </w:t>
      </w:r>
      <w:r>
        <w:rPr>
          <w:rFonts w:ascii="Times New Roman" w:hAnsi="Times New Roman" w:eastAsia="Times New Roman" w:cs="Times New Roman"/>
          <w:sz w:val="24"/>
        </w:rPr>
        <w:t>applies.</w:t>
      </w:r>
    </w:p>
    <w:p>
      <w:pPr>
        <w:spacing w:before="61" w:after="0"/>
        <w:ind w:hanging="797"/>
      </w:pP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low-income</w:t>
      </w:r>
      <w:r>
        <w:rPr>
          <w:rFonts w:ascii="Times New Roman" w:hAnsi="Times New Roman" w:eastAsia="Times New Roman" w:cs="Times New Roman"/>
          <w:sz w:val="24"/>
        </w:rPr>
        <w:t xml:space="preserve"> </w:t>
      </w:r>
      <w:r>
        <w:rPr>
          <w:rFonts w:ascii="Times New Roman" w:hAnsi="Times New Roman" w:eastAsia="Times New Roman" w:cs="Times New Roman"/>
          <w:sz w:val="24"/>
        </w:rPr>
        <w:t>adjustment</w:t>
      </w:r>
      <w:r>
        <w:rPr>
          <w:rFonts w:ascii="Times New Roman" w:hAnsi="Times New Roman" w:eastAsia="Times New Roman" w:cs="Times New Roman"/>
          <w:sz w:val="24"/>
        </w:rPr>
        <w:t xml:space="preserve"> </w:t>
      </w:r>
      <w:r>
        <w:rPr>
          <w:rFonts w:ascii="Times New Roman" w:hAnsi="Times New Roman" w:eastAsia="Times New Roman" w:cs="Times New Roman"/>
          <w:sz w:val="24"/>
        </w:rPr>
        <w:t>does</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apply</w:t>
      </w:r>
      <w:r>
        <w:rPr>
          <w:rFonts w:ascii="Times New Roman" w:hAnsi="Times New Roman" w:eastAsia="Times New Roman" w:cs="Times New Roman"/>
          <w:sz w:val="24"/>
        </w:rPr>
        <w:t xml:space="preserve"> </w:t>
      </w:r>
      <w:r>
        <w:rPr>
          <w:rFonts w:ascii="Times New Roman" w:hAnsi="Times New Roman" w:eastAsia="Times New Roman" w:cs="Times New Roman"/>
          <w:sz w:val="24"/>
        </w:rPr>
        <w:t>because</w:t>
      </w:r>
      <w:r>
        <w:rPr>
          <w:rFonts w:ascii="Times New Roman" w:hAnsi="Times New Roman" w:eastAsia="Times New Roman" w:cs="Times New Roman"/>
          <w:sz w:val="24"/>
        </w:rPr>
        <w:t xml:space="preserve"> </w:t>
      </w:r>
      <w:r>
        <w:rPr>
          <w:rFonts w:ascii="Times New Roman" w:hAnsi="Times New Roman" w:eastAsia="Times New Roman" w:cs="Times New Roman"/>
          <w:sz w:val="24"/>
        </w:rPr>
        <w:t>(specify</w:t>
      </w:r>
      <w:r>
        <w:rPr>
          <w:rFonts w:ascii="Times New Roman" w:hAnsi="Times New Roman" w:eastAsia="Times New Roman" w:cs="Times New Roman"/>
          <w:sz w:val="24"/>
        </w:rPr>
        <w:t xml:space="preserve"> </w:t>
      </w:r>
      <w:r>
        <w:rPr>
          <w:rFonts w:ascii="Times New Roman" w:hAnsi="Times New Roman" w:eastAsia="Times New Roman" w:cs="Times New Roman"/>
          <w:sz w:val="24"/>
        </w:rPr>
        <w:t>reasons):</w:t>
      </w:r>
    </w:p>
    <w:p>
      <w:pPr>
        <w:spacing w:before="10" w:after="0"/>
      </w:pPr>
    </w:p>
    <w:p>
      <w:pPr/>
    </w:p>
    <w:p>
      <w:pPr>
        <w:spacing w:before="90" w:after="0"/>
        <w:ind w:hanging="882"/>
      </w:pPr>
      <w:r>
        <w:rPr>
          <w:rFonts w:ascii="Times New Roman" w:hAnsi="Times New Roman" w:eastAsia="Times New Roman" w:cs="Times New Roman"/>
          <w:b/>
          <w:sz w:val="24"/>
        </w:rPr>
        <w:t xml:space="preserve">Child </w:t>
      </w:r>
      <w:r>
        <w:rPr>
          <w:rFonts w:ascii="Times New Roman" w:hAnsi="Times New Roman" w:eastAsia="Times New Roman" w:cs="Times New Roman"/>
          <w:b/>
          <w:sz w:val="24"/>
        </w:rPr>
        <w:t>support</w:t>
      </w:r>
    </w:p>
    <w:p>
      <w:pPr>
        <w:spacing w:before="49" w:after="0"/>
        <w:ind w:hanging="286"/>
      </w:pPr>
      <w:r>
        <w:rPr>
          <w:rFonts w:ascii="Times New Roman" w:hAnsi="Times New Roman" w:eastAsia="Times New Roman" w:cs="Times New Roman"/>
          <w:b/>
          <w:sz w:val="24"/>
        </w:rPr>
        <w:t>Base</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support</w:t>
      </w:r>
    </w:p>
    <w:p>
      <w:pPr>
        <w:spacing w:before="64" w:after="0"/>
      </w:pPr>
      <w:r>
        <w:rPr>
          <w:rFonts w:ascii="Times New Roman" w:hAnsi="Times New Roman" w:eastAsia="Times New Roman" w:cs="Times New Roman"/>
          <w:sz w:val="24"/>
        </w:rPr>
        <w:t>Petitioner/plaintiff</w:t>
      </w:r>
      <w:r>
        <w:rPr>
          <w:rFonts w:ascii="Times New Roman" w:hAnsi="Times New Roman" w:eastAsia="Times New Roman" w:cs="Times New Roman"/>
          <w:sz w:val="24"/>
        </w:rPr>
        <w:tab/>
      </w:r>
      <w:r>
        <w:rPr>
          <w:rFonts w:ascii="Times New Roman" w:hAnsi="Times New Roman" w:eastAsia="Times New Roman" w:cs="Times New Roman"/>
          <w:sz w:val="24"/>
        </w:rPr>
        <w:t>Respondent/defendant</w:t>
      </w:r>
      <w:r>
        <w:rPr>
          <w:rFonts w:ascii="Times New Roman" w:hAnsi="Times New Roman" w:eastAsia="Times New Roman" w:cs="Times New Roman"/>
          <w:sz w:val="24"/>
        </w:rPr>
        <w:tab/>
        <w:t xml:space="preserve">Other </w:t>
      </w:r>
      <w:r>
        <w:rPr>
          <w:rFonts w:ascii="Times New Roman" w:hAnsi="Times New Roman" w:eastAsia="Times New Roman" w:cs="Times New Roman"/>
          <w:sz w:val="24"/>
        </w:rPr>
        <w:t>parent/party</w:t>
      </w:r>
    </w:p>
    <w:p>
      <w:pPr/>
    </w:p>
    <w:p>
      <w:pPr/>
    </w:p>
    <w:p>
      <w:pPr>
        <w:spacing w:before="176" w:after="0"/>
      </w:pP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support </w:t>
      </w:r>
      <w:r>
        <w:rPr>
          <w:rFonts w:ascii="Times New Roman" w:hAnsi="Times New Roman" w:eastAsia="Times New Roman" w:cs="Times New Roman"/>
          <w:sz w:val="24"/>
        </w:rPr>
        <w:t>beginning</w:t>
      </w:r>
    </w:p>
    <w:p>
      <w:pPr/>
    </w:p>
    <w:p>
      <w:pPr>
        <w:spacing w:before="46" w:after="0" w:line="247" w:lineRule="auto"/>
      </w:pPr>
      <w:r>
        <w:rPr>
          <w:rFonts w:ascii="Times New Roman" w:hAnsi="Times New Roman" w:eastAsia="Times New Roman" w:cs="Times New Roman"/>
          <w:sz w:val="24"/>
        </w:rPr>
        <w:t>(date):</w:t>
      </w:r>
      <w:r>
        <w:rPr>
          <w:rFonts w:ascii="Times New Roman" w:hAnsi="Times New Roman" w:eastAsia="Times New Roman" w:cs="Times New Roman"/>
          <w:sz w:val="24"/>
        </w:rPr>
        <w:tab/>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continuing</w:t>
      </w:r>
      <w:r>
        <w:rPr>
          <w:rFonts w:ascii="Times New Roman" w:hAnsi="Times New Roman" w:eastAsia="Times New Roman" w:cs="Times New Roman"/>
          <w:sz w:val="24"/>
        </w:rPr>
        <w:t xml:space="preserve"> </w:t>
      </w:r>
      <w:r>
        <w:rPr>
          <w:rFonts w:ascii="Times New Roman" w:hAnsi="Times New Roman" w:eastAsia="Times New Roman" w:cs="Times New Roman"/>
          <w:sz w:val="24"/>
        </w:rPr>
        <w:t>until</w:t>
      </w:r>
      <w:r>
        <w:rPr>
          <w:rFonts w:ascii="Times New Roman" w:hAnsi="Times New Roman" w:eastAsia="Times New Roman" w:cs="Times New Roman"/>
          <w:sz w:val="24"/>
        </w:rPr>
        <w:t xml:space="preserve"> </w:t>
      </w:r>
      <w:r>
        <w:rPr>
          <w:rFonts w:ascii="Times New Roman" w:hAnsi="Times New Roman" w:eastAsia="Times New Roman" w:cs="Times New Roman"/>
          <w:sz w:val="24"/>
        </w:rPr>
        <w:t>further</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court,</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until</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marries,</w:t>
      </w:r>
      <w:r>
        <w:rPr>
          <w:rFonts w:ascii="Times New Roman" w:hAnsi="Times New Roman" w:eastAsia="Times New Roman" w:cs="Times New Roman"/>
          <w:sz w:val="24"/>
        </w:rPr>
        <w:t xml:space="preserve"> </w:t>
      </w:r>
      <w:r>
        <w:rPr>
          <w:rFonts w:ascii="Times New Roman" w:hAnsi="Times New Roman" w:eastAsia="Times New Roman" w:cs="Times New Roman"/>
          <w:sz w:val="24"/>
        </w:rPr>
        <w:t>dies,</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emancipated,</w:t>
      </w:r>
      <w:r>
        <w:rPr>
          <w:rFonts w:ascii="Times New Roman" w:hAnsi="Times New Roman" w:eastAsia="Times New Roman" w:cs="Times New Roman"/>
          <w:sz w:val="24"/>
        </w:rPr>
        <w:t xml:space="preserve"> </w:t>
      </w:r>
      <w:r>
        <w:rPr>
          <w:rFonts w:ascii="Times New Roman" w:hAnsi="Times New Roman" w:eastAsia="Times New Roman" w:cs="Times New Roman"/>
          <w:sz w:val="24"/>
        </w:rPr>
        <w:t>reaches age 19, or reaches age 18 and is not a full-time high school student, whichever occurs first, as follows:</w:t>
      </w:r>
    </w:p>
    <w:p>
      <w:pPr/>
    </w:p>
    <w:p>
      <w:pPr>
        <w:spacing w:before="146" w:after="0"/>
      </w:pPr>
      <w:r>
        <w:rPr>
          <w:rFonts w:ascii="Times New Roman" w:hAnsi="Times New Roman" w:eastAsia="Times New Roman" w:cs="Times New Roman"/>
          <w:sz w:val="24"/>
        </w:rPr>
        <w:t>Child’s</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p>
    <w:p>
      <w:pPr>
        <w:spacing w:before="146" w:after="0"/>
      </w:pP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birth</w:t>
      </w:r>
      <w:r>
        <w:rPr>
          <w:rFonts w:ascii="Times New Roman" w:hAnsi="Times New Roman" w:eastAsia="Times New Roman" w:cs="Times New Roman"/>
          <w:sz w:val="24"/>
        </w:rPr>
        <w:tab/>
      </w:r>
      <w:r>
        <w:rPr>
          <w:rFonts w:ascii="Times New Roman" w:hAnsi="Times New Roman" w:eastAsia="Times New Roman" w:cs="Times New Roman"/>
          <w:sz w:val="24"/>
        </w:rPr>
        <w:t xml:space="preserve">Monthly </w:t>
      </w:r>
      <w:r>
        <w:rPr>
          <w:rFonts w:ascii="Times New Roman" w:hAnsi="Times New Roman" w:eastAsia="Times New Roman" w:cs="Times New Roman"/>
          <w:sz w:val="24"/>
        </w:rPr>
        <w:t>amount</w:t>
      </w:r>
    </w:p>
    <w:p>
      <w:pPr>
        <w:spacing w:before="146" w:after="0"/>
      </w:pPr>
      <w:r>
        <w:rPr>
          <w:rFonts w:ascii="Times New Roman" w:hAnsi="Times New Roman" w:eastAsia="Times New Roman" w:cs="Times New Roman"/>
          <w:sz w:val="24"/>
        </w:rPr>
        <w:t xml:space="preserve">Payable to </w:t>
      </w:r>
      <w:r>
        <w:rPr>
          <w:rFonts w:ascii="Times New Roman" w:hAnsi="Times New Roman" w:eastAsia="Times New Roman" w:cs="Times New Roman"/>
          <w:sz w:val="24"/>
        </w:rPr>
        <w:t>(name):</w:t>
      </w:r>
    </w:p>
    <w:p>
      <w:pPr/>
    </w:p>
    <w:p>
      <w:pPr/>
    </w:p>
    <w:p>
      <w:pPr/>
    </w:p>
    <w:p>
      <w:pPr/>
    </w:p>
    <w:p>
      <w:pPr/>
    </w:p>
    <w:p>
      <w:pPr>
        <w:spacing w:before="9" w:after="0"/>
      </w:pPr>
    </w:p>
    <w:p>
      <w:pPr/>
    </w:p>
    <w:p>
      <w:pPr>
        <w:spacing w:before="95" w:after="0"/>
      </w:pPr>
      <w:r>
        <w:rPr>
          <w:rFonts w:ascii="Times New Roman" w:hAnsi="Times New Roman" w:eastAsia="Times New Roman" w:cs="Times New Roman"/>
          <w:sz w:val="24"/>
        </w:rPr>
        <w:t>Payable</w:t>
      </w:r>
    </w:p>
    <w:p>
      <w:pPr>
        <w:spacing w:before="105" w:after="0" w:line="300" w:lineRule="auto"/>
        <w:ind w:hanging="2"/>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1st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 other </w:t>
      </w:r>
      <w:r>
        <w:rPr>
          <w:rFonts w:ascii="Times New Roman" w:hAnsi="Times New Roman" w:eastAsia="Times New Roman" w:cs="Times New Roman"/>
          <w:sz w:val="24"/>
        </w:rPr>
        <w:t>(specify):</w:t>
      </w:r>
    </w:p>
    <w:p>
      <w:pPr>
        <w:spacing w:before="105" w:after="0"/>
      </w:pPr>
      <w:r>
        <w:rPr>
          <w:rFonts w:ascii="Times New Roman" w:hAnsi="Times New Roman" w:eastAsia="Times New Roman" w:cs="Times New Roman"/>
          <w:sz w:val="24"/>
        </w:rPr>
        <w:t>one-half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1st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one-half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15th</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month</w:t>
      </w:r>
    </w:p>
    <w:p>
      <w:pPr/>
    </w:p>
    <w:p>
      <w:pPr>
        <w:spacing w:before="8" w:after="0"/>
      </w:pPr>
    </w:p>
    <w:p>
      <w:pPr/>
    </w:p>
    <w:p>
      <w:pPr/>
    </w:p>
    <w:p>
      <w:pPr/>
    </w:p>
    <w:p>
      <w:pPr>
        <w:spacing w:before="8" w:after="0"/>
      </w:pPr>
    </w:p>
    <w:p>
      <w:pPr>
        <w:spacing w:line="247" w:lineRule="auto"/>
      </w:pP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Adopted</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Mandatory</w:t>
      </w:r>
      <w:r>
        <w:rPr>
          <w:rFonts w:ascii="Times New Roman" w:hAnsi="Times New Roman" w:eastAsia="Times New Roman" w:cs="Times New Roman"/>
          <w:sz w:val="24"/>
        </w:rPr>
        <w:t xml:space="preserve"> </w:t>
      </w:r>
      <w:r>
        <w:rPr>
          <w:rFonts w:ascii="Times New Roman" w:hAnsi="Times New Roman" w:eastAsia="Times New Roman" w:cs="Times New Roman"/>
          <w:sz w:val="24"/>
        </w:rPr>
        <w:t>Use</w:t>
      </w:r>
      <w:r>
        <w:rPr>
          <w:rFonts w:ascii="Times New Roman" w:hAnsi="Times New Roman" w:eastAsia="Times New Roman" w:cs="Times New Roman"/>
          <w:sz w:val="24"/>
        </w:rPr>
        <w:t xml:space="preserve"> </w:t>
      </w:r>
      <w:r>
        <w:rPr>
          <w:rFonts w:ascii="Times New Roman" w:hAnsi="Times New Roman" w:eastAsia="Times New Roman" w:cs="Times New Roman"/>
          <w:sz w:val="24"/>
        </w:rPr>
        <w:t>Judicial Council of California</w:t>
      </w:r>
    </w:p>
    <w:p>
      <w:pPr>
        <w:spacing w:before="1" w:after="0"/>
      </w:pPr>
      <w:r>
        <w:rPr>
          <w:rFonts w:ascii="Times New Roman" w:hAnsi="Times New Roman" w:eastAsia="Times New Roman" w:cs="Times New Roman"/>
          <w:sz w:val="24"/>
        </w:rPr>
        <w:t>FL-342</w:t>
      </w:r>
      <w:r>
        <w:rPr>
          <w:rFonts w:ascii="Times New Roman" w:hAnsi="Times New Roman" w:eastAsia="Times New Roman" w:cs="Times New Roman"/>
          <w:sz w:val="24"/>
        </w:rPr>
        <w:t xml:space="preserve"> </w:t>
      </w:r>
      <w:r>
        <w:rPr>
          <w:rFonts w:ascii="Times New Roman" w:hAnsi="Times New Roman" w:eastAsia="Times New Roman" w:cs="Times New Roman"/>
          <w:sz w:val="24"/>
        </w:rPr>
        <w:t>[Rev.</w:t>
      </w:r>
      <w:r>
        <w:rPr>
          <w:rFonts w:ascii="Times New Roman" w:hAnsi="Times New Roman" w:eastAsia="Times New Roman" w:cs="Times New Roman"/>
          <w:sz w:val="24"/>
        </w:rPr>
        <w:t xml:space="preserve"> </w:t>
      </w:r>
      <w:r>
        <w:rPr>
          <w:rFonts w:ascii="Times New Roman" w:hAnsi="Times New Roman" w:eastAsia="Times New Roman" w:cs="Times New Roman"/>
          <w:sz w:val="24"/>
        </w:rPr>
        <w:t>January</w:t>
      </w:r>
      <w:r>
        <w:rPr>
          <w:rFonts w:ascii="Times New Roman" w:hAnsi="Times New Roman" w:eastAsia="Times New Roman" w:cs="Times New Roman"/>
          <w:sz w:val="24"/>
        </w:rPr>
        <w:t xml:space="preserve">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2020]</w:t>
      </w:r>
    </w:p>
    <w:p>
      <w:pPr>
        <w:spacing w:before="94" w:after="0"/>
        <w:jc w:val="center"/>
      </w:pPr>
      <w:r>
        <w:rPr>
          <w:rFonts w:ascii="Times New Roman" w:hAnsi="Times New Roman" w:eastAsia="Times New Roman" w:cs="Times New Roman"/>
          <w:b/>
          <w:sz w:val="24"/>
        </w:rPr>
        <w:t>THIS</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IS A COURT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w:t>
      </w:r>
    </w:p>
    <w:p>
      <w:pPr>
        <w:spacing w:before="149" w:after="0"/>
        <w:jc w:val="center"/>
      </w:pP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SUPPORT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INFORMATION</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AND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ATTACHMENT</w:t>
      </w:r>
    </w:p>
    <w:p>
      <w:pPr/>
    </w:p>
    <w:p>
      <w:pPr/>
    </w:p>
    <w:p>
      <w:pPr>
        <w:spacing w:before="8" w:after="0"/>
      </w:pPr>
    </w:p>
    <w:p>
      <w:pPr/>
      <w:r>
        <w:rPr>
          <w:rFonts w:ascii="Times New Roman" w:hAnsi="Times New Roman" w:eastAsia="Times New Roman" w:cs="Times New Roman"/>
          <w:sz w:val="24"/>
        </w:rPr>
        <w:t>Family</w:t>
      </w:r>
      <w:r>
        <w:rPr>
          <w:rFonts w:ascii="Times New Roman" w:hAnsi="Times New Roman" w:eastAsia="Times New Roman" w:cs="Times New Roman"/>
          <w:sz w:val="24"/>
        </w:rPr>
        <w:t xml:space="preserve"> </w:t>
      </w:r>
      <w:r>
        <w:rPr>
          <w:rFonts w:ascii="Times New Roman" w:hAnsi="Times New Roman" w:eastAsia="Times New Roman" w:cs="Times New Roman"/>
          <w:sz w:val="24"/>
        </w:rPr>
        <w:t>Code,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4055-</w:t>
      </w:r>
      <w:r>
        <w:rPr>
          <w:rFonts w:ascii="Times New Roman" w:hAnsi="Times New Roman" w:eastAsia="Times New Roman" w:cs="Times New Roman"/>
          <w:sz w:val="24"/>
        </w:rPr>
        <w:t>4069</w:t>
      </w:r>
    </w:p>
    <w:p>
      <w:pPr>
        <w:spacing w:before="6" w:after="0"/>
      </w:pPr>
      <w:r>
        <w:rPr>
          <w:rFonts w:ascii="Times New Roman" w:hAnsi="Times New Roman" w:eastAsia="Times New Roman" w:cs="Times New Roman"/>
          <w:sz w:val="24"/>
        </w:rPr>
        <w:t>www.courts.ca.gov</w:t>
      </w:r>
    </w:p>
    <w:p>
      <w:pPr/>
    </w:p>
    <w:p>
      <w:pPr>
        <w:spacing w:before="77" w:after="0"/>
      </w:pPr>
      <w:r>
        <w:rPr>
          <w:rFonts w:ascii="Times New Roman" w:hAnsi="Times New Roman" w:eastAsia="Times New Roman" w:cs="Times New Roman"/>
          <w:b/>
          <w:sz w:val="24"/>
        </w:rPr>
        <w:t>FL-</w:t>
      </w:r>
      <w:r>
        <w:rPr>
          <w:rFonts w:ascii="Times New Roman" w:hAnsi="Times New Roman" w:eastAsia="Times New Roman" w:cs="Times New Roman"/>
          <w:b/>
          <w:sz w:val="24"/>
        </w:rPr>
        <w:t>342</w:t>
      </w:r>
    </w:p>
    <w:p>
      <w:pPr>
        <w:spacing w:before="131" w:after="0"/>
      </w:pPr>
      <w:r>
        <w:rPr>
          <w:rFonts w:ascii="Times New Roman" w:hAnsi="Times New Roman" w:eastAsia="Times New Roman" w:cs="Times New Roman"/>
          <w:b/>
          <w:sz w:val="24"/>
        </w:rPr>
        <w:t xml:space="preserve">THE COURT FURTHER </w:t>
      </w:r>
      <w:r>
        <w:rPr>
          <w:rFonts w:ascii="Times New Roman" w:hAnsi="Times New Roman" w:eastAsia="Times New Roman" w:cs="Times New Roman"/>
          <w:b/>
          <w:sz w:val="24"/>
        </w:rPr>
        <w:t>ORDERS</w:t>
      </w:r>
    </w:p>
    <w:p>
      <w:pPr/>
    </w:p>
    <w:p>
      <w:pPr>
        <w:spacing w:before="99" w:after="0"/>
      </w:pPr>
      <w:r>
        <w:rPr>
          <w:rFonts w:ascii="Times New Roman" w:hAnsi="Times New Roman" w:eastAsia="Times New Roman" w:cs="Times New Roman"/>
          <w:sz w:val="24"/>
        </w:rPr>
        <w:t>b.</w:t>
      </w:r>
    </w:p>
    <w:p>
      <w:pPr>
        <w:spacing w:before="98" w:after="0"/>
      </w:pPr>
      <w:r>
        <w:rPr>
          <w:rFonts w:ascii="Times New Roman" w:hAnsi="Times New Roman" w:eastAsia="Times New Roman" w:cs="Times New Roman"/>
          <w:b/>
          <w:sz w:val="24"/>
        </w:rPr>
        <w:t>Mandatory</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additional</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support</w:t>
      </w:r>
    </w:p>
    <w:p>
      <w:pPr>
        <w:spacing w:before="119" w:after="0"/>
      </w:pPr>
      <w:r>
        <w:rPr>
          <w:rFonts w:ascii="Times New Roman" w:hAnsi="Times New Roman" w:eastAsia="Times New Roman" w:cs="Times New Roman"/>
          <w:sz w:val="24"/>
        </w:rPr>
        <w:t>Child-care</w:t>
      </w:r>
      <w:r>
        <w:rPr>
          <w:rFonts w:ascii="Times New Roman" w:hAnsi="Times New Roman" w:eastAsia="Times New Roman" w:cs="Times New Roman"/>
          <w:sz w:val="24"/>
        </w:rPr>
        <w:t xml:space="preserve"> </w:t>
      </w: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related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employment</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reasonably</w:t>
      </w:r>
      <w:r>
        <w:rPr>
          <w:rFonts w:ascii="Times New Roman" w:hAnsi="Times New Roman" w:eastAsia="Times New Roman" w:cs="Times New Roman"/>
          <w:sz w:val="24"/>
        </w:rPr>
        <w:t xml:space="preserve"> </w:t>
      </w:r>
      <w:r>
        <w:rPr>
          <w:rFonts w:ascii="Times New Roman" w:hAnsi="Times New Roman" w:eastAsia="Times New Roman" w:cs="Times New Roman"/>
          <w:sz w:val="24"/>
        </w:rPr>
        <w:t>necessary</w:t>
      </w:r>
      <w:r>
        <w:rPr>
          <w:rFonts w:ascii="Times New Roman" w:hAnsi="Times New Roman" w:eastAsia="Times New Roman" w:cs="Times New Roman"/>
          <w:sz w:val="24"/>
        </w:rPr>
        <w:t xml:space="preserve"> </w:t>
      </w:r>
      <w:r>
        <w:rPr>
          <w:rFonts w:ascii="Times New Roman" w:hAnsi="Times New Roman" w:eastAsia="Times New Roman" w:cs="Times New Roman"/>
          <w:sz w:val="24"/>
        </w:rPr>
        <w:t>job</w:t>
      </w:r>
      <w:r>
        <w:rPr>
          <w:rFonts w:ascii="Times New Roman" w:hAnsi="Times New Roman" w:eastAsia="Times New Roman" w:cs="Times New Roman"/>
          <w:sz w:val="24"/>
        </w:rPr>
        <w:t xml:space="preserve"> </w:t>
      </w:r>
      <w:r>
        <w:rPr>
          <w:rFonts w:ascii="Times New Roman" w:hAnsi="Times New Roman" w:eastAsia="Times New Roman" w:cs="Times New Roman"/>
          <w:sz w:val="24"/>
        </w:rPr>
        <w:t>training</w:t>
      </w:r>
    </w:p>
    <w:p>
      <w:pPr/>
    </w:p>
    <w:p>
      <w:pPr>
        <w:spacing w:before="45" w:after="0"/>
      </w:pPr>
      <w:r>
        <w:rPr>
          <w:rFonts w:ascii="Times New Roman" w:hAnsi="Times New Roman" w:eastAsia="Times New Roman" w:cs="Times New Roman"/>
          <w:sz w:val="24"/>
        </w:rPr>
        <w:t>(a)</w:t>
      </w:r>
    </w:p>
    <w:p>
      <w:pPr>
        <w:spacing w:before="36" w:after="0"/>
      </w:pPr>
      <w:r>
        <w:rPr>
          <w:rFonts w:ascii="Times New Roman" w:hAnsi="Times New Roman" w:eastAsia="Times New Roman" w:cs="Times New Roman"/>
          <w:sz w:val="24"/>
        </w:rPr>
        <w:t>(b)</w:t>
      </w:r>
    </w:p>
    <w:p>
      <w:pPr>
        <w:spacing w:before="64" w:after="0" w:line="283" w:lineRule="auto"/>
        <w:ind w:hanging="5"/>
      </w:pPr>
      <w:r>
        <w:rPr>
          <w:rFonts w:ascii="Times New Roman" w:hAnsi="Times New Roman" w:eastAsia="Times New Roman" w:cs="Times New Roman"/>
          <w:sz w:val="24"/>
        </w:rPr>
        <w:t>Petitioner/plaintiff must pay: Respondent/defendant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w:t>
      </w:r>
    </w:p>
    <w:p>
      <w:pPr>
        <w:spacing w:before="83"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11" w:after="0" w:line="218" w:lineRule="exact"/>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70" w:after="0" w:line="290" w:lineRule="auto"/>
        <w:ind w:hanging="2"/>
      </w:pPr>
      <w:r>
        <w:rPr>
          <w:rFonts w:ascii="Times New Roman" w:hAnsi="Times New Roman" w:eastAsia="Times New Roman" w:cs="Times New Roman"/>
          <w:sz w:val="24"/>
        </w:rPr>
        <w:t>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w:t>
      </w:r>
    </w:p>
    <w:p>
      <w:pPr>
        <w:spacing w:before="70" w:after="0" w:line="290" w:lineRule="auto"/>
      </w:pPr>
      <w:r>
        <w:rPr>
          <w:rFonts w:ascii="Times New Roman" w:hAnsi="Times New Roman" w:eastAsia="Times New Roman" w:cs="Times New Roman"/>
          <w:sz w:val="24"/>
        </w:rPr>
        <w:t>child-care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costs. child-care </w:t>
      </w:r>
      <w:r>
        <w:rPr>
          <w:rFonts w:ascii="Times New Roman" w:hAnsi="Times New Roman" w:eastAsia="Times New Roman" w:cs="Times New Roman"/>
          <w:sz w:val="24"/>
        </w:rPr>
        <w:t>costs.</w:t>
      </w:r>
    </w:p>
    <w:p>
      <w:pPr/>
    </w:p>
    <w:p>
      <w:pPr>
        <w:spacing w:line="186" w:lineRule="exact"/>
      </w:pPr>
      <w:r>
        <w:rPr>
          <w:rFonts w:ascii="Times New Roman" w:hAnsi="Times New Roman" w:eastAsia="Times New Roman" w:cs="Times New Roman"/>
          <w:sz w:val="24"/>
        </w:rPr>
        <w:t>(c)</w:t>
      </w:r>
    </w:p>
    <w:p>
      <w:pPr>
        <w:spacing w:before="35" w:after="0"/>
      </w:pPr>
      <w:r>
        <w:rPr>
          <w:rFonts w:ascii="Times New Roman" w:hAnsi="Times New Roman" w:eastAsia="Times New Roman" w:cs="Times New Roman"/>
          <w:sz w:val="24"/>
        </w:rPr>
        <w:t>(d)</w:t>
      </w:r>
    </w:p>
    <w:p>
      <w:pPr>
        <w:spacing w:line="199" w:lineRule="exact"/>
      </w:pP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parent/party</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w:t>
      </w:r>
    </w:p>
    <w:p>
      <w:pPr>
        <w:spacing w:before="29" w:after="0"/>
      </w:pP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r>
        <w:rPr>
          <w:rFonts w:ascii="Times New Roman" w:hAnsi="Times New Roman" w:eastAsia="Times New Roman" w:cs="Times New Roman"/>
          <w:sz w:val="24"/>
        </w:rPr>
        <w:t xml:space="preserve"> </w:t>
      </w:r>
      <w:r>
        <w:rPr>
          <w:rFonts w:ascii="Times New Roman" w:hAnsi="Times New Roman" w:eastAsia="Times New Roman" w:cs="Times New Roman"/>
          <w:sz w:val="24"/>
        </w:rPr>
        <w:t>(specify):</w:t>
      </w:r>
    </w:p>
    <w:p>
      <w:pPr>
        <w:spacing w:line="236" w:lineRule="exact"/>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3" w:after="0"/>
      </w:pPr>
      <w:r>
        <w:rPr>
          <w:rFonts w:ascii="Times New Roman" w:hAnsi="Times New Roman" w:eastAsia="Times New Roman" w:cs="Times New Roman"/>
          <w:sz w:val="24"/>
        </w:rPr>
        <w:t>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w:t>
      </w:r>
      <w:r>
        <w:rPr>
          <w:rFonts w:ascii="Times New Roman" w:hAnsi="Times New Roman" w:eastAsia="Times New Roman" w:cs="Times New Roman"/>
          <w:sz w:val="24"/>
        </w:rPr>
        <w:t xml:space="preserve">  </w:t>
      </w:r>
      <w:r>
        <w:rPr>
          <w:rFonts w:ascii="Times New Roman" w:hAnsi="Times New Roman" w:eastAsia="Times New Roman" w:cs="Times New Roman"/>
          <w:sz w:val="24"/>
        </w:rPr>
        <w:t>child-care</w:t>
      </w:r>
      <w:r>
        <w:rPr>
          <w:rFonts w:ascii="Times New Roman" w:hAnsi="Times New Roman" w:eastAsia="Times New Roman" w:cs="Times New Roman"/>
          <w:sz w:val="24"/>
        </w:rPr>
        <w:t xml:space="preserve"> </w:t>
      </w:r>
      <w:r>
        <w:rPr>
          <w:rFonts w:ascii="Times New Roman" w:hAnsi="Times New Roman" w:eastAsia="Times New Roman" w:cs="Times New Roman"/>
          <w:sz w:val="24"/>
        </w:rPr>
        <w:t>costs.</w:t>
      </w:r>
    </w:p>
    <w:p>
      <w:pPr/>
    </w:p>
    <w:p>
      <w:pPr>
        <w:spacing w:before="99" w:after="0"/>
        <w:ind w:hanging="267"/>
      </w:pPr>
      <w:r>
        <w:rPr>
          <w:rFonts w:ascii="Times New Roman" w:hAnsi="Times New Roman" w:eastAsia="Times New Roman" w:cs="Times New Roman"/>
          <w:b/>
          <w:sz w:val="24"/>
        </w:rPr>
        <w:t>Mandatory</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additional</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support</w:t>
      </w:r>
    </w:p>
    <w:p>
      <w:pPr>
        <w:spacing w:before="86" w:after="0"/>
        <w:ind w:hanging="351"/>
      </w:pPr>
      <w:r>
        <w:rPr>
          <w:rFonts w:ascii="Times New Roman" w:hAnsi="Times New Roman" w:eastAsia="Times New Roman" w:cs="Times New Roman"/>
          <w:sz w:val="24"/>
        </w:rPr>
        <w:t>Reasonable</w:t>
      </w:r>
      <w:r>
        <w:rPr>
          <w:rFonts w:ascii="Times New Roman" w:hAnsi="Times New Roman" w:eastAsia="Times New Roman" w:cs="Times New Roman"/>
          <w:sz w:val="24"/>
        </w:rPr>
        <w:t xml:space="preserve"> </w:t>
      </w:r>
      <w:r>
        <w:rPr>
          <w:rFonts w:ascii="Times New Roman" w:hAnsi="Times New Roman" w:eastAsia="Times New Roman" w:cs="Times New Roman"/>
          <w:sz w:val="24"/>
        </w:rPr>
        <w:t>uninsured</w:t>
      </w:r>
      <w:r>
        <w:rPr>
          <w:rFonts w:ascii="Times New Roman" w:hAnsi="Times New Roman" w:eastAsia="Times New Roman" w:cs="Times New Roman"/>
          <w:sz w:val="24"/>
        </w:rPr>
        <w:t xml:space="preserve"> </w:t>
      </w:r>
      <w:r>
        <w:rPr>
          <w:rFonts w:ascii="Times New Roman" w:hAnsi="Times New Roman" w:eastAsia="Times New Roman" w:cs="Times New Roman"/>
          <w:sz w:val="24"/>
        </w:rPr>
        <w:t>health-care</w:t>
      </w:r>
      <w:r>
        <w:rPr>
          <w:rFonts w:ascii="Times New Roman" w:hAnsi="Times New Roman" w:eastAsia="Times New Roman" w:cs="Times New Roman"/>
          <w:sz w:val="24"/>
        </w:rPr>
        <w:t xml:space="preserve"> </w:t>
      </w: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children</w:t>
      </w:r>
    </w:p>
    <w:p>
      <w:pPr/>
    </w:p>
    <w:p>
      <w:pPr>
        <w:spacing w:before="68" w:after="0"/>
      </w:pPr>
      <w:r>
        <w:rPr>
          <w:rFonts w:ascii="Times New Roman" w:hAnsi="Times New Roman" w:eastAsia="Times New Roman" w:cs="Times New Roman"/>
          <w:sz w:val="24"/>
        </w:rPr>
        <w:t>(a)</w:t>
      </w:r>
    </w:p>
    <w:p>
      <w:pPr>
        <w:spacing w:before="37" w:after="0"/>
      </w:pPr>
      <w:r>
        <w:rPr>
          <w:rFonts w:ascii="Times New Roman" w:hAnsi="Times New Roman" w:eastAsia="Times New Roman" w:cs="Times New Roman"/>
          <w:sz w:val="24"/>
        </w:rPr>
        <w:t>(b)</w:t>
      </w:r>
    </w:p>
    <w:p>
      <w:pPr>
        <w:spacing w:before="58" w:after="0"/>
      </w:pPr>
      <w:r>
        <w:rPr>
          <w:rFonts w:ascii="Times New Roman" w:hAnsi="Times New Roman" w:eastAsia="Times New Roman" w:cs="Times New Roman"/>
          <w:sz w:val="24"/>
        </w:rPr>
        <w:t>(c)</w:t>
      </w:r>
    </w:p>
    <w:p>
      <w:pPr>
        <w:spacing w:before="35" w:after="0"/>
      </w:pPr>
      <w:r>
        <w:rPr>
          <w:rFonts w:ascii="Times New Roman" w:hAnsi="Times New Roman" w:eastAsia="Times New Roman" w:cs="Times New Roman"/>
          <w:sz w:val="24"/>
        </w:rPr>
        <w:t>(d)</w:t>
      </w:r>
    </w:p>
    <w:p>
      <w:pPr>
        <w:spacing w:before="72" w:after="0" w:line="280" w:lineRule="auto"/>
        <w:ind w:hanging="5"/>
      </w:pPr>
      <w:r>
        <w:rPr>
          <w:rFonts w:ascii="Times New Roman" w:hAnsi="Times New Roman" w:eastAsia="Times New Roman" w:cs="Times New Roman"/>
          <w:sz w:val="24"/>
        </w:rPr>
        <w:t>Petitioner/plaintiff must pay: Respondent/defendant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 Other parent/party must pay:</w:t>
      </w:r>
    </w:p>
    <w:p>
      <w:pPr>
        <w:spacing w:line="197" w:lineRule="exact"/>
      </w:pP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r>
        <w:rPr>
          <w:rFonts w:ascii="Times New Roman" w:hAnsi="Times New Roman" w:eastAsia="Times New Roman" w:cs="Times New Roman"/>
          <w:sz w:val="24"/>
        </w:rPr>
        <w:t xml:space="preserve"> </w:t>
      </w:r>
      <w:r>
        <w:rPr>
          <w:rFonts w:ascii="Times New Roman" w:hAnsi="Times New Roman" w:eastAsia="Times New Roman" w:cs="Times New Roman"/>
          <w:sz w:val="24"/>
        </w:rPr>
        <w:t>(specify):</w:t>
      </w:r>
    </w:p>
    <w:p>
      <w:pPr>
        <w:spacing w:before="103"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37"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28"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75" w:after="0" w:line="290" w:lineRule="auto"/>
        <w:ind w:hanging="2"/>
        <w:jc w:val="both"/>
      </w:pPr>
      <w:r>
        <w:rPr>
          <w:rFonts w:ascii="Times New Roman" w:hAnsi="Times New Roman" w:eastAsia="Times New Roman" w:cs="Times New Roman"/>
          <w:sz w:val="24"/>
        </w:rPr>
        <w:t>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w:t>
      </w:r>
    </w:p>
    <w:p>
      <w:pPr/>
    </w:p>
    <w:p>
      <w:pPr>
        <w:spacing w:before="63" w:after="0"/>
        <w:ind w:hanging="800"/>
      </w:pPr>
      <w:r>
        <w:rPr>
          <w:rFonts w:ascii="Times New Roman" w:hAnsi="Times New Roman" w:eastAsia="Times New Roman" w:cs="Times New Roman"/>
          <w:b/>
          <w:sz w:val="24"/>
        </w:rPr>
        <w:t>Additional</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child</w:t>
      </w:r>
      <w:r>
        <w:rPr>
          <w:rFonts w:ascii="Times New Roman" w:hAnsi="Times New Roman" w:eastAsia="Times New Roman" w:cs="Times New Roman"/>
          <w:b/>
          <w:sz w:val="24"/>
        </w:rPr>
        <w:t xml:space="preserve"> support</w:t>
      </w:r>
    </w:p>
    <w:p>
      <w:pPr>
        <w:spacing w:before="28" w:after="0"/>
        <w:ind w:hanging="786"/>
      </w:pP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related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educational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special</w:t>
      </w:r>
      <w:r>
        <w:rPr>
          <w:rFonts w:ascii="Times New Roman" w:hAnsi="Times New Roman" w:eastAsia="Times New Roman" w:cs="Times New Roman"/>
          <w:sz w:val="24"/>
        </w:rPr>
        <w:t xml:space="preserve"> </w:t>
      </w:r>
      <w:r>
        <w:rPr>
          <w:rFonts w:ascii="Times New Roman" w:hAnsi="Times New Roman" w:eastAsia="Times New Roman" w:cs="Times New Roman"/>
          <w:sz w:val="24"/>
        </w:rPr>
        <w:t>needs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children</w:t>
      </w:r>
    </w:p>
    <w:p>
      <w:pPr/>
    </w:p>
    <w:p>
      <w:pPr/>
    </w:p>
    <w:p>
      <w:pPr/>
    </w:p>
    <w:p>
      <w:pPr/>
    </w:p>
    <w:p>
      <w:pPr/>
    </w:p>
    <w:p>
      <w:pPr/>
    </w:p>
    <w:p>
      <w:pPr>
        <w:ind w:hanging="221"/>
      </w:pPr>
    </w:p>
    <w:p>
      <w:pPr>
        <w:spacing w:before="74" w:after="0"/>
      </w:pPr>
      <w:r>
        <w:rPr>
          <w:rFonts w:ascii="Times New Roman" w:hAnsi="Times New Roman" w:eastAsia="Times New Roman" w:cs="Times New Roman"/>
          <w:sz w:val="24"/>
        </w:rPr>
        <w:t>(a)</w:t>
      </w:r>
    </w:p>
    <w:p>
      <w:pPr>
        <w:spacing w:before="36" w:after="0"/>
      </w:pPr>
      <w:r>
        <w:rPr>
          <w:rFonts w:ascii="Times New Roman" w:hAnsi="Times New Roman" w:eastAsia="Times New Roman" w:cs="Times New Roman"/>
          <w:sz w:val="24"/>
        </w:rPr>
        <w:t>(b)</w:t>
      </w:r>
    </w:p>
    <w:p>
      <w:pPr>
        <w:spacing w:before="58" w:after="0"/>
      </w:pPr>
      <w:r>
        <w:rPr>
          <w:rFonts w:ascii="Times New Roman" w:hAnsi="Times New Roman" w:eastAsia="Times New Roman" w:cs="Times New Roman"/>
          <w:sz w:val="24"/>
        </w:rPr>
        <w:t>(c)</w:t>
      </w:r>
    </w:p>
    <w:p>
      <w:pPr>
        <w:spacing w:before="35" w:after="0"/>
      </w:pPr>
      <w:r>
        <w:rPr>
          <w:rFonts w:ascii="Times New Roman" w:hAnsi="Times New Roman" w:eastAsia="Times New Roman" w:cs="Times New Roman"/>
          <w:sz w:val="24"/>
        </w:rPr>
        <w:t>(d)</w:t>
      </w:r>
    </w:p>
    <w:p>
      <w:pPr/>
    </w:p>
    <w:p>
      <w:pPr>
        <w:spacing w:before="158" w:after="0"/>
      </w:pPr>
      <w:r>
        <w:rPr>
          <w:rFonts w:ascii="Times New Roman" w:hAnsi="Times New Roman" w:eastAsia="Times New Roman" w:cs="Times New Roman"/>
          <w:sz w:val="24"/>
        </w:rPr>
        <w:t>(a)</w:t>
      </w:r>
    </w:p>
    <w:p>
      <w:pPr>
        <w:spacing w:before="36" w:after="0"/>
      </w:pPr>
      <w:r>
        <w:rPr>
          <w:rFonts w:ascii="Times New Roman" w:hAnsi="Times New Roman" w:eastAsia="Times New Roman" w:cs="Times New Roman"/>
          <w:sz w:val="24"/>
        </w:rPr>
        <w:t>(b)</w:t>
      </w:r>
    </w:p>
    <w:p>
      <w:pPr>
        <w:spacing w:before="58" w:after="0"/>
      </w:pPr>
      <w:r>
        <w:rPr>
          <w:rFonts w:ascii="Times New Roman" w:hAnsi="Times New Roman" w:eastAsia="Times New Roman" w:cs="Times New Roman"/>
          <w:sz w:val="24"/>
        </w:rPr>
        <w:t>(c)</w:t>
      </w:r>
    </w:p>
    <w:p>
      <w:pPr>
        <w:spacing w:before="35" w:after="0"/>
      </w:pPr>
      <w:r>
        <w:rPr>
          <w:rFonts w:ascii="Times New Roman" w:hAnsi="Times New Roman" w:eastAsia="Times New Roman" w:cs="Times New Roman"/>
          <w:sz w:val="24"/>
        </w:rPr>
        <w:t>(d)</w:t>
      </w:r>
    </w:p>
    <w:p>
      <w:pPr>
        <w:spacing w:before="78" w:after="0" w:line="280" w:lineRule="auto"/>
        <w:ind w:hanging="5"/>
      </w:pPr>
      <w:r>
        <w:rPr>
          <w:rFonts w:ascii="Times New Roman" w:hAnsi="Times New Roman" w:eastAsia="Times New Roman" w:cs="Times New Roman"/>
          <w:sz w:val="24"/>
        </w:rPr>
        <w:t>Petitioner/plaintiff must pay: Respondent/defendant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 Other parent/party must pay:</w:t>
      </w:r>
    </w:p>
    <w:p>
      <w:pPr>
        <w:spacing w:line="198" w:lineRule="exact"/>
      </w:pP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r>
        <w:rPr>
          <w:rFonts w:ascii="Times New Roman" w:hAnsi="Times New Roman" w:eastAsia="Times New Roman" w:cs="Times New Roman"/>
          <w:sz w:val="24"/>
        </w:rPr>
        <w:t xml:space="preserve"> </w:t>
      </w:r>
      <w:r>
        <w:rPr>
          <w:rFonts w:ascii="Times New Roman" w:hAnsi="Times New Roman" w:eastAsia="Times New Roman" w:cs="Times New Roman"/>
          <w:sz w:val="24"/>
        </w:rPr>
        <w:t>(specify):</w:t>
      </w:r>
    </w:p>
    <w:p>
      <w:pPr>
        <w:spacing w:before="122" w:after="0"/>
      </w:pPr>
      <w:r>
        <w:rPr>
          <w:rFonts w:ascii="Times New Roman" w:hAnsi="Times New Roman" w:eastAsia="Times New Roman" w:cs="Times New Roman"/>
          <w:sz w:val="24"/>
        </w:rPr>
        <w:t>Travel</w:t>
      </w:r>
      <w:r>
        <w:rPr>
          <w:rFonts w:ascii="Times New Roman" w:hAnsi="Times New Roman" w:eastAsia="Times New Roman" w:cs="Times New Roman"/>
          <w:sz w:val="24"/>
        </w:rPr>
        <w:t xml:space="preserve"> </w:t>
      </w:r>
      <w:r>
        <w:rPr>
          <w:rFonts w:ascii="Times New Roman" w:hAnsi="Times New Roman" w:eastAsia="Times New Roman" w:cs="Times New Roman"/>
          <w:sz w:val="24"/>
        </w:rPr>
        <w:t>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visitation</w:t>
      </w:r>
    </w:p>
    <w:p>
      <w:pPr>
        <w:spacing w:before="86" w:after="0" w:line="280" w:lineRule="auto"/>
        <w:ind w:hanging="5"/>
      </w:pPr>
      <w:r>
        <w:rPr>
          <w:rFonts w:ascii="Times New Roman" w:hAnsi="Times New Roman" w:eastAsia="Times New Roman" w:cs="Times New Roman"/>
          <w:sz w:val="24"/>
        </w:rPr>
        <w:t>Petitioner/plaintiff must pay: Respondent/defendant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pay: Other parent/party must pay:</w:t>
      </w:r>
    </w:p>
    <w:p>
      <w:pPr>
        <w:spacing w:line="204" w:lineRule="exact"/>
      </w:pP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r>
        <w:rPr>
          <w:rFonts w:ascii="Times New Roman" w:hAnsi="Times New Roman" w:eastAsia="Times New Roman" w:cs="Times New Roman"/>
          <w:sz w:val="24"/>
        </w:rPr>
        <w:t xml:space="preserve"> </w:t>
      </w:r>
      <w:r>
        <w:rPr>
          <w:rFonts w:ascii="Times New Roman" w:hAnsi="Times New Roman" w:eastAsia="Times New Roman" w:cs="Times New Roman"/>
          <w:sz w:val="24"/>
        </w:rPr>
        <w:t>(specify):</w:t>
      </w:r>
    </w:p>
    <w:p>
      <w:pPr>
        <w:spacing w:before="114"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39"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27"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p>
    <w:p>
      <w:pPr/>
    </w:p>
    <w:p>
      <w:pPr>
        <w:spacing w:before="7" w:after="0"/>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16" w:after="0" w:line="235" w:lineRule="exact"/>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line="235" w:lineRule="exact"/>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total</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84" w:after="0" w:line="290" w:lineRule="auto"/>
        <w:ind w:hanging="2"/>
        <w:jc w:val="both"/>
      </w:pPr>
      <w:r>
        <w:rPr>
          <w:rFonts w:ascii="Times New Roman" w:hAnsi="Times New Roman" w:eastAsia="Times New Roman" w:cs="Times New Roman"/>
          <w:sz w:val="24"/>
        </w:rPr>
        <w:t>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w:t>
      </w:r>
    </w:p>
    <w:p>
      <w:pPr/>
    </w:p>
    <w:p>
      <w:pPr/>
    </w:p>
    <w:p>
      <w:pPr>
        <w:spacing w:before="122" w:after="0" w:line="290" w:lineRule="auto"/>
        <w:ind w:hanging="2"/>
        <w:jc w:val="both"/>
      </w:pPr>
      <w:r>
        <w:rPr>
          <w:rFonts w:ascii="Times New Roman" w:hAnsi="Times New Roman" w:eastAsia="Times New Roman" w:cs="Times New Roman"/>
          <w:sz w:val="24"/>
        </w:rPr>
        <w:t>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 per</w:t>
      </w:r>
      <w:r>
        <w:rPr>
          <w:rFonts w:ascii="Times New Roman" w:hAnsi="Times New Roman" w:eastAsia="Times New Roman" w:cs="Times New Roman"/>
          <w:sz w:val="24"/>
        </w:rPr>
        <w:t xml:space="preserve"> </w:t>
      </w:r>
      <w:r>
        <w:rPr>
          <w:rFonts w:ascii="Times New Roman" w:hAnsi="Times New Roman" w:eastAsia="Times New Roman" w:cs="Times New Roman"/>
          <w:sz w:val="24"/>
        </w:rPr>
        <w:t>month.</w:t>
      </w:r>
    </w:p>
    <w:p>
      <w:pPr/>
    </w:p>
    <w:p>
      <w:pPr>
        <w:spacing w:before="121" w:after="0"/>
        <w:ind w:hanging="822"/>
      </w:pPr>
      <w:r>
        <w:rPr>
          <w:rFonts w:ascii="Times New Roman" w:hAnsi="Times New Roman" w:eastAsia="Times New Roman" w:cs="Times New Roman"/>
          <w:b/>
          <w:sz w:val="24"/>
        </w:rPr>
        <w:t xml:space="preserve">Non-Guideline </w:t>
      </w:r>
      <w:r>
        <w:rPr>
          <w:rFonts w:ascii="Times New Roman" w:hAnsi="Times New Roman" w:eastAsia="Times New Roman" w:cs="Times New Roman"/>
          <w:b/>
          <w:sz w:val="24"/>
        </w:rPr>
        <w:t>Order</w:t>
      </w:r>
    </w:p>
    <w:p>
      <w:pPr>
        <w:spacing w:before="28" w:after="0" w:line="252" w:lineRule="auto"/>
      </w:pP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sz w:val="24"/>
        </w:rPr>
        <w:t xml:space="preserve"> </w:t>
      </w:r>
      <w:r>
        <w:rPr>
          <w:rFonts w:ascii="Times New Roman" w:hAnsi="Times New Roman" w:eastAsia="Times New Roman" w:cs="Times New Roman"/>
          <w:sz w:val="24"/>
        </w:rPr>
        <w:t>does</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meet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guideline</w:t>
      </w:r>
      <w:r>
        <w:rPr>
          <w:rFonts w:ascii="Times New Roman" w:hAnsi="Times New Roman" w:eastAsia="Times New Roman" w:cs="Times New Roman"/>
          <w:sz w:val="24"/>
        </w:rPr>
        <w:t xml:space="preserve"> </w:t>
      </w:r>
      <w:r>
        <w:rPr>
          <w:rFonts w:ascii="Times New Roman" w:hAnsi="Times New Roman" w:eastAsia="Times New Roman" w:cs="Times New Roman"/>
          <w:sz w:val="24"/>
        </w:rPr>
        <w:t>set</w:t>
      </w:r>
      <w:r>
        <w:rPr>
          <w:rFonts w:ascii="Times New Roman" w:hAnsi="Times New Roman" w:eastAsia="Times New Roman" w:cs="Times New Roman"/>
          <w:sz w:val="24"/>
        </w:rPr>
        <w:t xml:space="preserve"> </w:t>
      </w:r>
      <w:r>
        <w:rPr>
          <w:rFonts w:ascii="Times New Roman" w:hAnsi="Times New Roman" w:eastAsia="Times New Roman" w:cs="Times New Roman"/>
          <w:sz w:val="24"/>
        </w:rPr>
        <w:t>forth</w:t>
      </w:r>
      <w:r>
        <w:rPr>
          <w:rFonts w:ascii="Times New Roman" w:hAnsi="Times New Roman" w:eastAsia="Times New Roman" w:cs="Times New Roman"/>
          <w:sz w:val="24"/>
        </w:rPr>
        <w:t xml:space="preserve"> </w:t>
      </w:r>
      <w:r>
        <w:rPr>
          <w:rFonts w:ascii="Times New Roman" w:hAnsi="Times New Roman" w:eastAsia="Times New Roman" w:cs="Times New Roman"/>
          <w:sz w:val="24"/>
        </w:rPr>
        <w:t>in</w:t>
      </w:r>
      <w:r>
        <w:rPr>
          <w:rFonts w:ascii="Times New Roman" w:hAnsi="Times New Roman" w:eastAsia="Times New Roman" w:cs="Times New Roman"/>
          <w:sz w:val="24"/>
        </w:rPr>
        <w:t xml:space="preserve"> </w:t>
      </w:r>
      <w:r>
        <w:rPr>
          <w:rFonts w:ascii="Times New Roman" w:hAnsi="Times New Roman" w:eastAsia="Times New Roman" w:cs="Times New Roman"/>
          <w:sz w:val="24"/>
        </w:rPr>
        <w:t>Family</w:t>
      </w:r>
      <w:r>
        <w:rPr>
          <w:rFonts w:ascii="Times New Roman" w:hAnsi="Times New Roman" w:eastAsia="Times New Roman" w:cs="Times New Roman"/>
          <w:sz w:val="24"/>
        </w:rPr>
        <w:t xml:space="preserve"> </w:t>
      </w:r>
      <w:r>
        <w:rPr>
          <w:rFonts w:ascii="Times New Roman" w:hAnsi="Times New Roman" w:eastAsia="Times New Roman" w:cs="Times New Roman"/>
          <w:sz w:val="24"/>
        </w:rPr>
        <w:t>Code</w:t>
      </w:r>
      <w:r>
        <w:rPr>
          <w:rFonts w:ascii="Times New Roman" w:hAnsi="Times New Roman" w:eastAsia="Times New Roman" w:cs="Times New Roman"/>
          <w:sz w:val="24"/>
        </w:rPr>
        <w:t xml:space="preserve"> </w:t>
      </w:r>
      <w:r>
        <w:rPr>
          <w:rFonts w:ascii="Times New Roman" w:hAnsi="Times New Roman" w:eastAsia="Times New Roman" w:cs="Times New Roman"/>
          <w:sz w:val="24"/>
        </w:rPr>
        <w:t>section</w:t>
      </w:r>
      <w:r>
        <w:rPr>
          <w:rFonts w:ascii="Times New Roman" w:hAnsi="Times New Roman" w:eastAsia="Times New Roman" w:cs="Times New Roman"/>
          <w:sz w:val="24"/>
        </w:rPr>
        <w:t xml:space="preserve"> </w:t>
      </w:r>
      <w:r>
        <w:rPr>
          <w:rFonts w:ascii="Times New Roman" w:hAnsi="Times New Roman" w:eastAsia="Times New Roman" w:cs="Times New Roman"/>
          <w:sz w:val="24"/>
        </w:rPr>
        <w:t>4055.</w:t>
      </w:r>
      <w:r>
        <w:rPr>
          <w:rFonts w:ascii="Times New Roman" w:hAnsi="Times New Roman" w:eastAsia="Times New Roman" w:cs="Times New Roman"/>
          <w:sz w:val="24"/>
        </w:rPr>
        <w:t xml:space="preserve"> </w:t>
      </w:r>
      <w:r>
        <w:rPr>
          <w:rFonts w:ascii="Times New Roman" w:hAnsi="Times New Roman" w:eastAsia="Times New Roman" w:cs="Times New Roman"/>
          <w:sz w:val="24"/>
        </w:rPr>
        <w:t>Non-Guideline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Support Findings Attachment </w:t>
      </w:r>
      <w:r>
        <w:rPr>
          <w:rFonts w:ascii="Times New Roman" w:hAnsi="Times New Roman" w:eastAsia="Times New Roman" w:cs="Times New Roman"/>
          <w:sz w:val="24"/>
        </w:rPr>
        <w:t>(</w:t>
      </w:r>
      <w:r>
        <w:rPr>
          <w:rFonts w:ascii="Times New Roman" w:hAnsi="Times New Roman" w:eastAsia="Times New Roman" w:cs="Times New Roman"/>
          <w:sz w:val="24"/>
        </w:rPr>
        <w:t>form FL-342(A)</w:t>
      </w:r>
      <w:r>
        <w:rPr>
          <w:rFonts w:ascii="Times New Roman" w:hAnsi="Times New Roman" w:eastAsia="Times New Roman" w:cs="Times New Roman"/>
          <w:sz w:val="24"/>
        </w:rPr>
        <w:t>) is attached.</w:t>
      </w:r>
    </w:p>
    <w:p>
      <w:pPr/>
    </w:p>
    <w:p>
      <w:pPr>
        <w:spacing w:before="3" w:after="0"/>
      </w:pPr>
    </w:p>
    <w:p>
      <w:pPr>
        <w:spacing w:before="94" w:after="0"/>
        <w:ind w:hanging="300"/>
      </w:pPr>
      <w:r>
        <w:rPr>
          <w:rFonts w:ascii="Times New Roman" w:hAnsi="Times New Roman" w:eastAsia="Times New Roman" w:cs="Times New Roman"/>
          <w:b/>
          <w:sz w:val="24"/>
        </w:rPr>
        <w:t xml:space="preserve">Health-care </w:t>
      </w:r>
      <w:r>
        <w:rPr>
          <w:rFonts w:ascii="Times New Roman" w:hAnsi="Times New Roman" w:eastAsia="Times New Roman" w:cs="Times New Roman"/>
          <w:b/>
          <w:sz w:val="24"/>
        </w:rPr>
        <w:t>expenses</w:t>
      </w:r>
    </w:p>
    <w:p>
      <w:pPr>
        <w:spacing w:before="10" w:after="0"/>
      </w:pPr>
      <w:r>
        <w:rPr>
          <w:rFonts w:ascii="Times New Roman" w:hAnsi="Times New Roman" w:eastAsia="Times New Roman" w:cs="Times New Roman"/>
          <w:sz w:val="24"/>
        </w:rPr>
        <w:t>Health</w:t>
      </w:r>
      <w:r>
        <w:rPr>
          <w:rFonts w:ascii="Times New Roman" w:hAnsi="Times New Roman" w:eastAsia="Times New Roman" w:cs="Times New Roman"/>
          <w:sz w:val="24"/>
        </w:rPr>
        <w:t xml:space="preserve"> </w:t>
      </w:r>
      <w:r>
        <w:rPr>
          <w:rFonts w:ascii="Times New Roman" w:hAnsi="Times New Roman" w:eastAsia="Times New Roman" w:cs="Times New Roman"/>
          <w:sz w:val="24"/>
        </w:rPr>
        <w:t>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coverage</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minor</w:t>
      </w:r>
      <w:r>
        <w:rPr>
          <w:rFonts w:ascii="Times New Roman" w:hAnsi="Times New Roman" w:eastAsia="Times New Roman" w:cs="Times New Roman"/>
          <w:sz w:val="24"/>
        </w:rPr>
        <w:t xml:space="preserve"> </w:t>
      </w:r>
      <w:r>
        <w:rPr>
          <w:rFonts w:ascii="Times New Roman" w:hAnsi="Times New Roman" w:eastAsia="Times New Roman" w:cs="Times New Roman"/>
          <w:sz w:val="24"/>
        </w:rPr>
        <w:t>children</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parties</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maintained</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p>
    <w:p>
      <w:pPr/>
    </w:p>
    <w:p>
      <w:pPr>
        <w:spacing w:before="62" w:after="0"/>
      </w:pPr>
      <w:r>
        <w:rPr>
          <w:rFonts w:ascii="Times New Roman" w:hAnsi="Times New Roman" w:eastAsia="Times New Roman" w:cs="Times New Roman"/>
          <w:sz w:val="24"/>
        </w:rPr>
        <w:t>petitioner/plaintiff</w:t>
      </w:r>
    </w:p>
    <w:p>
      <w:pPr>
        <w:spacing w:before="65" w:after="0"/>
      </w:pPr>
      <w:r>
        <w:rPr>
          <w:rFonts w:ascii="Times New Roman" w:hAnsi="Times New Roman" w:eastAsia="Times New Roman" w:cs="Times New Roman"/>
          <w:sz w:val="24"/>
        </w:rPr>
        <w:t>respondent/defendant</w:t>
      </w:r>
    </w:p>
    <w:p>
      <w:pPr>
        <w:spacing w:before="65" w:after="0"/>
      </w:pP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parent/party</w:t>
      </w:r>
    </w:p>
    <w:p>
      <w:pPr>
        <w:spacing w:before="68" w:after="0"/>
      </w:pPr>
      <w:r>
        <w:rPr>
          <w:rFonts w:ascii="Times New Roman" w:hAnsi="Times New Roman" w:eastAsia="Times New Roman" w:cs="Times New Roman"/>
          <w:sz w:val="24"/>
        </w:rPr>
        <w:t>if</w:t>
      </w:r>
      <w:r>
        <w:rPr>
          <w:rFonts w:ascii="Times New Roman" w:hAnsi="Times New Roman" w:eastAsia="Times New Roman" w:cs="Times New Roman"/>
          <w:sz w:val="24"/>
        </w:rPr>
        <w:t xml:space="preserve"> </w:t>
      </w:r>
      <w:r>
        <w:rPr>
          <w:rFonts w:ascii="Times New Roman" w:hAnsi="Times New Roman" w:eastAsia="Times New Roman" w:cs="Times New Roman"/>
          <w:sz w:val="24"/>
        </w:rPr>
        <w:t>available</w:t>
      </w:r>
      <w:r>
        <w:rPr>
          <w:rFonts w:ascii="Times New Roman" w:hAnsi="Times New Roman" w:eastAsia="Times New Roman" w:cs="Times New Roman"/>
          <w:sz w:val="24"/>
        </w:rPr>
        <w:t xml:space="preserve"> </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no</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reasonable</w:t>
      </w:r>
      <w:r>
        <w:rPr>
          <w:rFonts w:ascii="Times New Roman" w:hAnsi="Times New Roman" w:eastAsia="Times New Roman" w:cs="Times New Roman"/>
          <w:sz w:val="24"/>
        </w:rPr>
        <w:t xml:space="preserve"> </w:t>
      </w:r>
      <w:r>
        <w:rPr>
          <w:rFonts w:ascii="Times New Roman" w:hAnsi="Times New Roman" w:eastAsia="Times New Roman" w:cs="Times New Roman"/>
          <w:sz w:val="24"/>
        </w:rPr>
        <w:t>cost</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w:t>
      </w:r>
    </w:p>
    <w:p>
      <w:pPr/>
    </w:p>
    <w:p>
      <w:pPr>
        <w:spacing w:before="21" w:after="0" w:line="247" w:lineRule="auto"/>
      </w:pPr>
      <w:r>
        <w:rPr>
          <w:rFonts w:ascii="Times New Roman" w:hAnsi="Times New Roman" w:eastAsia="Times New Roman" w:cs="Times New Roman"/>
          <w:sz w:val="24"/>
        </w:rPr>
        <w:t>their</w:t>
      </w:r>
      <w:r>
        <w:rPr>
          <w:rFonts w:ascii="Times New Roman" w:hAnsi="Times New Roman" w:eastAsia="Times New Roman" w:cs="Times New Roman"/>
          <w:sz w:val="24"/>
        </w:rPr>
        <w:t xml:space="preserve"> </w:t>
      </w:r>
      <w:r>
        <w:rPr>
          <w:rFonts w:ascii="Times New Roman" w:hAnsi="Times New Roman" w:eastAsia="Times New Roman" w:cs="Times New Roman"/>
          <w:sz w:val="24"/>
        </w:rPr>
        <w:t>respective</w:t>
      </w:r>
      <w:r>
        <w:rPr>
          <w:rFonts w:ascii="Times New Roman" w:hAnsi="Times New Roman" w:eastAsia="Times New Roman" w:cs="Times New Roman"/>
          <w:sz w:val="24"/>
        </w:rPr>
        <w:t xml:space="preserve"> </w:t>
      </w:r>
      <w:r>
        <w:rPr>
          <w:rFonts w:ascii="Times New Roman" w:hAnsi="Times New Roman" w:eastAsia="Times New Roman" w:cs="Times New Roman"/>
          <w:sz w:val="24"/>
        </w:rPr>
        <w:t>places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employment</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self-employment.</w:t>
      </w:r>
      <w:r>
        <w:rPr>
          <w:rFonts w:ascii="Times New Roman" w:hAnsi="Times New Roman" w:eastAsia="Times New Roman" w:cs="Times New Roman"/>
          <w:sz w:val="24"/>
        </w:rPr>
        <w:t xml:space="preserve"> </w:t>
      </w:r>
      <w:r>
        <w:rPr>
          <w:rFonts w:ascii="Times New Roman" w:hAnsi="Times New Roman" w:eastAsia="Times New Roman" w:cs="Times New Roman"/>
          <w:sz w:val="24"/>
        </w:rPr>
        <w:t>Both</w:t>
      </w:r>
      <w:r>
        <w:rPr>
          <w:rFonts w:ascii="Times New Roman" w:hAnsi="Times New Roman" w:eastAsia="Times New Roman" w:cs="Times New Roman"/>
          <w:sz w:val="24"/>
        </w:rPr>
        <w:t xml:space="preserve"> </w:t>
      </w:r>
      <w:r>
        <w:rPr>
          <w:rFonts w:ascii="Times New Roman" w:hAnsi="Times New Roman" w:eastAsia="Times New Roman" w:cs="Times New Roman"/>
          <w:sz w:val="24"/>
        </w:rPr>
        <w:t>parties</w:t>
      </w:r>
      <w:r>
        <w:rPr>
          <w:rFonts w:ascii="Times New Roman" w:hAnsi="Times New Roman" w:eastAsia="Times New Roman" w:cs="Times New Roman"/>
          <w:sz w:val="24"/>
        </w:rPr>
        <w:t xml:space="preserve"> </w:t>
      </w:r>
      <w:r>
        <w:rPr>
          <w:rFonts w:ascii="Times New Roman" w:hAnsi="Times New Roman" w:eastAsia="Times New Roman" w:cs="Times New Roman"/>
          <w:sz w:val="24"/>
        </w:rPr>
        <w:t>are</w:t>
      </w:r>
      <w:r>
        <w:rPr>
          <w:rFonts w:ascii="Times New Roman" w:hAnsi="Times New Roman" w:eastAsia="Times New Roman" w:cs="Times New Roman"/>
          <w:sz w:val="24"/>
        </w:rPr>
        <w:t xml:space="preserve"> </w:t>
      </w:r>
      <w:r>
        <w:rPr>
          <w:rFonts w:ascii="Times New Roman" w:hAnsi="Times New Roman" w:eastAsia="Times New Roman" w:cs="Times New Roman"/>
          <w:sz w:val="24"/>
        </w:rPr>
        <w:t>ordered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cooperate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presentation,</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collection, and reimbursement of any health-care claims. The parent ordered to provide health insurance must seek continuation of coverage</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after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attains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age</w:t>
      </w:r>
      <w:r>
        <w:rPr>
          <w:rFonts w:ascii="Times New Roman" w:hAnsi="Times New Roman" w:eastAsia="Times New Roman" w:cs="Times New Roman"/>
          <w:sz w:val="24"/>
        </w:rPr>
        <w:t xml:space="preserve"> </w:t>
      </w:r>
      <w:r>
        <w:rPr>
          <w:rFonts w:ascii="Times New Roman" w:hAnsi="Times New Roman" w:eastAsia="Times New Roman" w:cs="Times New Roman"/>
          <w:sz w:val="24"/>
        </w:rPr>
        <w:t>when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no</w:t>
      </w:r>
      <w:r>
        <w:rPr>
          <w:rFonts w:ascii="Times New Roman" w:hAnsi="Times New Roman" w:eastAsia="Times New Roman" w:cs="Times New Roman"/>
          <w:sz w:val="24"/>
        </w:rPr>
        <w:t xml:space="preserve"> </w:t>
      </w:r>
      <w:r>
        <w:rPr>
          <w:rFonts w:ascii="Times New Roman" w:hAnsi="Times New Roman" w:eastAsia="Times New Roman" w:cs="Times New Roman"/>
          <w:sz w:val="24"/>
        </w:rPr>
        <w:t>longer</w:t>
      </w:r>
      <w:r>
        <w:rPr>
          <w:rFonts w:ascii="Times New Roman" w:hAnsi="Times New Roman" w:eastAsia="Times New Roman" w:cs="Times New Roman"/>
          <w:sz w:val="24"/>
        </w:rPr>
        <w:t xml:space="preserve"> </w:t>
      </w:r>
      <w:r>
        <w:rPr>
          <w:rFonts w:ascii="Times New Roman" w:hAnsi="Times New Roman" w:eastAsia="Times New Roman" w:cs="Times New Roman"/>
          <w:sz w:val="24"/>
        </w:rPr>
        <w:t>considered</w:t>
      </w:r>
      <w:r>
        <w:rPr>
          <w:rFonts w:ascii="Times New Roman" w:hAnsi="Times New Roman" w:eastAsia="Times New Roman" w:cs="Times New Roman"/>
          <w:sz w:val="24"/>
        </w:rPr>
        <w:t xml:space="preserve"> </w:t>
      </w:r>
      <w:r>
        <w:rPr>
          <w:rFonts w:ascii="Times New Roman" w:hAnsi="Times New Roman" w:eastAsia="Times New Roman" w:cs="Times New Roman"/>
          <w:sz w:val="24"/>
        </w:rPr>
        <w:t>eligible</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coverage</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dependent under the insurance contract, if the child is incapable of self-sustaining employment because of a physically or mentally disabling injury, illness, or condition and is chiefly dependent upon the parent providing health insurance for support and </w:t>
      </w:r>
      <w:r>
        <w:rPr>
          <w:rFonts w:ascii="Times New Roman" w:hAnsi="Times New Roman" w:eastAsia="Times New Roman" w:cs="Times New Roman"/>
          <w:sz w:val="24"/>
        </w:rPr>
        <w:t>maintenance.</w:t>
      </w:r>
    </w:p>
    <w:p>
      <w:pPr/>
    </w:p>
    <w:p>
      <w:pPr>
        <w:spacing w:before="83" w:after="0" w:line="271" w:lineRule="auto"/>
        <w:ind w:hanging="759"/>
      </w:pPr>
      <w:r>
        <w:rPr>
          <w:rFonts w:ascii="Times New Roman" w:hAnsi="Times New Roman" w:eastAsia="Times New Roman" w:cs="Times New Roman"/>
          <w:sz w:val="24"/>
        </w:rPr>
        <w:t>Health</w:t>
      </w:r>
      <w:r>
        <w:rPr>
          <w:rFonts w:ascii="Times New Roman" w:hAnsi="Times New Roman" w:eastAsia="Times New Roman" w:cs="Times New Roman"/>
          <w:sz w:val="24"/>
        </w:rPr>
        <w:t xml:space="preserve"> </w:t>
      </w:r>
      <w:r>
        <w:rPr>
          <w:rFonts w:ascii="Times New Roman" w:hAnsi="Times New Roman" w:eastAsia="Times New Roman" w:cs="Times New Roman"/>
          <w:sz w:val="24"/>
        </w:rPr>
        <w:t>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available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at a reasonable cost at this time.</w:t>
      </w:r>
    </w:p>
    <w:p>
      <w:pPr>
        <w:spacing w:before="93" w:after="0"/>
      </w:pPr>
      <w:r>
        <w:rPr>
          <w:rFonts w:ascii="Times New Roman" w:hAnsi="Times New Roman" w:eastAsia="Times New Roman" w:cs="Times New Roman"/>
          <w:sz w:val="24"/>
        </w:rPr>
        <w:t>petitioner/plaintiff</w:t>
      </w:r>
    </w:p>
    <w:p>
      <w:pPr>
        <w:spacing w:before="96" w:after="0"/>
      </w:pPr>
      <w:r>
        <w:rPr>
          <w:rFonts w:ascii="Times New Roman" w:hAnsi="Times New Roman" w:eastAsia="Times New Roman" w:cs="Times New Roman"/>
          <w:sz w:val="24"/>
        </w:rPr>
        <w:t>respondent/defendant</w:t>
      </w:r>
    </w:p>
    <w:p>
      <w:pPr>
        <w:spacing w:before="96" w:after="0"/>
      </w:pP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parent/party</w:t>
      </w:r>
    </w:p>
    <w:p>
      <w:pPr/>
    </w:p>
    <w:p>
      <w:pPr>
        <w:spacing w:line="211" w:lineRule="exact"/>
        <w:ind w:hanging="767"/>
      </w:pP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party</w:t>
      </w:r>
      <w:r>
        <w:rPr>
          <w:rFonts w:ascii="Times New Roman" w:hAnsi="Times New Roman" w:eastAsia="Times New Roman" w:cs="Times New Roman"/>
          <w:sz w:val="24"/>
        </w:rPr>
        <w:t xml:space="preserve"> </w:t>
      </w:r>
      <w:r>
        <w:rPr>
          <w:rFonts w:ascii="Times New Roman" w:hAnsi="Times New Roman" w:eastAsia="Times New Roman" w:cs="Times New Roman"/>
          <w:sz w:val="24"/>
        </w:rPr>
        <w:t>providing</w:t>
      </w:r>
      <w:r>
        <w:rPr>
          <w:rFonts w:ascii="Times New Roman" w:hAnsi="Times New Roman" w:eastAsia="Times New Roman" w:cs="Times New Roman"/>
          <w:sz w:val="24"/>
        </w:rPr>
        <w:t xml:space="preserve"> </w:t>
      </w:r>
      <w:r>
        <w:rPr>
          <w:rFonts w:ascii="Times New Roman" w:hAnsi="Times New Roman" w:eastAsia="Times New Roman" w:cs="Times New Roman"/>
          <w:sz w:val="24"/>
        </w:rPr>
        <w:t>coverage</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assign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right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party.</w:t>
      </w:r>
    </w:p>
    <w:p>
      <w:pPr>
        <w:spacing w:before="162" w:after="0"/>
        <w:ind w:hanging="307"/>
      </w:pPr>
      <w:r>
        <w:rPr>
          <w:rFonts w:ascii="Times New Roman" w:hAnsi="Times New Roman" w:eastAsia="Times New Roman" w:cs="Times New Roman"/>
          <w:b/>
          <w:sz w:val="24"/>
        </w:rPr>
        <w:t xml:space="preserve">Earnings </w:t>
      </w:r>
      <w:r>
        <w:rPr>
          <w:rFonts w:ascii="Times New Roman" w:hAnsi="Times New Roman" w:eastAsia="Times New Roman" w:cs="Times New Roman"/>
          <w:b/>
          <w:sz w:val="24"/>
        </w:rPr>
        <w:t>assignment</w:t>
      </w:r>
    </w:p>
    <w:p>
      <w:pPr>
        <w:spacing w:before="31" w:after="0" w:line="247" w:lineRule="auto"/>
      </w:pPr>
      <w:r>
        <w:rPr>
          <w:rFonts w:ascii="Times New Roman" w:hAnsi="Times New Roman" w:eastAsia="Times New Roman" w:cs="Times New Roman"/>
          <w:sz w:val="24"/>
        </w:rPr>
        <w:t>An earnings assignment order is issued</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Note: </w:t>
      </w:r>
      <w:r>
        <w:rPr>
          <w:rFonts w:ascii="Times New Roman" w:hAnsi="Times New Roman" w:eastAsia="Times New Roman" w:cs="Times New Roman"/>
          <w:sz w:val="24"/>
        </w:rPr>
        <w:t>The payor of child support is responsible for the payment of support directly to the recipient</w:t>
      </w:r>
      <w:r>
        <w:rPr>
          <w:rFonts w:ascii="Times New Roman" w:hAnsi="Times New Roman" w:eastAsia="Times New Roman" w:cs="Times New Roman"/>
          <w:sz w:val="24"/>
        </w:rPr>
        <w:t xml:space="preserve"> </w:t>
      </w:r>
      <w:r>
        <w:rPr>
          <w:rFonts w:ascii="Times New Roman" w:hAnsi="Times New Roman" w:eastAsia="Times New Roman" w:cs="Times New Roman"/>
          <w:sz w:val="24"/>
        </w:rPr>
        <w:t>until</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payments</w:t>
      </w:r>
      <w:r>
        <w:rPr>
          <w:rFonts w:ascii="Times New Roman" w:hAnsi="Times New Roman" w:eastAsia="Times New Roman" w:cs="Times New Roman"/>
          <w:sz w:val="24"/>
        </w:rPr>
        <w:t xml:space="preserve"> </w:t>
      </w:r>
      <w:r>
        <w:rPr>
          <w:rFonts w:ascii="Times New Roman" w:hAnsi="Times New Roman" w:eastAsia="Times New Roman" w:cs="Times New Roman"/>
          <w:sz w:val="24"/>
        </w:rPr>
        <w:t>are</w:t>
      </w:r>
      <w:r>
        <w:rPr>
          <w:rFonts w:ascii="Times New Roman" w:hAnsi="Times New Roman" w:eastAsia="Times New Roman" w:cs="Times New Roman"/>
          <w:sz w:val="24"/>
        </w:rPr>
        <w:t xml:space="preserve"> </w:t>
      </w:r>
      <w:r>
        <w:rPr>
          <w:rFonts w:ascii="Times New Roman" w:hAnsi="Times New Roman" w:eastAsia="Times New Roman" w:cs="Times New Roman"/>
          <w:sz w:val="24"/>
        </w:rPr>
        <w:t>deducted</w:t>
      </w:r>
      <w:r>
        <w:rPr>
          <w:rFonts w:ascii="Times New Roman" w:hAnsi="Times New Roman" w:eastAsia="Times New Roman" w:cs="Times New Roman"/>
          <w:sz w:val="24"/>
        </w:rPr>
        <w:t xml:space="preserve"> </w:t>
      </w:r>
      <w:r>
        <w:rPr>
          <w:rFonts w:ascii="Times New Roman" w:hAnsi="Times New Roman" w:eastAsia="Times New Roman" w:cs="Times New Roman"/>
          <w:sz w:val="24"/>
        </w:rPr>
        <w:t>from</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payor’s</w:t>
      </w:r>
      <w:r>
        <w:rPr>
          <w:rFonts w:ascii="Times New Roman" w:hAnsi="Times New Roman" w:eastAsia="Times New Roman" w:cs="Times New Roman"/>
          <w:sz w:val="24"/>
        </w:rPr>
        <w:t xml:space="preserve"> </w:t>
      </w:r>
      <w:r>
        <w:rPr>
          <w:rFonts w:ascii="Times New Roman" w:hAnsi="Times New Roman" w:eastAsia="Times New Roman" w:cs="Times New Roman"/>
          <w:sz w:val="24"/>
        </w:rPr>
        <w:t>wages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payment</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any</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assignment.</w:t>
      </w:r>
    </w:p>
    <w:p>
      <w:pPr/>
    </w:p>
    <w:p>
      <w:pPr>
        <w:spacing w:before="77" w:after="0"/>
      </w:pPr>
      <w:r>
        <w:rPr>
          <w:rFonts w:ascii="Times New Roman" w:hAnsi="Times New Roman" w:eastAsia="Times New Roman" w:cs="Times New Roman"/>
          <w:b/>
          <w:sz w:val="24"/>
        </w:rPr>
        <w:t>FL-</w:t>
      </w:r>
      <w:r>
        <w:rPr>
          <w:rFonts w:ascii="Times New Roman" w:hAnsi="Times New Roman" w:eastAsia="Times New Roman" w:cs="Times New Roman"/>
          <w:b/>
          <w:sz w:val="24"/>
        </w:rPr>
        <w:t>342</w:t>
      </w:r>
    </w:p>
    <w:p>
      <w:pPr>
        <w:spacing w:before="137" w:after="0" w:line="242" w:lineRule="auto"/>
        <w:ind w:hanging="294"/>
      </w:pPr>
      <w:r>
        <w:rPr>
          <w:rFonts w:ascii="Times New Roman" w:hAnsi="Times New Roman" w:eastAsia="Times New Roman" w:cs="Times New Roman"/>
          <w:sz w:val="24"/>
        </w:rPr>
        <w:t>In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event</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there</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contract</w:t>
      </w:r>
      <w:r>
        <w:rPr>
          <w:rFonts w:ascii="Times New Roman" w:hAnsi="Times New Roman" w:eastAsia="Times New Roman" w:cs="Times New Roman"/>
          <w:sz w:val="24"/>
        </w:rPr>
        <w:t xml:space="preserve"> </w:t>
      </w:r>
      <w:r>
        <w:rPr>
          <w:rFonts w:ascii="Times New Roman" w:hAnsi="Times New Roman" w:eastAsia="Times New Roman" w:cs="Times New Roman"/>
          <w:sz w:val="24"/>
        </w:rPr>
        <w:t>between</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party</w:t>
      </w:r>
      <w:r>
        <w:rPr>
          <w:rFonts w:ascii="Times New Roman" w:hAnsi="Times New Roman" w:eastAsia="Times New Roman" w:cs="Times New Roman"/>
          <w:sz w:val="24"/>
        </w:rPr>
        <w:t xml:space="preserve"> </w:t>
      </w:r>
      <w:r>
        <w:rPr>
          <w:rFonts w:ascii="Times New Roman" w:hAnsi="Times New Roman" w:eastAsia="Times New Roman" w:cs="Times New Roman"/>
          <w:sz w:val="24"/>
        </w:rPr>
        <w:t>receiving</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collector,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party</w:t>
      </w:r>
      <w:r>
        <w:rPr>
          <w:rFonts w:ascii="Times New Roman" w:hAnsi="Times New Roman" w:eastAsia="Times New Roman" w:cs="Times New Roman"/>
          <w:sz w:val="24"/>
        </w:rPr>
        <w:t xml:space="preserve"> </w:t>
      </w:r>
      <w:r>
        <w:rPr>
          <w:rFonts w:ascii="Times New Roman" w:hAnsi="Times New Roman" w:eastAsia="Times New Roman" w:cs="Times New Roman"/>
          <w:sz w:val="24"/>
        </w:rPr>
        <w:t>ordered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pay </w:t>
      </w:r>
      <w:r>
        <w:rPr>
          <w:rFonts w:ascii="Times New Roman" w:hAnsi="Times New Roman" w:eastAsia="Times New Roman" w:cs="Times New Roman"/>
          <w:sz w:val="24"/>
        </w:rPr>
        <w:t>support must pay the fee charged by the private child support collector. This fee must not exceed 33 1/3 percent of the total</w:t>
      </w:r>
      <w:r>
        <w:rPr>
          <w:rFonts w:ascii="Times New Roman" w:hAnsi="Times New Roman" w:eastAsia="Times New Roman" w:cs="Times New Roman"/>
          <w:sz w:val="24"/>
        </w:rPr>
        <w:t xml:space="preserve"> </w:t>
      </w:r>
      <w:r>
        <w:rPr>
          <w:rFonts w:ascii="Times New Roman" w:hAnsi="Times New Roman" w:eastAsia="Times New Roman" w:cs="Times New Roman"/>
          <w:sz w:val="24"/>
        </w:rPr>
        <w:t>amount of past due support nor may it exceed 50 percent of any fee charged by the private child support collector. The money judgment</w:t>
      </w:r>
      <w:r>
        <w:rPr>
          <w:rFonts w:ascii="Times New Roman" w:hAnsi="Times New Roman" w:eastAsia="Times New Roman" w:cs="Times New Roman"/>
          <w:sz w:val="24"/>
        </w:rPr>
        <w:t xml:space="preserve"> </w:t>
      </w:r>
      <w:r>
        <w:rPr>
          <w:rFonts w:ascii="Times New Roman" w:hAnsi="Times New Roman" w:eastAsia="Times New Roman" w:cs="Times New Roman"/>
          <w:sz w:val="24"/>
        </w:rPr>
        <w:t>created by this provision is in favor of the private child support collector and the party receiving support, jointly.</w:t>
      </w:r>
    </w:p>
    <w:p>
      <w:pPr>
        <w:spacing w:before="162" w:after="0"/>
        <w:ind w:hanging="855"/>
      </w:pPr>
      <w:r>
        <w:rPr>
          <w:rFonts w:ascii="Times New Roman" w:hAnsi="Times New Roman" w:eastAsia="Times New Roman" w:cs="Times New Roman"/>
          <w:b/>
          <w:sz w:val="24"/>
        </w:rPr>
        <w:t>Employment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search</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(Family</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Code</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4505)</w:t>
      </w:r>
    </w:p>
    <w:p>
      <w:pPr/>
    </w:p>
    <w:p>
      <w:pPr>
        <w:spacing w:before="53" w:after="0" w:line="312" w:lineRule="auto"/>
        <w:ind w:firstLine="500"/>
      </w:pPr>
      <w:r>
        <w:rPr>
          <w:rFonts w:ascii="Times New Roman" w:hAnsi="Times New Roman" w:eastAsia="Times New Roman" w:cs="Times New Roman"/>
          <w:sz w:val="24"/>
        </w:rPr>
        <w:t xml:space="preserve">Petitioner/plaintiff </w:t>
      </w:r>
      <w:r>
        <w:rPr>
          <w:rFonts w:ascii="Times New Roman" w:hAnsi="Times New Roman" w:eastAsia="Times New Roman" w:cs="Times New Roman"/>
          <w:sz w:val="24"/>
        </w:rPr>
        <w:t>following</w:t>
      </w:r>
      <w:r>
        <w:rPr>
          <w:rFonts w:ascii="Times New Roman" w:hAnsi="Times New Roman" w:eastAsia="Times New Roman" w:cs="Times New Roman"/>
          <w:sz w:val="24"/>
        </w:rPr>
        <w:t xml:space="preserve"> </w:t>
      </w:r>
      <w:r>
        <w:rPr>
          <w:rFonts w:ascii="Times New Roman" w:hAnsi="Times New Roman" w:eastAsia="Times New Roman" w:cs="Times New Roman"/>
          <w:sz w:val="24"/>
        </w:rPr>
        <w:t>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conditions:</w:t>
      </w:r>
    </w:p>
    <w:p>
      <w:pPr>
        <w:spacing w:before="53" w:after="0"/>
      </w:pPr>
      <w:r>
        <w:rPr>
          <w:rFonts w:ascii="Times New Roman" w:hAnsi="Times New Roman" w:eastAsia="Times New Roman" w:cs="Times New Roman"/>
          <w:sz w:val="24"/>
        </w:rPr>
        <w:t>Respondent/defendant</w:t>
      </w:r>
    </w:p>
    <w:p>
      <w:pPr>
        <w:spacing w:before="53" w:after="0"/>
      </w:pPr>
      <w:r>
        <w:rPr>
          <w:rFonts w:ascii="Times New Roman" w:hAnsi="Times New Roman" w:eastAsia="Times New Roman" w:cs="Times New Roman"/>
          <w:sz w:val="24"/>
        </w:rPr>
        <w:t xml:space="preserve">Other </w:t>
      </w:r>
      <w:r>
        <w:rPr>
          <w:rFonts w:ascii="Times New Roman" w:hAnsi="Times New Roman" w:eastAsia="Times New Roman" w:cs="Times New Roman"/>
          <w:sz w:val="24"/>
        </w:rPr>
        <w:t>parent/party</w:t>
      </w:r>
    </w:p>
    <w:p>
      <w:pPr>
        <w:spacing w:before="53" w:after="0"/>
      </w:pP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ordered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seek</w:t>
      </w:r>
      <w:r>
        <w:rPr>
          <w:rFonts w:ascii="Times New Roman" w:hAnsi="Times New Roman" w:eastAsia="Times New Roman" w:cs="Times New Roman"/>
          <w:sz w:val="24"/>
        </w:rPr>
        <w:t xml:space="preserve"> </w:t>
      </w:r>
      <w:r>
        <w:rPr>
          <w:rFonts w:ascii="Times New Roman" w:hAnsi="Times New Roman" w:eastAsia="Times New Roman" w:cs="Times New Roman"/>
          <w:sz w:val="24"/>
        </w:rPr>
        <w:t>employment</w:t>
      </w:r>
      <w:r>
        <w:rPr>
          <w:rFonts w:ascii="Times New Roman" w:hAnsi="Times New Roman" w:eastAsia="Times New Roman" w:cs="Times New Roman"/>
          <w:sz w:val="24"/>
        </w:rPr>
        <w:t xml:space="preserve"> </w:t>
      </w:r>
      <w:r>
        <w:rPr>
          <w:rFonts w:ascii="Times New Roman" w:hAnsi="Times New Roman" w:eastAsia="Times New Roman" w:cs="Times New Roman"/>
          <w:sz w:val="24"/>
        </w:rPr>
        <w:t>with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p>
    <w:p>
      <w:pPr/>
    </w:p>
    <w:p>
      <w:pPr>
        <w:spacing w:before="159" w:after="0"/>
        <w:ind w:hanging="295"/>
      </w:pPr>
      <w:r>
        <w:rPr>
          <w:rFonts w:ascii="Times New Roman" w:hAnsi="Times New Roman" w:eastAsia="Times New Roman" w:cs="Times New Roman"/>
          <w:b/>
          <w:sz w:val="24"/>
        </w:rPr>
        <w:t xml:space="preserve">Other orders </w:t>
      </w:r>
      <w:r>
        <w:rPr>
          <w:rFonts w:ascii="Times New Roman" w:hAnsi="Times New Roman" w:eastAsia="Times New Roman" w:cs="Times New Roman"/>
          <w:sz w:val="24"/>
        </w:rPr>
        <w:t>(specify):</w:t>
      </w:r>
    </w:p>
    <w:p>
      <w:pPr/>
    </w:p>
    <w:p>
      <w:pPr>
        <w:spacing w:before="10" w:after="0"/>
      </w:pPr>
    </w:p>
    <w:p>
      <w:pPr>
        <w:spacing w:before="95" w:after="0"/>
        <w:ind w:hanging="302"/>
      </w:pPr>
      <w:r>
        <w:rPr>
          <w:rFonts w:ascii="Times New Roman" w:hAnsi="Times New Roman" w:eastAsia="Times New Roman" w:cs="Times New Roman"/>
          <w:b/>
          <w:sz w:val="24"/>
        </w:rPr>
        <w:t>Notices</w:t>
      </w:r>
    </w:p>
    <w:p>
      <w:pPr>
        <w:spacing w:before="22" w:after="0" w:line="242" w:lineRule="auto"/>
        <w:ind w:hanging="276"/>
      </w:pPr>
      <w:r>
        <w:rPr>
          <w:rFonts w:ascii="Times New Roman" w:hAnsi="Times New Roman" w:eastAsia="Times New Roman" w:cs="Times New Roman"/>
          <w:sz w:val="24"/>
        </w:rPr>
        <w:t>Notice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Rights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Responsibilities</w:t>
      </w:r>
      <w:r>
        <w:rPr>
          <w:rFonts w:ascii="Times New Roman" w:hAnsi="Times New Roman" w:eastAsia="Times New Roman" w:cs="Times New Roman"/>
          <w:sz w:val="24"/>
        </w:rPr>
        <w:t xml:space="preserve"> </w:t>
      </w:r>
      <w:r>
        <w:rPr>
          <w:rFonts w:ascii="Times New Roman" w:hAnsi="Times New Roman" w:eastAsia="Times New Roman" w:cs="Times New Roman"/>
          <w:sz w:val="24"/>
        </w:rPr>
        <w:t>(Health-Care</w:t>
      </w:r>
      <w:r>
        <w:rPr>
          <w:rFonts w:ascii="Times New Roman" w:hAnsi="Times New Roman" w:eastAsia="Times New Roman" w:cs="Times New Roman"/>
          <w:sz w:val="24"/>
        </w:rPr>
        <w:t xml:space="preserve"> </w:t>
      </w:r>
      <w:r>
        <w:rPr>
          <w:rFonts w:ascii="Times New Roman" w:hAnsi="Times New Roman" w:eastAsia="Times New Roman" w:cs="Times New Roman"/>
          <w:sz w:val="24"/>
        </w:rPr>
        <w:t>Costs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Reimbursement</w:t>
      </w:r>
      <w:r>
        <w:rPr>
          <w:rFonts w:ascii="Times New Roman" w:hAnsi="Times New Roman" w:eastAsia="Times New Roman" w:cs="Times New Roman"/>
          <w:sz w:val="24"/>
        </w:rPr>
        <w:t xml:space="preserve"> </w:t>
      </w:r>
      <w:r>
        <w:rPr>
          <w:rFonts w:ascii="Times New Roman" w:hAnsi="Times New Roman" w:eastAsia="Times New Roman" w:cs="Times New Roman"/>
          <w:sz w:val="24"/>
        </w:rPr>
        <w:t>Procedures)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Information</w:t>
      </w:r>
      <w:r>
        <w:rPr>
          <w:rFonts w:ascii="Times New Roman" w:hAnsi="Times New Roman" w:eastAsia="Times New Roman" w:cs="Times New Roman"/>
          <w:sz w:val="24"/>
        </w:rPr>
        <w:t xml:space="preserve"> </w:t>
      </w:r>
      <w:r>
        <w:rPr>
          <w:rFonts w:ascii="Times New Roman" w:hAnsi="Times New Roman" w:eastAsia="Times New Roman" w:cs="Times New Roman"/>
          <w:sz w:val="24"/>
        </w:rPr>
        <w:t>Sheet</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Changing a Child Support Order </w:t>
      </w:r>
      <w:r>
        <w:rPr>
          <w:rFonts w:ascii="Times New Roman" w:hAnsi="Times New Roman" w:eastAsia="Times New Roman" w:cs="Times New Roman"/>
          <w:sz w:val="24"/>
        </w:rPr>
        <w:t>(</w:t>
      </w:r>
      <w:r>
        <w:rPr>
          <w:rFonts w:ascii="Times New Roman" w:hAnsi="Times New Roman" w:eastAsia="Times New Roman" w:cs="Times New Roman"/>
          <w:sz w:val="24"/>
        </w:rPr>
        <w:t>form FL-192</w:t>
      </w:r>
      <w:r>
        <w:rPr>
          <w:rFonts w:ascii="Times New Roman" w:hAnsi="Times New Roman" w:eastAsia="Times New Roman" w:cs="Times New Roman"/>
          <w:sz w:val="24"/>
        </w:rPr>
        <w:t xml:space="preserve"> </w:t>
      </w:r>
      <w:r>
        <w:rPr>
          <w:rFonts w:ascii="Times New Roman" w:hAnsi="Times New Roman" w:eastAsia="Times New Roman" w:cs="Times New Roman"/>
          <w:sz w:val="24"/>
        </w:rPr>
        <w:t>) must be attached and is incorporated into this order.</w:t>
      </w:r>
    </w:p>
    <w:p>
      <w:pPr>
        <w:spacing w:before="61" w:after="0" w:line="247" w:lineRule="auto"/>
        <w:ind w:hanging="258"/>
      </w:pPr>
      <w:r>
        <w:rPr>
          <w:rFonts w:ascii="Times New Roman" w:hAnsi="Times New Roman" w:eastAsia="Times New Roman" w:cs="Times New Roman"/>
          <w:sz w:val="24"/>
        </w:rPr>
        <w:t>If</w:t>
      </w:r>
      <w:r>
        <w:rPr>
          <w:rFonts w:ascii="Times New Roman" w:hAnsi="Times New Roman" w:eastAsia="Times New Roman" w:cs="Times New Roman"/>
          <w:sz w:val="24"/>
        </w:rPr>
        <w:t xml:space="preserve"> </w:t>
      </w: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Restraining</w:t>
      </w:r>
      <w:r>
        <w:rPr>
          <w:rFonts w:ascii="Times New Roman" w:hAnsi="Times New Roman" w:eastAsia="Times New Roman" w:cs="Times New Roman"/>
          <w:sz w:val="24"/>
        </w:rPr>
        <w:t xml:space="preserve"> </w:t>
      </w:r>
      <w:r>
        <w:rPr>
          <w:rFonts w:ascii="Times New Roman" w:hAnsi="Times New Roman" w:eastAsia="Times New Roman" w:cs="Times New Roman"/>
          <w:sz w:val="24"/>
        </w:rPr>
        <w:t>Order</w:t>
      </w:r>
      <w:r>
        <w:rPr>
          <w:rFonts w:ascii="Times New Roman" w:hAnsi="Times New Roman" w:eastAsia="Times New Roman" w:cs="Times New Roman"/>
          <w:sz w:val="24"/>
        </w:rPr>
        <w:t xml:space="preserve"> </w:t>
      </w:r>
      <w:r>
        <w:rPr>
          <w:rFonts w:ascii="Times New Roman" w:hAnsi="Times New Roman" w:eastAsia="Times New Roman" w:cs="Times New Roman"/>
          <w:sz w:val="24"/>
        </w:rPr>
        <w:t>After</w:t>
      </w:r>
      <w:r>
        <w:rPr>
          <w:rFonts w:ascii="Times New Roman" w:hAnsi="Times New Roman" w:eastAsia="Times New Roman" w:cs="Times New Roman"/>
          <w:sz w:val="24"/>
        </w:rPr>
        <w:t xml:space="preserve"> </w:t>
      </w:r>
      <w:r>
        <w:rPr>
          <w:rFonts w:ascii="Times New Roman" w:hAnsi="Times New Roman" w:eastAsia="Times New Roman" w:cs="Times New Roman"/>
          <w:sz w:val="24"/>
        </w:rPr>
        <w:t>Hearing</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DV130</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orders</w:t>
      </w:r>
      <w:r>
        <w:rPr>
          <w:rFonts w:ascii="Times New Roman" w:hAnsi="Times New Roman" w:eastAsia="Times New Roman" w:cs="Times New Roman"/>
          <w:sz w:val="24"/>
        </w:rPr>
        <w:t xml:space="preserve"> </w:t>
      </w:r>
      <w:r>
        <w:rPr>
          <w:rFonts w:ascii="Times New Roman" w:hAnsi="Times New Roman" w:eastAsia="Times New Roman" w:cs="Times New Roman"/>
          <w:sz w:val="24"/>
        </w:rPr>
        <w:t>issued</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FL-342) remain in effect after the restraining orders issued on form DV-130 end.</w:t>
      </w:r>
    </w:p>
    <w:p>
      <w:pPr>
        <w:spacing w:before="4" w:after="0"/>
      </w:pPr>
    </w:p>
    <w:p>
      <w:pPr>
        <w:spacing w:before="95" w:after="0"/>
        <w:ind w:hanging="302"/>
        <w:jc w:val="both"/>
      </w:pPr>
      <w:r>
        <w:rPr>
          <w:rFonts w:ascii="Times New Roman" w:hAnsi="Times New Roman" w:eastAsia="Times New Roman" w:cs="Times New Roman"/>
          <w:b/>
          <w:sz w:val="24"/>
        </w:rPr>
        <w:t xml:space="preserve">Child Support Case Registry </w:t>
      </w:r>
      <w:r>
        <w:rPr>
          <w:rFonts w:ascii="Times New Roman" w:hAnsi="Times New Roman" w:eastAsia="Times New Roman" w:cs="Times New Roman"/>
          <w:b/>
          <w:sz w:val="24"/>
        </w:rPr>
        <w:t>Form</w:t>
      </w:r>
    </w:p>
    <w:p>
      <w:pPr>
        <w:spacing w:before="4" w:after="0" w:line="247" w:lineRule="auto"/>
        <w:jc w:val="both"/>
      </w:pPr>
      <w:r>
        <w:rPr>
          <w:rFonts w:ascii="Times New Roman" w:hAnsi="Times New Roman" w:eastAsia="Times New Roman" w:cs="Times New Roman"/>
          <w:sz w:val="24"/>
        </w:rPr>
        <w:t>Both</w:t>
      </w:r>
      <w:r>
        <w:rPr>
          <w:rFonts w:ascii="Times New Roman" w:hAnsi="Times New Roman" w:eastAsia="Times New Roman" w:cs="Times New Roman"/>
          <w:sz w:val="24"/>
        </w:rPr>
        <w:t xml:space="preserve"> </w:t>
      </w:r>
      <w:r>
        <w:rPr>
          <w:rFonts w:ascii="Times New Roman" w:hAnsi="Times New Roman" w:eastAsia="Times New Roman" w:cs="Times New Roman"/>
          <w:sz w:val="24"/>
        </w:rPr>
        <w:t>parties</w:t>
      </w:r>
      <w:r>
        <w:rPr>
          <w:rFonts w:ascii="Times New Roman" w:hAnsi="Times New Roman" w:eastAsia="Times New Roman" w:cs="Times New Roman"/>
          <w:sz w:val="24"/>
        </w:rPr>
        <w:t xml:space="preserve"> </w:t>
      </w:r>
      <w:r>
        <w:rPr>
          <w:rFonts w:ascii="Times New Roman" w:hAnsi="Times New Roman" w:eastAsia="Times New Roman" w:cs="Times New Roman"/>
          <w:sz w:val="24"/>
        </w:rPr>
        <w:t>must</w:t>
      </w:r>
      <w:r>
        <w:rPr>
          <w:rFonts w:ascii="Times New Roman" w:hAnsi="Times New Roman" w:eastAsia="Times New Roman" w:cs="Times New Roman"/>
          <w:sz w:val="24"/>
        </w:rPr>
        <w:t xml:space="preserve"> </w:t>
      </w:r>
      <w:r>
        <w:rPr>
          <w:rFonts w:ascii="Times New Roman" w:hAnsi="Times New Roman" w:eastAsia="Times New Roman" w:cs="Times New Roman"/>
          <w:sz w:val="24"/>
        </w:rPr>
        <w:t>complete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file</w:t>
      </w:r>
      <w:r>
        <w:rPr>
          <w:rFonts w:ascii="Times New Roman" w:hAnsi="Times New Roman" w:eastAsia="Times New Roman" w:cs="Times New Roman"/>
          <w:sz w:val="24"/>
        </w:rPr>
        <w:t xml:space="preserve"> </w:t>
      </w:r>
      <w:r>
        <w:rPr>
          <w:rFonts w:ascii="Times New Roman" w:hAnsi="Times New Roman" w:eastAsia="Times New Roman" w:cs="Times New Roman"/>
          <w:sz w:val="24"/>
        </w:rPr>
        <w:t>with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court</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Child</w:t>
      </w:r>
      <w:r>
        <w:rPr>
          <w:rFonts w:ascii="Times New Roman" w:hAnsi="Times New Roman" w:eastAsia="Times New Roman" w:cs="Times New Roman"/>
          <w:sz w:val="24"/>
        </w:rPr>
        <w:t xml:space="preserve"> </w:t>
      </w:r>
      <w:r>
        <w:rPr>
          <w:rFonts w:ascii="Times New Roman" w:hAnsi="Times New Roman" w:eastAsia="Times New Roman" w:cs="Times New Roman"/>
          <w:sz w:val="24"/>
        </w:rPr>
        <w:t>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Case</w:t>
      </w:r>
      <w:r>
        <w:rPr>
          <w:rFonts w:ascii="Times New Roman" w:hAnsi="Times New Roman" w:eastAsia="Times New Roman" w:cs="Times New Roman"/>
          <w:sz w:val="24"/>
        </w:rPr>
        <w:t xml:space="preserve"> </w:t>
      </w:r>
      <w:r>
        <w:rPr>
          <w:rFonts w:ascii="Times New Roman" w:hAnsi="Times New Roman" w:eastAsia="Times New Roman" w:cs="Times New Roman"/>
          <w:sz w:val="24"/>
        </w:rPr>
        <w:t>Registry</w:t>
      </w:r>
      <w:r>
        <w:rPr>
          <w:rFonts w:ascii="Times New Roman" w:hAnsi="Times New Roman" w:eastAsia="Times New Roman" w:cs="Times New Roman"/>
          <w:sz w:val="24"/>
        </w:rPr>
        <w:t xml:space="preserve"> </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form</w:t>
      </w:r>
      <w:r>
        <w:rPr>
          <w:rFonts w:ascii="Times New Roman" w:hAnsi="Times New Roman" w:eastAsia="Times New Roman" w:cs="Times New Roman"/>
          <w:sz w:val="24"/>
        </w:rPr>
        <w:t xml:space="preserve"> </w:t>
      </w:r>
      <w:r>
        <w:rPr>
          <w:rFonts w:ascii="Times New Roman" w:hAnsi="Times New Roman" w:eastAsia="Times New Roman" w:cs="Times New Roman"/>
          <w:sz w:val="24"/>
        </w:rPr>
        <w:t>FL-191</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10</w:t>
      </w:r>
      <w:r>
        <w:rPr>
          <w:rFonts w:ascii="Times New Roman" w:hAnsi="Times New Roman" w:eastAsia="Times New Roman" w:cs="Times New Roman"/>
          <w:sz w:val="24"/>
        </w:rPr>
        <w:t xml:space="preserve"> </w:t>
      </w:r>
      <w:r>
        <w:rPr>
          <w:rFonts w:ascii="Times New Roman" w:hAnsi="Times New Roman" w:eastAsia="Times New Roman" w:cs="Times New Roman"/>
          <w:sz w:val="24"/>
        </w:rPr>
        <w:t>days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of this order.</w:t>
      </w:r>
      <w:r>
        <w:rPr>
          <w:rFonts w:ascii="Times New Roman" w:hAnsi="Times New Roman" w:eastAsia="Times New Roman" w:cs="Times New Roman"/>
          <w:sz w:val="24"/>
        </w:rPr>
        <w:t xml:space="preserve"> </w:t>
      </w:r>
      <w:r>
        <w:rPr>
          <w:rFonts w:ascii="Times New Roman" w:hAnsi="Times New Roman" w:eastAsia="Times New Roman" w:cs="Times New Roman"/>
          <w:sz w:val="24"/>
        </w:rPr>
        <w:t>Thereafter, the parties</w:t>
      </w:r>
      <w:r>
        <w:rPr>
          <w:rFonts w:ascii="Times New Roman" w:hAnsi="Times New Roman" w:eastAsia="Times New Roman" w:cs="Times New Roman"/>
          <w:sz w:val="24"/>
        </w:rPr>
        <w:t xml:space="preserve"> </w:t>
      </w:r>
      <w:r>
        <w:rPr>
          <w:rFonts w:ascii="Times New Roman" w:hAnsi="Times New Roman" w:eastAsia="Times New Roman" w:cs="Times New Roman"/>
          <w:sz w:val="24"/>
        </w:rPr>
        <w:t>must notify</w:t>
      </w:r>
      <w:r>
        <w:rPr>
          <w:rFonts w:ascii="Times New Roman" w:hAnsi="Times New Roman" w:eastAsia="Times New Roman" w:cs="Times New Roman"/>
          <w:sz w:val="24"/>
        </w:rPr>
        <w:t xml:space="preserve"> </w:t>
      </w:r>
      <w:r>
        <w:rPr>
          <w:rFonts w:ascii="Times New Roman" w:hAnsi="Times New Roman" w:eastAsia="Times New Roman" w:cs="Times New Roman"/>
          <w:sz w:val="24"/>
        </w:rPr>
        <w:t>the court of</w:t>
      </w:r>
      <w:r>
        <w:rPr>
          <w:rFonts w:ascii="Times New Roman" w:hAnsi="Times New Roman" w:eastAsia="Times New Roman" w:cs="Times New Roman"/>
          <w:sz w:val="24"/>
        </w:rPr>
        <w:t xml:space="preserve"> </w:t>
      </w:r>
      <w:r>
        <w:rPr>
          <w:rFonts w:ascii="Times New Roman" w:hAnsi="Times New Roman" w:eastAsia="Times New Roman" w:cs="Times New Roman"/>
          <w:sz w:val="24"/>
        </w:rPr>
        <w:t>any</w:t>
      </w:r>
      <w:r>
        <w:rPr>
          <w:rFonts w:ascii="Times New Roman" w:hAnsi="Times New Roman" w:eastAsia="Times New Roman" w:cs="Times New Roman"/>
          <w:sz w:val="24"/>
        </w:rPr>
        <w:t xml:space="preserve"> </w:t>
      </w:r>
      <w:r>
        <w:rPr>
          <w:rFonts w:ascii="Times New Roman" w:hAnsi="Times New Roman" w:eastAsia="Times New Roman" w:cs="Times New Roman"/>
          <w:sz w:val="24"/>
        </w:rPr>
        <w:t>change in</w:t>
      </w:r>
      <w:r>
        <w:rPr>
          <w:rFonts w:ascii="Times New Roman" w:hAnsi="Times New Roman" w:eastAsia="Times New Roman" w:cs="Times New Roman"/>
          <w:sz w:val="24"/>
        </w:rPr>
        <w:t xml:space="preserve"> </w:t>
      </w:r>
      <w:r>
        <w:rPr>
          <w:rFonts w:ascii="Times New Roman" w:hAnsi="Times New Roman" w:eastAsia="Times New Roman" w:cs="Times New Roman"/>
          <w:sz w:val="24"/>
        </w:rPr>
        <w:t>the information</w:t>
      </w:r>
      <w:r>
        <w:rPr>
          <w:rFonts w:ascii="Times New Roman" w:hAnsi="Times New Roman" w:eastAsia="Times New Roman" w:cs="Times New Roman"/>
          <w:sz w:val="24"/>
        </w:rPr>
        <w:t xml:space="preserve"> </w:t>
      </w:r>
      <w:r>
        <w:rPr>
          <w:rFonts w:ascii="Times New Roman" w:hAnsi="Times New Roman" w:eastAsia="Times New Roman" w:cs="Times New Roman"/>
          <w:sz w:val="24"/>
        </w:rPr>
        <w:t>submitted 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10 days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 change by filing an updated form.</w:t>
      </w:r>
    </w:p>
    <w:p>
      <w:pPr>
        <w:spacing w:before="2" w:after="0"/>
      </w:pPr>
    </w:p>
    <w:p>
      <w:pPr/>
    </w:p>
    <w:p>
      <w:pPr>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70" w:after="0"/>
        <w:jc w:val="center"/>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