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CALIFORNIA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California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[1ST PARTY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[2ND PARTY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California.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