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California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California.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