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CALIFORNIA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California Civil Code 1950.5, you are required to return the deposit within 21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