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Uniform Statutory Form Power of Attorney</w:t>
      </w:r>
    </w:p>
    <w:p>
      <w:pPr/>
    </w:p>
    <w:p>
      <w:pPr>
        <w:jc w:val="center"/>
      </w:pPr>
      <w:r>
        <w:rPr>
          <w:rFonts w:ascii="Times New Roman" w:hAnsi="Times New Roman" w:eastAsia="Times New Roman" w:cs="Times New Roman"/>
          <w:sz w:val="24"/>
        </w:rPr>
        <w:t>(California Probate Code Section 4401)</w:t>
      </w:r>
    </w:p>
    <w:p>
      <w:pPr/>
    </w:p>
    <w:p>
      <w:pPr/>
      <w:r>
        <w:rPr>
          <w:rFonts w:ascii="Times New Roman" w:hAnsi="Times New Roman" w:eastAsia="Times New Roman" w:cs="Times New Roman"/>
          <w:sz w:val="24"/>
        </w:rPr>
        <w:t>NOTICE: THE POWERS GRANTED BY THIS DOCUMENT ARE BROAD AND SWEEPING. THEY ARE EXPLAINED IN THE UNIFORM STATUTORY FORM POWER OF ATTORNEY ACT (CALIFORNIA PROBATE CODE SECTIONS 4400–4465). THE POWERS LISTED IN THIS DOCUMENT DO NOT INCLUDE ALL POWERS THAT ARE AVAILABLE UNDER THE PROBATE CODE. ADDITIONAL POWERS AVAILABLE UNDER THE PROBATE CODE MAY BE ADDED BY SPECIFICALLY LISTING THEM UNDER THE SPECIAL INSTRUCTIONS SECTION OF THIS DOCUMENT. IF YOU HAVE ANY QUESTIONS ABOUT THESE POWERS, OBTAIN COMPETENT LEGAL ADVICE. THIS DOCUMENT DOES NOT AUTHORIZE ANYONE TO MAKE MEDICAL AND OTHER HEALTHCARE DECISIONS FOR YOU. YOU MAY REVOKE THIS POWER OF ATTORNEY IF YOU LATER WISH TO DO SO.</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(your name and address) appoint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(name and address of the person appointed, or of each person appointed if you want to designate more than one) as my agent (attorney-in-fact) to act for me in any lawful way with respect to the following initialed subjects:</w:t>
      </w:r>
    </w:p>
    <w:p>
      <w:pPr/>
    </w:p>
    <w:p>
      <w:pPr/>
      <w:r>
        <w:rPr>
          <w:rFonts w:ascii="Times New Roman" w:hAnsi="Times New Roman" w:eastAsia="Times New Roman" w:cs="Times New Roman"/>
          <w:sz w:val="24"/>
        </w:rPr>
        <w:t>TO GRANT ALL OF THE FOLLOWING POWERS, INITIAL THE LINE IN FRONT OF (N) AND IGNORE THE LINES IN FRONT OF THE OTHER POWERS.</w:t>
      </w:r>
    </w:p>
    <w:p>
      <w:pPr/>
    </w:p>
    <w:p>
      <w:pPr/>
      <w:r>
        <w:rPr>
          <w:rFonts w:ascii="Times New Roman" w:hAnsi="Times New Roman" w:eastAsia="Times New Roman" w:cs="Times New Roman"/>
          <w:sz w:val="24"/>
        </w:rPr>
        <w:t>TO GRANT ONE OR MORE, BUT FEWER THAN ALL, OF THE FOLLOWING POWERS, INITIAL THE LINE IN FRONT OF EACH POWER YOU ARE GRANTING.</w:t>
      </w:r>
    </w:p>
    <w:p>
      <w:pPr/>
    </w:p>
    <w:p>
      <w:pPr/>
      <w:r>
        <w:rPr>
          <w:rFonts w:ascii="Times New Roman" w:hAnsi="Times New Roman" w:eastAsia="Times New Roman" w:cs="Times New Roman"/>
          <w:sz w:val="24"/>
        </w:rPr>
        <w:t>TO WITHHOLD A POWER, DO NOT INITIAL THE LINE IN FRONT OF IT. YOU MAY, BUT NEED NOT, CROSS OUT EACH POWER WITHHELD.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ab/>
        <w:t>(A)</w:t>
        <w:tab/>
        <w:t>Real property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(B)</w:t>
        <w:tab/>
        <w:t>Tangible personal property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(C)</w:t>
        <w:tab/>
        <w:t>Stock and bond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(D)</w:t>
        <w:tab/>
        <w:t>Commodity and option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(E)</w:t>
        <w:tab/>
        <w:t>Banking and other financial institution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(F)</w:t>
        <w:tab/>
        <w:t>Business operating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(G)</w:t>
        <w:tab/>
        <w:t>Insurance and annuity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(H)</w:t>
        <w:tab/>
        <w:t>Estate, trust, and other beneficiary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(I)</w:t>
        <w:tab/>
        <w:t>Claims and litigation.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(J)</w:t>
        <w:tab/>
        <w:t>Personal and family maintenance.</w:t>
      </w:r>
    </w:p>
    <w:p>
      <w:pPr>
        <w:ind w:hanging="1440"/>
      </w:pPr>
      <w:r>
        <w:rPr>
          <w:rFonts w:ascii="Times New Roman" w:hAnsi="Times New Roman" w:eastAsia="Times New Roman" w:cs="Times New Roman"/>
          <w:sz w:val="24"/>
        </w:rPr>
        <w:t>[INITIALS]</w:t>
      </w:r>
      <w:r>
        <w:rPr>
          <w:rFonts w:ascii="Times New Roman" w:hAnsi="Times New Roman" w:eastAsia="Times New Roman" w:cs="Times New Roman"/>
          <w:sz w:val="24"/>
        </w:rPr>
        <w:tab/>
        <w:t>(K)</w:t>
        <w:tab/>
        <w:t xml:space="preserve">Benefits from social security, medicare, medicaid, or other </w:t>
        <w:tab/>
        <w:t>governmental programs, or civil or military service.</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(L)</w:t>
        <w:tab/>
        <w:t>Retirement plan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(M)</w:t>
        <w:tab/>
        <w:t>Tax matters.</w:t>
      </w:r>
    </w:p>
    <w:p>
      <w:pPr/>
      <w:r>
        <w:rPr>
          <w:rFonts w:ascii="Times New Roman" w:hAnsi="Times New Roman" w:eastAsia="Times New Roman" w:cs="Times New Roman"/>
          <w:sz w:val="24"/>
        </w:rPr>
        <w:t>[INITIALS]</w:t>
      </w:r>
      <w:r>
        <w:rPr>
          <w:rFonts w:ascii="Times New Roman" w:hAnsi="Times New Roman" w:eastAsia="Times New Roman" w:cs="Times New Roman"/>
          <w:sz w:val="24"/>
        </w:rPr>
        <w:tab/>
        <w:t>(N)</w:t>
        <w:tab/>
        <w:t>ALL OF THE POWERS LISTED ABOVE.</w:t>
      </w:r>
    </w:p>
    <w:p>
      <w:pPr/>
    </w:p>
    <w:p>
      <w:pPr/>
      <w:r>
        <w:rPr>
          <w:rFonts w:ascii="Times New Roman" w:hAnsi="Times New Roman" w:eastAsia="Times New Roman" w:cs="Times New Roman"/>
          <w:sz w:val="24"/>
        </w:rPr>
        <w:t>YOU NEED NOT INITIAL ANY OTHER LINES IF YOU INITIAL LINE (N).</w:t>
      </w:r>
    </w:p>
    <w:p>
      <w:pPr/>
    </w:p>
    <w:p>
      <w:pPr/>
      <w:r>
        <w:rPr>
          <w:rFonts w:ascii="Times New Roman" w:hAnsi="Times New Roman" w:eastAsia="Times New Roman" w:cs="Times New Roman"/>
          <w:b/>
          <w:sz w:val="24"/>
        </w:rPr>
        <w:t>SPECIAL INSTRUCTIONS</w:t>
      </w:r>
      <w:r>
        <w:rPr>
          <w:rFonts w:ascii="Times New Roman" w:hAnsi="Times New Roman" w:eastAsia="Times New Roman" w:cs="Times New Roman"/>
          <w:sz w:val="24"/>
        </w:rPr>
        <w:t>:</w:t>
      </w:r>
    </w:p>
    <w:p>
      <w:pPr/>
    </w:p>
    <w:p>
      <w:pPr/>
      <w:r>
        <w:rPr>
          <w:rFonts w:ascii="Times New Roman" w:hAnsi="Times New Roman" w:eastAsia="Times New Roman" w:cs="Times New Roman"/>
          <w:sz w:val="24"/>
        </w:rPr>
        <w:t>ON THE FOLLOWING LINES YOU MAY GIVE SPECIAL INSTRUCTIONS LIMITING OR EXTENDING THE POWERS GRANTED TO YOUR AGENT.</w:t>
        <w:tab/>
      </w:r>
    </w:p>
    <w:p>
      <w:pPr/>
      <w:r>
        <w:rPr>
          <w:rFonts w:ascii="Times New Roman" w:hAnsi="Times New Roman" w:eastAsia="Times New Roman" w:cs="Times New Roman"/>
          <w:sz w:val="24"/>
        </w:rPr>
        <w:t>[INSTRUCTIONS]</w:t>
      </w:r>
    </w:p>
    <w:p>
      <w:pPr/>
    </w:p>
    <w:p>
      <w:pPr/>
      <w:r>
        <w:rPr>
          <w:rFonts w:ascii="Times New Roman" w:hAnsi="Times New Roman" w:eastAsia="Times New Roman" w:cs="Times New Roman"/>
          <w:sz w:val="24"/>
        </w:rPr>
        <w:t>UNLESS YOU DIRECT OTHERWISE ABOVE, THIS POWER OF ATTORNEY IS EFFECTIVE IMMEDIATELY AND WILL CONTINUE UNTIL IT IS REVOKED.</w:t>
      </w:r>
    </w:p>
    <w:p>
      <w:pPr/>
    </w:p>
    <w:p>
      <w:pPr/>
      <w:r>
        <w:rPr>
          <w:rFonts w:ascii="Times New Roman" w:hAnsi="Times New Roman" w:eastAsia="Times New Roman" w:cs="Times New Roman"/>
          <w:sz w:val="24"/>
        </w:rPr>
        <w:t>This power of attorney will continue to be effective even though I become incapacitated.</w:t>
      </w:r>
    </w:p>
    <w:p>
      <w:pPr/>
    </w:p>
    <w:p>
      <w:pPr/>
      <w:r>
        <w:rPr>
          <w:rFonts w:ascii="Times New Roman" w:hAnsi="Times New Roman" w:eastAsia="Times New Roman" w:cs="Times New Roman"/>
          <w:sz w:val="24"/>
        </w:rPr>
        <w:t xml:space="preserve">STRIKE THE PRECEDING SENTENCE IF YOU DO NOT WANT THIS POWER OF ATTORNEY TO CONTINUE IF YOU BECOME INCAPACITATED. </w:t>
      </w:r>
    </w:p>
    <w:p>
      <w:pPr/>
    </w:p>
    <w:p>
      <w:pPr>
        <w:jc w:val="center"/>
      </w:pPr>
      <w:r>
        <w:rPr>
          <w:rFonts w:ascii="Times New Roman" w:hAnsi="Times New Roman" w:eastAsia="Times New Roman" w:cs="Times New Roman"/>
          <w:b/>
          <w:sz w:val="24"/>
        </w:rPr>
        <w:t>EXERCISE OF POWER OF ATTORNEY WHERE</w:t>
      </w:r>
    </w:p>
    <w:p>
      <w:pPr>
        <w:jc w:val="center"/>
      </w:pPr>
      <w:r>
        <w:rPr>
          <w:rFonts w:ascii="Times New Roman" w:hAnsi="Times New Roman" w:eastAsia="Times New Roman" w:cs="Times New Roman"/>
          <w:b/>
          <w:sz w:val="24"/>
        </w:rPr>
        <w:t>MORE THAN ONE AGENT DESIGNATED</w:t>
      </w:r>
    </w:p>
    <w:p>
      <w:pPr/>
    </w:p>
    <w:p>
      <w:pPr/>
      <w:r>
        <w:rPr>
          <w:rFonts w:ascii="Times New Roman" w:hAnsi="Times New Roman" w:eastAsia="Times New Roman" w:cs="Times New Roman"/>
          <w:sz w:val="24"/>
        </w:rPr>
        <w:t xml:space="preserve">If I have designated more than one agent, the agents are to act </w:t>
      </w:r>
      <w:r>
        <w:rPr>
          <w:rFonts w:ascii="Times New Roman" w:hAnsi="Times New Roman" w:eastAsia="Times New Roman" w:cs="Times New Roman"/>
          <w:sz w:val="24"/>
        </w:rPr>
        <w:t>[SEPARATELY OR JOINTLY?]</w:t>
      </w:r>
    </w:p>
    <w:p>
      <w:pPr/>
    </w:p>
    <w:p>
      <w:pPr/>
      <w:r>
        <w:rPr>
          <w:rFonts w:ascii="Times New Roman" w:hAnsi="Times New Roman" w:eastAsia="Times New Roman" w:cs="Times New Roman"/>
          <w:sz w:val="24"/>
        </w:rPr>
        <w:t>IF YOU APPOINTED MORE THAN ONE AGENT AND YOU WANT EACH AGENT TO BE ABLE TO ACT ALONE WITHOUT THE OTHER AGENT JOINING, WRITE THE WORD “</w:t>
      </w:r>
      <w:r>
        <w:rPr>
          <w:rFonts w:ascii="Times New Roman" w:hAnsi="Times New Roman" w:eastAsia="Times New Roman" w:cs="Times New Roman"/>
          <w:b/>
          <w:sz w:val="24"/>
        </w:rPr>
        <w:t>SEPARATELY</w:t>
      </w:r>
      <w:r>
        <w:rPr>
          <w:rFonts w:ascii="Times New Roman" w:hAnsi="Times New Roman" w:eastAsia="Times New Roman" w:cs="Times New Roman"/>
          <w:sz w:val="24"/>
        </w:rPr>
        <w:t>” IN THE BLANK SPACE ABOVE. IF YOU DO NOT INSERT ANY WORD IN THE BLANK SPACE, OR IF YOU INSERT THE WORD “</w:t>
      </w:r>
      <w:r>
        <w:rPr>
          <w:rFonts w:ascii="Times New Roman" w:hAnsi="Times New Roman" w:eastAsia="Times New Roman" w:cs="Times New Roman"/>
          <w:b/>
          <w:sz w:val="24"/>
        </w:rPr>
        <w:t>JOINTLY</w:t>
      </w:r>
      <w:r>
        <w:rPr>
          <w:rFonts w:ascii="Times New Roman" w:hAnsi="Times New Roman" w:eastAsia="Times New Roman" w:cs="Times New Roman"/>
          <w:sz w:val="24"/>
        </w:rPr>
        <w:t>,” THEN ALL OF YOUR AGENTS MUST ACT OR SIGN TOGETHER.</w:t>
      </w:r>
    </w:p>
    <w:p>
      <w:pPr/>
    </w:p>
    <w:p>
      <w:pPr/>
      <w:r>
        <w:rPr>
          <w:rFonts w:ascii="Times New Roman" w:hAnsi="Times New Roman" w:eastAsia="Times New Roman" w:cs="Times New Roman"/>
          <w:sz w:val="24"/>
        </w:rPr>
        <w:t>I agree that any third party who receives a copy of this document may act under it. Revocation of the power of attorney is not effective as to a third party until the third party has actual knowledge of the revocation. I agree to indemnify the third party for any claims that arise against the third party because of reliance on this power of attorney.</w:t>
      </w:r>
    </w:p>
    <w:p>
      <w:pPr/>
    </w:p>
    <w:p>
      <w:pPr/>
      <w:r>
        <w:rPr>
          <w:rFonts w:ascii="Times New Roman" w:hAnsi="Times New Roman" w:eastAsia="Times New Roman" w:cs="Times New Roman"/>
          <w:sz w:val="24"/>
        </w:rPr>
        <w:t xml:space="preserve">Signed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(your signature)</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BY ACCEPTING OR ACTING UNDER THE APPOINTMENT, THE AGENT ASSUMES THE FIDUCIARY AND OTHER LEGAL RESPONSIBILITIES OF AN AGENT.</w:t>
      </w:r>
    </w:p>
    <w:p>
      <w:pPr/>
    </w:p>
    <w:p>
      <w:pPr>
        <w:jc w:val="center"/>
      </w:pPr>
      <w:r>
        <w:rPr>
          <w:rFonts w:ascii="Times New Roman" w:hAnsi="Times New Roman" w:eastAsia="Times New Roman" w:cs="Times New Roman"/>
          <w:b/>
          <w:sz w:val="24"/>
        </w:rPr>
        <w:t>CERTIFICATE OF ACKNOWLEDGMENT OF NOTARY PUBLIC</w:t>
        <w:br/>
      </w: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California</w:t>
      </w:r>
    </w:p>
    <w:p>
      <w:pPr>
        <w:spacing w:before="226" w:after="0"/>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[COUNTY]</w:t>
      </w:r>
    </w:p>
    <w:p>
      <w:pPr/>
    </w:p>
    <w:p>
      <w:pPr/>
    </w:p>
    <w:p>
      <w:pPr>
        <w:spacing w:before="11" w:after="0"/>
      </w:pPr>
    </w:p>
    <w:p>
      <w:pPr>
        <w:spacing w:before="91" w:after="0" w:line="480" w:lineRule="auto"/>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ab/>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title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who proved to me on the basis 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 evidence to be the person(s) whose name(s) is/are subscribed to 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 instrument and acknowledged to me that he/she/they executed the 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 authorized capacity(ies), and that by his/her/their signature(s) on</w:t>
      </w:r>
      <w:r>
        <w:rPr>
          <w:rFonts w:ascii="Times New Roman" w:hAnsi="Times New Roman" w:eastAsia="Times New Roman" w:cs="Times New Roman"/>
          <w:sz w:val="24"/>
        </w:rPr>
        <w:t xml:space="preserve"> </w:t>
      </w:r>
      <w:r>
        <w:rPr>
          <w:rFonts w:ascii="Times New Roman" w:hAnsi="Times New Roman" w:eastAsia="Times New Roman" w:cs="Times New Roman"/>
          <w:sz w:val="24"/>
        </w:rPr>
        <w:t>the instrument the person(s), or the entity upon behalf of which 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p>
    <w:p>
      <w:pPr>
        <w:spacing w:before="226" w:after="0" w:line="480" w:lineRule="auto"/>
      </w:pP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 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California</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foregoing</w:t>
      </w:r>
      <w:r>
        <w:rPr>
          <w:rFonts w:ascii="Times New Roman" w:hAnsi="Times New Roman" w:eastAsia="Times New Roman" w:cs="Times New Roman"/>
          <w:sz w:val="24"/>
        </w:rPr>
        <w:t xml:space="preserve"> </w:t>
      </w:r>
      <w:r>
        <w:rPr>
          <w:rFonts w:ascii="Times New Roman" w:hAnsi="Times New Roman" w:eastAsia="Times New Roman" w:cs="Times New Roman"/>
          <w:sz w:val="24"/>
        </w:rPr>
        <w:t>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correct.</w:t>
      </w:r>
    </w:p>
    <w:p>
      <w:pPr>
        <w:spacing w:before="224" w:after="0"/>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 seal.</w:t>
      </w:r>
    </w:p>
    <w:p>
      <w:pPr>
        <w:spacing w:before="224" w:after="0"/>
      </w:pPr>
    </w:p>
    <w:p>
      <w:pPr/>
    </w:p>
    <w:p>
      <w:pPr>
        <w:spacing w:before="4" w:after="0"/>
      </w:pPr>
    </w:p>
    <w:p>
      <w:pPr>
        <w:spacing w:before="92" w:after="0"/>
      </w:pPr>
      <w:r>
        <w:rPr>
          <w:rFonts w:ascii="Times New Roman" w:hAnsi="Times New Roman" w:eastAsia="Times New Roman" w:cs="Times New Roman"/>
          <w:sz w:val="24"/>
        </w:rPr>
        <w:t>Signature</w:t>
      </w:r>
      <w:r>
        <w:rPr>
          <w:rFonts w:ascii="Times New Roman" w:hAnsi="Times New Roman" w:eastAsia="Times New Roman" w:cs="Times New Roman"/>
          <w:sz w:val="24"/>
        </w:rPr>
        <w:tab/>
      </w:r>
      <w:r>
        <w:rPr>
          <w:rFonts w:ascii="Times New Roman" w:hAnsi="Times New Roman" w:eastAsia="Times New Roman" w:cs="Times New Roman"/>
          <w:sz w:val="24"/>
        </w:rPr>
        <w:tab/>
        <w:t>(Seal)</w:t>
      </w:r>
    </w:p>
    <w:p>
      <w:pPr/>
    </w:p>
    <w:p>
      <w:pPr>
        <w:spacing w:before="0" w:after="0"/>
      </w:pPr>
    </w:p>
    <w:p>
      <w:pPr>
        <w:jc w:val="center"/>
      </w:pPr>
      <w:r>
        <w:rPr>
          <w:rFonts w:ascii="Times New Roman" w:hAnsi="Times New Roman" w:eastAsia="Times New Roman" w:cs="Times New Roman"/>
          <w:b/>
          <w:sz w:val="24"/>
        </w:rPr>
        <w:t>Notice to Person Executing Durable Power of Attorney</w:t>
      </w:r>
    </w:p>
    <w:p>
      <w:pPr/>
    </w:p>
    <w:p>
      <w:pPr/>
      <w:r>
        <w:rPr>
          <w:rFonts w:ascii="Times New Roman" w:hAnsi="Times New Roman" w:eastAsia="Times New Roman" w:cs="Times New Roman"/>
          <w:sz w:val="24"/>
        </w:rPr>
        <w:t>A durable power of attorney is an important legal document. By signing the durable power of attorney, you are authorizing another person to act for you, the principal. Before you sign this durable power of attorney, you should know these important facts:</w:t>
      </w:r>
    </w:p>
    <w:p>
      <w:pPr/>
    </w:p>
    <w:p>
      <w:pPr/>
      <w:r>
        <w:rPr>
          <w:rFonts w:ascii="Times New Roman" w:hAnsi="Times New Roman" w:eastAsia="Times New Roman" w:cs="Times New Roman"/>
          <w:sz w:val="24"/>
        </w:rPr>
        <w:t>Your agent (attorney-in-fact) has no duty to act unless you and your agent agree otherwise in writing.</w:t>
      </w:r>
    </w:p>
    <w:p>
      <w:pPr/>
    </w:p>
    <w:p>
      <w:pPr/>
      <w:r>
        <w:rPr>
          <w:rFonts w:ascii="Times New Roman" w:hAnsi="Times New Roman" w:eastAsia="Times New Roman" w:cs="Times New Roman"/>
          <w:sz w:val="24"/>
        </w:rPr>
        <w:t>This document gives your agent the powers to manage, dispose of, sell, and convey your real and personal property, and to use your property as security if your agent borrows money on your behalf. This document does not give your agent the power to accept or receive any of your property, in trust or otherwise, as a gift, unless you specifically authorize the agent to accept or receive a gift.</w:t>
      </w:r>
    </w:p>
    <w:p>
      <w:pPr/>
    </w:p>
    <w:p>
      <w:pPr/>
      <w:r>
        <w:rPr>
          <w:rFonts w:ascii="Times New Roman" w:hAnsi="Times New Roman" w:eastAsia="Times New Roman" w:cs="Times New Roman"/>
          <w:sz w:val="24"/>
        </w:rPr>
        <w:t>Your agent will have the right to receive reasonable payment for services provided under this durable power of attorney unless you provide otherwise in this power of attorney.</w:t>
      </w:r>
    </w:p>
    <w:p>
      <w:pPr/>
    </w:p>
    <w:p>
      <w:pPr/>
      <w:r>
        <w:rPr>
          <w:rFonts w:ascii="Times New Roman" w:hAnsi="Times New Roman" w:eastAsia="Times New Roman" w:cs="Times New Roman"/>
          <w:sz w:val="24"/>
        </w:rPr>
        <w:t>The powers you give your agent will continue to exist for your entire lifetime, unless you state that the durable power of attorney will last for a shorter period of time or unless you otherwise terminate the durable power of attorney. The powers you give your agent in this durable power of attorney will continue to exist even if you can no longer make your own decisions respecting the management of your property.</w:t>
      </w:r>
    </w:p>
    <w:p>
      <w:pPr/>
    </w:p>
    <w:p>
      <w:pPr/>
      <w:r>
        <w:rPr>
          <w:rFonts w:ascii="Times New Roman" w:hAnsi="Times New Roman" w:eastAsia="Times New Roman" w:cs="Times New Roman"/>
          <w:sz w:val="24"/>
        </w:rPr>
        <w:t>You can amend or change this durable power of attorney only by executing a new durable power of attorney or by executing an amendment through the same formalities as an original. You have the right to revoke or terminate this durable power of attorney at any time, so long as you are competent.</w:t>
      </w:r>
    </w:p>
    <w:p>
      <w:pPr/>
    </w:p>
    <w:p>
      <w:pPr/>
      <w:r>
        <w:rPr>
          <w:rFonts w:ascii="Times New Roman" w:hAnsi="Times New Roman" w:eastAsia="Times New Roman" w:cs="Times New Roman"/>
          <w:sz w:val="24"/>
        </w:rPr>
        <w:t>This durable power of attorney must be dated and must be acknowledged before a notary public or signed by two witnesses. If it is signed by two witnesses, they must witness either (1) the signing of the power of attorney or (2) the principal’s signing or acknowledgment of his or her signature. A durable power of attorney that may affect real property should be acknowledged before a notary public so that it may easily be recorded.</w:t>
      </w:r>
    </w:p>
    <w:p>
      <w:pPr/>
    </w:p>
    <w:p>
      <w:pPr/>
      <w:r>
        <w:rPr>
          <w:rFonts w:ascii="Times New Roman" w:hAnsi="Times New Roman" w:eastAsia="Times New Roman" w:cs="Times New Roman"/>
          <w:sz w:val="24"/>
        </w:rPr>
        <w:t>You should read this durable power of attorney carefully. When effective, this durable power of attorney will give your agent the right to deal with property that you now have or might acquire in the future. The durable power of attorney is important to you. If you do not understand the durable power of attorney, or any provision of it, then you should obtain the assistance of an attorney or other qualified person.</w:t>
      </w:r>
    </w:p>
    <w:p>
      <w:pPr/>
    </w:p>
    <w:p>
      <w:pPr/>
    </w:p>
    <w:p>
      <w:pPr/>
    </w:p>
    <w:p>
      <w:pPr/>
    </w:p>
    <w:p>
      <w:pPr/>
    </w:p>
    <w:p>
      <w:pPr>
        <w:jc w:val="center"/>
      </w:pPr>
      <w:r>
        <w:rPr>
          <w:rFonts w:ascii="Times New Roman" w:hAnsi="Times New Roman" w:eastAsia="Times New Roman" w:cs="Times New Roman"/>
          <w:b/>
          <w:sz w:val="24"/>
        </w:rPr>
        <w:t>Notice to Person Accepting the Appointment as Attorney-in-Fact</w:t>
      </w:r>
    </w:p>
    <w:p>
      <w:pPr/>
    </w:p>
    <w:p>
      <w:pPr/>
      <w:r>
        <w:rPr>
          <w:rFonts w:ascii="Times New Roman" w:hAnsi="Times New Roman" w:eastAsia="Times New Roman" w:cs="Times New Roman"/>
          <w:sz w:val="24"/>
        </w:rPr>
        <w:t>By acting or agreeing to act as the agent (attorney-in-fact) under this power of attorney you assume the fiduciary and other legal responsibilities of an agent. These responsibilities include:</w:t>
      </w:r>
    </w:p>
    <w:p>
      <w:pPr/>
    </w:p>
    <w:p>
      <w:pPr/>
      <w:r>
        <w:rPr>
          <w:rFonts w:ascii="Times New Roman" w:hAnsi="Times New Roman" w:eastAsia="Times New Roman" w:cs="Times New Roman"/>
          <w:sz w:val="24"/>
        </w:rPr>
        <w:t>1. The legal duty to act solely in the interest of the principal and to avoid conflicts of interest.</w:t>
      </w:r>
    </w:p>
    <w:p>
      <w:pPr/>
    </w:p>
    <w:p>
      <w:pPr/>
      <w:r>
        <w:rPr>
          <w:rFonts w:ascii="Times New Roman" w:hAnsi="Times New Roman" w:eastAsia="Times New Roman" w:cs="Times New Roman"/>
          <w:sz w:val="24"/>
        </w:rPr>
        <w:t>2. The legal duty to keep the principal’s property separate and distinct from any other property owned or controlled by you.</w:t>
      </w:r>
    </w:p>
    <w:p>
      <w:pPr/>
    </w:p>
    <w:p>
      <w:pPr/>
      <w:r>
        <w:rPr>
          <w:rFonts w:ascii="Times New Roman" w:hAnsi="Times New Roman" w:eastAsia="Times New Roman" w:cs="Times New Roman"/>
          <w:sz w:val="24"/>
        </w:rPr>
        <w:t>You may not transfer the principal’s property to yourself without full and adequate consideration or accept a gift of the principal’s property unless this power of attorney specifically authorizes you to transfer property to yourself or accept a gift of the principal’s property. If you transfer the principal’s property to yourself without specific authorization in the power of attorney, you may be prosecuted for fraud and/or embezzlement. If the principal is 65 years of age or older at the time that the property is transferred to you without authority, you may also be prosecuted for elder abuse under Penal Code Section 368. In addition to criminal prosecution, you may also be sued in civil court.</w:t>
      </w:r>
    </w:p>
    <w:p>
      <w:pPr/>
    </w:p>
    <w:p>
      <w:pPr/>
      <w:r>
        <w:rPr>
          <w:rFonts w:ascii="Times New Roman" w:hAnsi="Times New Roman" w:eastAsia="Times New Roman" w:cs="Times New Roman"/>
          <w:sz w:val="24"/>
        </w:rPr>
        <w:t>I have read the foregoing notice and I understand the legal and fiduciary duties that I assume by acting or agreeing to act as the agent (attorney-in-fact) under the terms of this power of attorney.</w:t>
      </w:r>
    </w:p>
    <w:p>
      <w:pPr/>
    </w:p>
    <w:p>
      <w:pPr/>
      <w:r>
        <w:rPr>
          <w:rFonts w:ascii="Times New Roman" w:hAnsi="Times New Roman" w:eastAsia="Times New Roman" w:cs="Times New Roman"/>
          <w:sz w:val="24"/>
        </w:rPr>
        <w:t xml:space="preserve">Signature of Agent: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Print Name of Agent: </w:t>
      </w:r>
      <w:r>
        <w:rPr>
          <w:rFonts w:ascii="Times New Roman" w:hAnsi="Times New Roman" w:eastAsia="Times New Roman" w:cs="Times New Roman"/>
          <w:sz w:val="24"/>
        </w:rPr>
        <w:t>[NAME]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