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ALIFORNI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Californi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Californi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