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ALIFORNI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aliforni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Califor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