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Call of Regular Meeting of Directors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undersigned, [name(s) of person(s) giving call], as [e.g., Chairperson of the Board or President or Vice President or Secretary or two Directors] of [name],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California corporation, hereby [calls or call]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regular meeting of the Board of Directors of the corporation to be held at [time] o'clock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.M. or P.M.] on [date] at [address].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Secretary is authorized and requested to give notice of this regular meeting to each director in accordance with the Bylaws of the corporation.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Dated: [date]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 [</w:t>
      </w:r>
      <w:r>
        <w:rPr>
          <w:rFonts w:ascii="Times New Roman" w:hAnsi="Times New Roman" w:eastAsia="Times New Roman" w:cs="Times New Roman"/>
          <w:b w:val="0"/>
          <w:sz w:val="24"/>
        </w:rPr>
        <w:t>signature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[printed or type name and title]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