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Call of Special Shareholders' Meeting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TO [name]: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undersigned, [evidence of authority to call the meeting, e.g., the holders of shares entitled to cast not less than 10 percent of the votes of the corporation, or the President of the corporation, etc.] [does or do] hereby call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meeting of the shareholders of [name of corporation] to be held [date], at [time] o'clock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or P].M. for the purpose of considering and acting upon each of the following separate matters: [matters to be acted upon].</w:t>
      </w:r>
    </w:p>
    <w:p>
      <w:pPr>
        <w:keepNext w:val="0"/>
        <w:spacing w:before="200" w:after="0" w:line="260" w:lineRule="exact"/>
        <w:ind w:left="360" w:right="0" w:firstLine="0"/>
        <w:jc w:val="both"/>
      </w:pPr>
      <w:r>
        <w:rPr>
          <w:rFonts w:ascii="Times New Roman" w:hAnsi="Times New Roman" w:eastAsia="Times New Roman" w:cs="Times New Roman"/>
          <w:b w:val="0"/>
          <w:sz w:val="24"/>
        </w:rPr>
        <w:t>You are directed to give notice of the meeting, in the manner prescribed by the Bylaws and applicable law, to all shareholders entitled to receive notice of and to vote at the meeting.</w:t>
      </w:r>
    </w:p>
    <w:p>
      <w:pPr>
        <w:keepNext w:val="0"/>
        <w:spacing w:before="120" w:after="0" w:line="260" w:lineRule="exact"/>
        <w:ind w:left="360" w:right="0" w:firstLine="0"/>
        <w:jc w:val="left"/>
      </w:pPr>
      <w:r>
        <w:rPr>
          <w:rFonts w:ascii="Times New Roman" w:hAnsi="Times New Roman" w:eastAsia="Times New Roman" w:cs="Times New Roman"/>
          <w:b w:val="0"/>
          <w:sz w:val="24"/>
        </w:rPr>
        <w:t>Dated: [date]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 [</w:t>
      </w:r>
      <w:r>
        <w:rPr>
          <w:rFonts w:ascii="Times New Roman" w:hAnsi="Times New Roman" w:eastAsia="Times New Roman" w:cs="Times New Roman"/>
          <w:b w:val="0"/>
          <w:sz w:val="24"/>
        </w:rPr>
        <w:t>signature</w:t>
      </w:r>
      <w:r>
        <w:rPr>
          <w:rFonts w:ascii="Times New Roman" w:hAnsi="Times New Roman" w:eastAsia="Times New Roman" w:cs="Times New Roman"/>
          <w:b w:val="0"/>
          <w:sz w:val="24"/>
        </w:rPr>
        <w:t>]</w:t>
      </w:r>
    </w:p>
    <w:p>
      <w:pPr>
        <w:keepNext w:val="0"/>
        <w:spacing w:before="120" w:after="0" w:line="260" w:lineRule="exact"/>
        <w:ind w:left="360" w:right="0" w:firstLine="0"/>
        <w:jc w:val="left"/>
      </w:pPr>
      <w:r>
        <w:rPr>
          <w:rFonts w:ascii="Times New Roman" w:hAnsi="Times New Roman" w:eastAsia="Times New Roman" w:cs="Times New Roman"/>
          <w:b w:val="0"/>
          <w:sz w:val="24"/>
        </w:rPr>
        <w:t>[print or type name]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